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Class Transcripts</w:t>
      </w:r>
    </w:p>
    <w:p>
      <w:pPr>
        <w:jc w:val="center"/>
      </w:pPr>
      <w:r>
        <w:rPr>
          <w:color w:val="77786F"/>
          <w:sz w:val="22"/>
        </w:rPr>
        <w:t>Generated on 2026-10-12</w:t>
      </w:r>
    </w:p>
    <w:p>
      <w:r>
        <w:br w:type="page"/>
      </w:r>
    </w:p>
    <w:p>
      <w:pPr>
        <w:pStyle w:val="Heading1"/>
      </w:pPr>
      <w:r>
        <w:t>Index - by verse</w:t>
      </w:r>
    </w:p>
    <w:p>
      <w:hyperlink w:anchor="vg0">
        <w:r>
          <w:rPr>
            <w:color w:val="1155CC"/>
            <w:u w:val="single"/>
          </w:rPr>
          <w:t>The Poets (Al-Shu‘ara’) - 26:43-48</w:t>
        </w:r>
      </w:hyperlink>
    </w:p>
    <w:p>
      <w:hyperlink w:anchor="vg1">
        <w:r>
          <w:rPr>
            <w:color w:val="1155CC"/>
            <w:u w:val="single"/>
          </w:rPr>
          <w:t>The Poets (Al-Shu‘ara’) - 26:52-59</w:t>
        </w:r>
      </w:hyperlink>
    </w:p>
    <w:p>
      <w:hyperlink w:anchor="vg2">
        <w:r>
          <w:rPr>
            <w:color w:val="1155CC"/>
            <w:u w:val="single"/>
          </w:rPr>
          <w:t>The Poets (Al-Shu‘ara’) - 26:60-68</w:t>
        </w:r>
      </w:hyperlink>
    </w:p>
    <w:p>
      <w:hyperlink w:anchor="vg3">
        <w:r>
          <w:rPr>
            <w:color w:val="1155CC"/>
            <w:u w:val="single"/>
          </w:rPr>
          <w:t>The Poets (Al-Shu‘ara’) - 26:69-74</w:t>
        </w:r>
      </w:hyperlink>
    </w:p>
    <w:p>
      <w:hyperlink w:anchor="vg4">
        <w:r>
          <w:rPr>
            <w:color w:val="1155CC"/>
            <w:u w:val="single"/>
          </w:rPr>
          <w:t>The Poets (Al-Shu‘ara’) - 26:75-82</w:t>
        </w:r>
      </w:hyperlink>
    </w:p>
    <w:p>
      <w:hyperlink w:anchor="vg5">
        <w:r>
          <w:rPr>
            <w:color w:val="1155CC"/>
            <w:u w:val="single"/>
          </w:rPr>
          <w:t>The Poets (Al-Shu‘ara’) - 26:83-89</w:t>
        </w:r>
      </w:hyperlink>
    </w:p>
    <w:p>
      <w:hyperlink w:anchor="vg6">
        <w:r>
          <w:rPr>
            <w:color w:val="1155CC"/>
            <w:u w:val="single"/>
          </w:rPr>
          <w:t>The Poets (Al-Shu‘ara’) - 26:90-104</w:t>
        </w:r>
      </w:hyperlink>
    </w:p>
    <w:p>
      <w:hyperlink w:anchor="vg7">
        <w:r>
          <w:rPr>
            <w:color w:val="1155CC"/>
            <w:u w:val="single"/>
          </w:rPr>
          <w:t>The Poets (Al-Shu‘ara’) - 26:116-122</w:t>
        </w:r>
      </w:hyperlink>
    </w:p>
    <w:p>
      <w:hyperlink w:anchor="vg8">
        <w:r>
          <w:rPr>
            <w:color w:val="1155CC"/>
            <w:u w:val="single"/>
          </w:rPr>
          <w:t>The Poets (Al-Shu‘ara’) - 26:123-135</w:t>
        </w:r>
      </w:hyperlink>
    </w:p>
    <w:p>
      <w:hyperlink w:anchor="vg9">
        <w:r>
          <w:rPr>
            <w:color w:val="1155CC"/>
            <w:u w:val="single"/>
          </w:rPr>
          <w:t>The Poets (Al-Shu‘ara’) - 26:136-140</w:t>
        </w:r>
      </w:hyperlink>
    </w:p>
    <w:p>
      <w:hyperlink w:anchor="vg10">
        <w:r>
          <w:rPr>
            <w:color w:val="1155CC"/>
            <w:u w:val="single"/>
          </w:rPr>
          <w:t>The Poets (Al-Shu‘ara’) - 26:141-152</w:t>
        </w:r>
      </w:hyperlink>
    </w:p>
    <w:p>
      <w:hyperlink w:anchor="vg11">
        <w:r>
          <w:rPr>
            <w:color w:val="1155CC"/>
            <w:u w:val="single"/>
          </w:rPr>
          <w:t>The Poets (Al-Shu‘ara’) - 26:153-159</w:t>
        </w:r>
      </w:hyperlink>
    </w:p>
    <w:p>
      <w:hyperlink w:anchor="vg12">
        <w:r>
          <w:rPr>
            <w:color w:val="1155CC"/>
            <w:u w:val="single"/>
          </w:rPr>
          <w:t>The Poets (Al-Shu‘ara’) - 26:160-166</w:t>
        </w:r>
      </w:hyperlink>
    </w:p>
    <w:p>
      <w:hyperlink w:anchor="vg13">
        <w:r>
          <w:rPr>
            <w:color w:val="1155CC"/>
            <w:u w:val="single"/>
          </w:rPr>
          <w:t>The Poets (Al-Shu‘ara’) - 26:167-175</w:t>
        </w:r>
      </w:hyperlink>
    </w:p>
    <w:p>
      <w:hyperlink w:anchor="vg14">
        <w:r>
          <w:rPr>
            <w:color w:val="1155CC"/>
            <w:u w:val="single"/>
          </w:rPr>
          <w:t>The Poets (Al-Shu‘ara’) - 26:176-184</w:t>
        </w:r>
      </w:hyperlink>
    </w:p>
    <w:p>
      <w:hyperlink w:anchor="vg15">
        <w:r>
          <w:rPr>
            <w:color w:val="1155CC"/>
            <w:u w:val="single"/>
          </w:rPr>
          <w:t>The Poets (Al-Shu‘ara’) - 26:185-191</w:t>
        </w:r>
      </w:hyperlink>
    </w:p>
    <w:p>
      <w:hyperlink w:anchor="vg16">
        <w:r>
          <w:rPr>
            <w:color w:val="1155CC"/>
            <w:u w:val="single"/>
          </w:rPr>
          <w:t>The Poets (Al-Shu‘ara’) - 26:192-197</w:t>
        </w:r>
      </w:hyperlink>
    </w:p>
    <w:p>
      <w:hyperlink w:anchor="vg17">
        <w:r>
          <w:rPr>
            <w:color w:val="1155CC"/>
            <w:u w:val="single"/>
          </w:rPr>
          <w:t>The Poets (Al-Shu‘ara’) - 26:198-203</w:t>
        </w:r>
      </w:hyperlink>
    </w:p>
    <w:p>
      <w:hyperlink w:anchor="vg18">
        <w:r>
          <w:rPr>
            <w:color w:val="1155CC"/>
            <w:u w:val="single"/>
          </w:rPr>
          <w:t>The Poets (Al-Shu‘ara’) - 26:204-212</w:t>
        </w:r>
      </w:hyperlink>
    </w:p>
    <w:p>
      <w:hyperlink w:anchor="vg19">
        <w:r>
          <w:rPr>
            <w:color w:val="1155CC"/>
            <w:u w:val="single"/>
          </w:rPr>
          <w:t>The Poets (Al-Shu‘ara’) - 26:213-220</w:t>
        </w:r>
      </w:hyperlink>
    </w:p>
    <w:p>
      <w:hyperlink w:anchor="vg20">
        <w:r>
          <w:rPr>
            <w:color w:val="1155CC"/>
            <w:u w:val="single"/>
          </w:rPr>
          <w:t>The Poets (Al-Shu‘ara’) - 26:221-227</w:t>
        </w:r>
      </w:hyperlink>
    </w:p>
    <w:p>
      <w:hyperlink w:anchor="vg21">
        <w:r>
          <w:rPr>
            <w:color w:val="1155CC"/>
            <w:u w:val="single"/>
          </w:rPr>
          <w:t>The Ants (Al-Naml) - 27:1-6</w:t>
        </w:r>
      </w:hyperlink>
    </w:p>
    <w:p>
      <w:hyperlink w:anchor="vg22">
        <w:r>
          <w:rPr>
            <w:color w:val="1155CC"/>
            <w:u w:val="single"/>
          </w:rPr>
          <w:t>The Ants (Al-Naml) - 27:7-8</w:t>
        </w:r>
      </w:hyperlink>
    </w:p>
    <w:p>
      <w:hyperlink w:anchor="vg23">
        <w:r>
          <w:rPr>
            <w:color w:val="1155CC"/>
            <w:u w:val="single"/>
          </w:rPr>
          <w:t>The Ants (Al-Naml) - 27:9-14</w:t>
        </w:r>
      </w:hyperlink>
    </w:p>
    <w:p>
      <w:hyperlink w:anchor="vg24">
        <w:r>
          <w:rPr>
            <w:color w:val="1155CC"/>
            <w:u w:val="single"/>
          </w:rPr>
          <w:t>The Ants (Al-Naml) - 27:15-16</w:t>
        </w:r>
      </w:hyperlink>
    </w:p>
    <w:p>
      <w:hyperlink w:anchor="vg25">
        <w:r>
          <w:rPr>
            <w:color w:val="1155CC"/>
            <w:u w:val="single"/>
          </w:rPr>
          <w:t>The Ants (Al-Naml) - 27:17-19</w:t>
        </w:r>
      </w:hyperlink>
    </w:p>
    <w:p>
      <w:hyperlink w:anchor="vg26">
        <w:r>
          <w:rPr>
            <w:color w:val="1155CC"/>
            <w:u w:val="single"/>
          </w:rPr>
          <w:t>The Ants (Al-Naml) - 27:20-26</w:t>
        </w:r>
      </w:hyperlink>
    </w:p>
    <w:p>
      <w:hyperlink w:anchor="vg27">
        <w:r>
          <w:rPr>
            <w:color w:val="1155CC"/>
            <w:u w:val="single"/>
          </w:rPr>
          <w:t>The Ants (Al-Naml) - 27:36-37</w:t>
        </w:r>
      </w:hyperlink>
    </w:p>
    <w:p>
      <w:hyperlink w:anchor="vg28">
        <w:r>
          <w:rPr>
            <w:color w:val="1155CC"/>
            <w:u w:val="single"/>
          </w:rPr>
          <w:t>The Ants (Al-Naml) - 27:38-40</w:t>
        </w:r>
      </w:hyperlink>
    </w:p>
    <w:p>
      <w:hyperlink w:anchor="vg29">
        <w:r>
          <w:rPr>
            <w:color w:val="1155CC"/>
            <w:u w:val="single"/>
          </w:rPr>
          <w:t>The Ants (Al-Naml) - 27:41-44</w:t>
        </w:r>
      </w:hyperlink>
    </w:p>
    <w:p>
      <w:hyperlink w:anchor="vg30">
        <w:r>
          <w:rPr>
            <w:color w:val="1155CC"/>
            <w:u w:val="single"/>
          </w:rPr>
          <w:t>The Ants (Al-Naml) - 27:48-53</w:t>
        </w:r>
      </w:hyperlink>
    </w:p>
    <w:p>
      <w:hyperlink w:anchor="vg31">
        <w:r>
          <w:rPr>
            <w:color w:val="1155CC"/>
            <w:u w:val="single"/>
          </w:rPr>
          <w:t>The Ants (Al-Naml) - 27:54-59</w:t>
        </w:r>
      </w:hyperlink>
    </w:p>
    <w:p>
      <w:hyperlink w:anchor="vg32">
        <w:r>
          <w:rPr>
            <w:color w:val="1155CC"/>
            <w:u w:val="single"/>
          </w:rPr>
          <w:t>The Ants (Al-Naml) - 27:60-61</w:t>
        </w:r>
      </w:hyperlink>
    </w:p>
    <w:p>
      <w:hyperlink w:anchor="vg33">
        <w:r>
          <w:rPr>
            <w:color w:val="1155CC"/>
            <w:u w:val="single"/>
          </w:rPr>
          <w:t>The Ants (Al-Naml) - 27:62-64</w:t>
        </w:r>
      </w:hyperlink>
    </w:p>
    <w:p>
      <w:hyperlink w:anchor="vg34">
        <w:r>
          <w:rPr>
            <w:color w:val="1155CC"/>
            <w:u w:val="single"/>
          </w:rPr>
          <w:t>The Ants (Al-Naml) - 27:65-69</w:t>
        </w:r>
      </w:hyperlink>
    </w:p>
    <w:p>
      <w:hyperlink w:anchor="vg35">
        <w:r>
          <w:rPr>
            <w:color w:val="1155CC"/>
            <w:u w:val="single"/>
          </w:rPr>
          <w:t>The Ants (Al-Naml) - 27:70-75</w:t>
        </w:r>
      </w:hyperlink>
    </w:p>
    <w:p>
      <w:hyperlink w:anchor="vg36">
        <w:r>
          <w:rPr>
            <w:color w:val="1155CC"/>
            <w:u w:val="single"/>
          </w:rPr>
          <w:t>The Ants (Al-Naml) - 27:76-81</w:t>
        </w:r>
      </w:hyperlink>
    </w:p>
    <w:p>
      <w:hyperlink w:anchor="vg37">
        <w:r>
          <w:rPr>
            <w:color w:val="1155CC"/>
            <w:u w:val="single"/>
          </w:rPr>
          <w:t>The Ants (Al-Naml) - 27:82-86</w:t>
        </w:r>
      </w:hyperlink>
    </w:p>
    <w:p>
      <w:hyperlink w:anchor="vg38">
        <w:r>
          <w:rPr>
            <w:color w:val="1155CC"/>
            <w:u w:val="single"/>
          </w:rPr>
          <w:t>The Ants (Al-Naml) - 27:87-90</w:t>
        </w:r>
      </w:hyperlink>
    </w:p>
    <w:p>
      <w:hyperlink w:anchor="vg39">
        <w:r>
          <w:rPr>
            <w:color w:val="1155CC"/>
            <w:u w:val="single"/>
          </w:rPr>
          <w:t>The Ants (Al-Naml) - 27:91-93</w:t>
        </w:r>
      </w:hyperlink>
    </w:p>
    <w:p>
      <w:hyperlink w:anchor="vg40">
        <w:r>
          <w:rPr>
            <w:color w:val="1155CC"/>
            <w:u w:val="single"/>
          </w:rPr>
          <w:t>The Story (Al-Qasas) - 28:1-6</w:t>
        </w:r>
      </w:hyperlink>
    </w:p>
    <w:p>
      <w:hyperlink w:anchor="vg41">
        <w:r>
          <w:rPr>
            <w:color w:val="1155CC"/>
            <w:u w:val="single"/>
          </w:rPr>
          <w:t>The Story (Al-Qasas) - 28:7-9</w:t>
        </w:r>
      </w:hyperlink>
    </w:p>
    <w:p>
      <w:hyperlink w:anchor="vg42">
        <w:r>
          <w:rPr>
            <w:color w:val="1155CC"/>
            <w:u w:val="single"/>
          </w:rPr>
          <w:t>The Story (Al-Qasas) - 28:10-14</w:t>
        </w:r>
      </w:hyperlink>
    </w:p>
    <w:p>
      <w:hyperlink w:anchor="vg43">
        <w:r>
          <w:rPr>
            <w:color w:val="1155CC"/>
            <w:u w:val="single"/>
          </w:rPr>
          <w:t>The Story (Al-Qasas) - 28:15-17</w:t>
        </w:r>
      </w:hyperlink>
    </w:p>
    <w:p>
      <w:hyperlink w:anchor="vg44">
        <w:r>
          <w:rPr>
            <w:color w:val="1155CC"/>
            <w:u w:val="single"/>
          </w:rPr>
          <w:t>The Story (Al-Qasas) - 28:18-21</w:t>
        </w:r>
      </w:hyperlink>
    </w:p>
    <w:p>
      <w:hyperlink w:anchor="vg45">
        <w:r>
          <w:rPr>
            <w:color w:val="1155CC"/>
            <w:u w:val="single"/>
          </w:rPr>
          <w:t>The Story (Al-Qasas) - 28:22-24</w:t>
        </w:r>
      </w:hyperlink>
    </w:p>
    <w:p>
      <w:hyperlink w:anchor="vg46">
        <w:r>
          <w:rPr>
            <w:color w:val="1155CC"/>
            <w:u w:val="single"/>
          </w:rPr>
          <w:t>The Story (Al-Qasas) - 28:25-28</w:t>
        </w:r>
      </w:hyperlink>
    </w:p>
    <w:p>
      <w:hyperlink w:anchor="vg47">
        <w:r>
          <w:rPr>
            <w:color w:val="1155CC"/>
            <w:u w:val="single"/>
          </w:rPr>
          <w:t>The Story (Al-Qasas) - 28:29-32</w:t>
        </w:r>
      </w:hyperlink>
    </w:p>
    <w:p>
      <w:hyperlink w:anchor="vg48">
        <w:r>
          <w:rPr>
            <w:color w:val="1155CC"/>
            <w:u w:val="single"/>
          </w:rPr>
          <w:t>The Story (Al-Qasas) - 28:33-35</w:t>
        </w:r>
      </w:hyperlink>
    </w:p>
    <w:p>
      <w:hyperlink w:anchor="vg49">
        <w:r>
          <w:rPr>
            <w:color w:val="1155CC"/>
            <w:u w:val="single"/>
          </w:rPr>
          <w:t>The Story (Al-Qasas) - 28:36-38</w:t>
        </w:r>
      </w:hyperlink>
    </w:p>
    <w:p>
      <w:hyperlink w:anchor="vg50">
        <w:r>
          <w:rPr>
            <w:color w:val="1155CC"/>
            <w:u w:val="single"/>
          </w:rPr>
          <w:t>The Story (Al-Qasas) - 28:39-43</w:t>
        </w:r>
      </w:hyperlink>
    </w:p>
    <w:p>
      <w:hyperlink w:anchor="vg51">
        <w:r>
          <w:rPr>
            <w:color w:val="1155CC"/>
            <w:u w:val="single"/>
          </w:rPr>
          <w:t>The Story (Al-Qasas) - 28:44-46</w:t>
        </w:r>
      </w:hyperlink>
    </w:p>
    <w:p>
      <w:hyperlink w:anchor="vg52">
        <w:r>
          <w:rPr>
            <w:color w:val="1155CC"/>
            <w:u w:val="single"/>
          </w:rPr>
          <w:t>The Story (Al-Qasas) - 28:49-51</w:t>
        </w:r>
      </w:hyperlink>
    </w:p>
    <w:p>
      <w:hyperlink w:anchor="vg53">
        <w:r>
          <w:rPr>
            <w:color w:val="1155CC"/>
            <w:u w:val="single"/>
          </w:rPr>
          <w:t>The Story (Al-Qasas) - 28:52-56</w:t>
        </w:r>
      </w:hyperlink>
    </w:p>
    <w:p>
      <w:hyperlink w:anchor="vg54">
        <w:r>
          <w:rPr>
            <w:color w:val="1155CC"/>
            <w:u w:val="single"/>
          </w:rPr>
          <w:t>The Story (Al-Qasas) - 28:57</w:t>
        </w:r>
      </w:hyperlink>
    </w:p>
    <w:p>
      <w:hyperlink w:anchor="vg55">
        <w:r>
          <w:rPr>
            <w:color w:val="1155CC"/>
            <w:u w:val="single"/>
          </w:rPr>
          <w:t>The Story (Al-Qasas) - 28:58-59</w:t>
        </w:r>
      </w:hyperlink>
    </w:p>
    <w:p>
      <w:hyperlink w:anchor="vg56">
        <w:r>
          <w:rPr>
            <w:color w:val="1155CC"/>
            <w:u w:val="single"/>
          </w:rPr>
          <w:t>The Story (Al-Qasas) - 28:60-61</w:t>
        </w:r>
      </w:hyperlink>
    </w:p>
    <w:p>
      <w:hyperlink w:anchor="vg57">
        <w:r>
          <w:rPr>
            <w:color w:val="1155CC"/>
            <w:u w:val="single"/>
          </w:rPr>
          <w:t>The Story (Al-Qasas) - 28:62-63</w:t>
        </w:r>
      </w:hyperlink>
    </w:p>
    <w:p>
      <w:hyperlink w:anchor="vg58">
        <w:r>
          <w:rPr>
            <w:color w:val="1155CC"/>
            <w:u w:val="single"/>
          </w:rPr>
          <w:t>The Story (Al-Qasas) - 28:64-67</w:t>
        </w:r>
      </w:hyperlink>
    </w:p>
    <w:p>
      <w:hyperlink w:anchor="vg59">
        <w:r>
          <w:rPr>
            <w:color w:val="1155CC"/>
            <w:u w:val="single"/>
          </w:rPr>
          <w:t>The Story (Al-Qasas) - 28:68-70</w:t>
        </w:r>
      </w:hyperlink>
    </w:p>
    <w:p>
      <w:hyperlink w:anchor="vg60">
        <w:r>
          <w:rPr>
            <w:color w:val="1155CC"/>
            <w:u w:val="single"/>
          </w:rPr>
          <w:t>The Story (Al-Qasas) - 28:71-73</w:t>
        </w:r>
      </w:hyperlink>
    </w:p>
    <w:p>
      <w:hyperlink w:anchor="vg61">
        <w:r>
          <w:rPr>
            <w:color w:val="1155CC"/>
            <w:u w:val="single"/>
          </w:rPr>
          <w:t>The Story (Al-Qasas) - 28:74-75</w:t>
        </w:r>
      </w:hyperlink>
    </w:p>
    <w:p>
      <w:hyperlink w:anchor="vg62">
        <w:r>
          <w:rPr>
            <w:color w:val="1155CC"/>
            <w:u w:val="single"/>
          </w:rPr>
          <w:t>The Story (Al-Qasas) - 28:76-77</w:t>
        </w:r>
      </w:hyperlink>
    </w:p>
    <w:p>
      <w:hyperlink w:anchor="vg63">
        <w:r>
          <w:rPr>
            <w:color w:val="1155CC"/>
            <w:u w:val="single"/>
          </w:rPr>
          <w:t>The Story (Al-Qasas) - 28:78</w:t>
        </w:r>
      </w:hyperlink>
    </w:p>
    <w:p>
      <w:hyperlink w:anchor="vg64">
        <w:r>
          <w:rPr>
            <w:color w:val="1155CC"/>
            <w:u w:val="single"/>
          </w:rPr>
          <w:t>The Story (Al-Qasas) - 28:79-80</w:t>
        </w:r>
      </w:hyperlink>
    </w:p>
    <w:p>
      <w:hyperlink w:anchor="vg65">
        <w:r>
          <w:rPr>
            <w:color w:val="1155CC"/>
            <w:u w:val="single"/>
          </w:rPr>
          <w:t>The Story (Al-Qasas) - 28:81-82</w:t>
        </w:r>
      </w:hyperlink>
    </w:p>
    <w:p>
      <w:hyperlink w:anchor="vg66">
        <w:r>
          <w:rPr>
            <w:color w:val="1155CC"/>
            <w:u w:val="single"/>
          </w:rPr>
          <w:t>The Story (Al-Qasas) - 28:83-84</w:t>
        </w:r>
      </w:hyperlink>
    </w:p>
    <w:p>
      <w:hyperlink w:anchor="vg67">
        <w:r>
          <w:rPr>
            <w:color w:val="1155CC"/>
            <w:u w:val="single"/>
          </w:rPr>
          <w:t>The Story (Al-Qasas) - 28:85-88</w:t>
        </w:r>
      </w:hyperlink>
    </w:p>
    <w:p>
      <w:r>
        <w:br w:type="page"/>
      </w:r>
    </w:p>
    <w:p>
      <w:pPr>
        <w:pStyle w:val="Heading1"/>
      </w:pPr>
      <w:r>
        <w:t>Index - by date</w:t>
      </w:r>
    </w:p>
    <w:p>
      <w:pPr>
        <w:pStyle w:val="Heading2"/>
      </w:pPr>
      <w:r>
        <w:t>April 2026</w:t>
      </w:r>
    </w:p>
    <w:p>
      <w:hyperlink w:anchor="cl1">
        <w:r>
          <w:rPr>
            <w:color w:val="1155CC"/>
            <w:u w:val="single"/>
          </w:rPr>
          <w:t>13 Apr 2026 - The Poets (Al-Shu‘ara’) 26:52-59 (English)</w:t>
        </w:r>
      </w:hyperlink>
    </w:p>
    <w:p>
      <w:hyperlink w:anchor="cl2">
        <w:r>
          <w:rPr>
            <w:color w:val="1155CC"/>
            <w:u w:val="single"/>
          </w:rPr>
          <w:t>14 Apr 2026 - The Poets (Al-Shu‘ara’) 26:60-68 (Urdu)</w:t>
        </w:r>
      </w:hyperlink>
    </w:p>
    <w:p>
      <w:hyperlink w:anchor="cl3">
        <w:r>
          <w:rPr>
            <w:color w:val="1155CC"/>
            <w:u w:val="single"/>
          </w:rPr>
          <w:t>15 Apr 2026 - The Poets (Al-Shu‘ara’) 26:60-68 (English)</w:t>
        </w:r>
      </w:hyperlink>
    </w:p>
    <w:p>
      <w:hyperlink w:anchor="cl4">
        <w:r>
          <w:rPr>
            <w:color w:val="1155CC"/>
            <w:u w:val="single"/>
          </w:rPr>
          <w:t>16 Apr 2026 - The Poets (Al-Shu‘ara’) 26:69-74 (Urdu)</w:t>
        </w:r>
      </w:hyperlink>
    </w:p>
    <w:p>
      <w:hyperlink w:anchor="cl5">
        <w:r>
          <w:rPr>
            <w:color w:val="1155CC"/>
            <w:u w:val="single"/>
          </w:rPr>
          <w:t>17 Apr 2026 - The Poets (Al-Shu‘ara’) 26:69-74 (English)</w:t>
        </w:r>
      </w:hyperlink>
    </w:p>
    <w:p>
      <w:hyperlink w:anchor="cl6">
        <w:r>
          <w:rPr>
            <w:color w:val="1155CC"/>
            <w:u w:val="single"/>
          </w:rPr>
          <w:t>18 Apr 2026 - The Poets (Al-Shu‘ara’) 26:75-82 (Urdu)</w:t>
        </w:r>
      </w:hyperlink>
    </w:p>
    <w:p>
      <w:hyperlink w:anchor="cl0">
        <w:r>
          <w:rPr>
            <w:color w:val="1155CC"/>
            <w:u w:val="single"/>
          </w:rPr>
          <w:t>19 Apr 2026 - The Poets (Al-Shu‘ara’) 26:43-48 (Urdu)</w:t>
        </w:r>
      </w:hyperlink>
    </w:p>
    <w:p>
      <w:hyperlink w:anchor="cl7">
        <w:r>
          <w:rPr>
            <w:color w:val="1155CC"/>
            <w:u w:val="single"/>
          </w:rPr>
          <w:t>20 Apr 2026 - The Poets (Al-Shu‘ara’) 26:75-82 (English)</w:t>
        </w:r>
      </w:hyperlink>
    </w:p>
    <w:p>
      <w:hyperlink w:anchor="cl8">
        <w:r>
          <w:rPr>
            <w:color w:val="1155CC"/>
            <w:u w:val="single"/>
          </w:rPr>
          <w:t>21 Apr 2026 - The Poets (Al-Shu‘ara’) 26:83-89 (Urdu)</w:t>
        </w:r>
      </w:hyperlink>
    </w:p>
    <w:p>
      <w:hyperlink w:anchor="cl9">
        <w:r>
          <w:rPr>
            <w:color w:val="1155CC"/>
            <w:u w:val="single"/>
          </w:rPr>
          <w:t>22 Apr 2026 - The Poets (Al-Shu‘ara’) 26:83-89 (Urdu)</w:t>
        </w:r>
      </w:hyperlink>
    </w:p>
    <w:p>
      <w:hyperlink w:anchor="cl10">
        <w:r>
          <w:rPr>
            <w:color w:val="1155CC"/>
            <w:u w:val="single"/>
          </w:rPr>
          <w:t>23 Apr 2026 - The Poets (Al-Shu‘ara’) 26:90-104 (Urdu)</w:t>
        </w:r>
      </w:hyperlink>
    </w:p>
    <w:p>
      <w:hyperlink w:anchor="cl11">
        <w:r>
          <w:rPr>
            <w:color w:val="1155CC"/>
            <w:u w:val="single"/>
          </w:rPr>
          <w:t>24 Apr 2026 - The Poets (Al-Shu‘ara’) 26:90-104 (English)</w:t>
        </w:r>
      </w:hyperlink>
    </w:p>
    <w:p>
      <w:hyperlink w:anchor="cl12">
        <w:r>
          <w:rPr>
            <w:color w:val="1155CC"/>
            <w:u w:val="single"/>
          </w:rPr>
          <w:t>27 Apr 2026 - The Poets (Al-Shu‘ara’) 26:116-122 (Urdu)</w:t>
        </w:r>
      </w:hyperlink>
    </w:p>
    <w:p>
      <w:hyperlink w:anchor="cl13">
        <w:r>
          <w:rPr>
            <w:color w:val="1155CC"/>
            <w:u w:val="single"/>
          </w:rPr>
          <w:t>28 Apr 2026 - The Poets (Al-Shu‘ara’) 26:116-122 (English)</w:t>
        </w:r>
      </w:hyperlink>
    </w:p>
    <w:p>
      <w:hyperlink w:anchor="cl14">
        <w:r>
          <w:rPr>
            <w:color w:val="1155CC"/>
            <w:u w:val="single"/>
          </w:rPr>
          <w:t>29 Apr 2026 - The Poets (Al-Shu‘ara’) 26:123-135 (Urdu)</w:t>
        </w:r>
      </w:hyperlink>
    </w:p>
    <w:p>
      <w:hyperlink w:anchor="cl15">
        <w:r>
          <w:rPr>
            <w:color w:val="1155CC"/>
            <w:u w:val="single"/>
          </w:rPr>
          <w:t>30 Apr 2026 - The Poets (Al-Shu‘ara’) 26:123-135 (English)</w:t>
        </w:r>
      </w:hyperlink>
    </w:p>
    <w:p>
      <w:pPr>
        <w:pStyle w:val="Heading2"/>
      </w:pPr>
      <w:r>
        <w:t>May 2026</w:t>
      </w:r>
    </w:p>
    <w:p>
      <w:hyperlink w:anchor="cl17">
        <w:r>
          <w:rPr>
            <w:color w:val="1155CC"/>
            <w:u w:val="single"/>
          </w:rPr>
          <w:t>01 May 2026 - The Poets (Al-Shu‘ara’) 26:136-140 (Urdu)</w:t>
        </w:r>
      </w:hyperlink>
    </w:p>
    <w:p>
      <w:hyperlink w:anchor="cl18">
        <w:r>
          <w:rPr>
            <w:color w:val="1155CC"/>
            <w:u w:val="single"/>
          </w:rPr>
          <w:t>03 May 2026 - The Poets (Al-Shu‘ara’) 26:141-152 (Urdu)</w:t>
        </w:r>
      </w:hyperlink>
    </w:p>
    <w:p>
      <w:hyperlink w:anchor="cl19">
        <w:r>
          <w:rPr>
            <w:color w:val="1155CC"/>
            <w:u w:val="single"/>
          </w:rPr>
          <w:t>04 May 2026 - The Poets (Al-Shu‘ara’) 26:141-152 (Urdu)</w:t>
        </w:r>
      </w:hyperlink>
    </w:p>
    <w:p>
      <w:hyperlink w:anchor="cl20">
        <w:r>
          <w:rPr>
            <w:color w:val="1155CC"/>
            <w:u w:val="single"/>
          </w:rPr>
          <w:t>05 May 2026 - The Poets (Al-Shu‘ara’) 26:141-152 (English)</w:t>
        </w:r>
      </w:hyperlink>
    </w:p>
    <w:p>
      <w:hyperlink w:anchor="cl21">
        <w:r>
          <w:rPr>
            <w:color w:val="1155CC"/>
            <w:u w:val="single"/>
          </w:rPr>
          <w:t>06 May 2026 - The Poets (Al-Shu‘ara’) 26:153-159 (Urdu)</w:t>
        </w:r>
      </w:hyperlink>
    </w:p>
    <w:p>
      <w:hyperlink w:anchor="cl22">
        <w:r>
          <w:rPr>
            <w:color w:val="1155CC"/>
            <w:u w:val="single"/>
          </w:rPr>
          <w:t>07 May 2026 - The Poets (Al-Shu‘ara’) 26:153-159 (English)</w:t>
        </w:r>
      </w:hyperlink>
    </w:p>
    <w:p>
      <w:hyperlink w:anchor="cl23">
        <w:r>
          <w:rPr>
            <w:color w:val="1155CC"/>
            <w:u w:val="single"/>
          </w:rPr>
          <w:t>08 May 2026 - The Poets (Al-Shu‘ara’) 26:160-166 (Urdu)</w:t>
        </w:r>
      </w:hyperlink>
    </w:p>
    <w:p>
      <w:hyperlink w:anchor="cl24">
        <w:r>
          <w:rPr>
            <w:color w:val="1155CC"/>
            <w:u w:val="single"/>
          </w:rPr>
          <w:t>09 May 2026 - The Poets (Al-Shu‘ara’) 26:160-166 (English)</w:t>
        </w:r>
      </w:hyperlink>
    </w:p>
    <w:p>
      <w:hyperlink w:anchor="cl25">
        <w:r>
          <w:rPr>
            <w:color w:val="1155CC"/>
            <w:u w:val="single"/>
          </w:rPr>
          <w:t>10 May 2026 - The Poets (Al-Shu‘ara’) 26:167-175 (Urdu)</w:t>
        </w:r>
      </w:hyperlink>
    </w:p>
    <w:p>
      <w:hyperlink w:anchor="cl26">
        <w:r>
          <w:rPr>
            <w:color w:val="1155CC"/>
            <w:u w:val="single"/>
          </w:rPr>
          <w:t>11 May 2026 - The Poets (Al-Shu‘ara’) 26:167-175 (English)</w:t>
        </w:r>
      </w:hyperlink>
    </w:p>
    <w:p>
      <w:hyperlink w:anchor="cl27">
        <w:r>
          <w:rPr>
            <w:color w:val="1155CC"/>
            <w:u w:val="single"/>
          </w:rPr>
          <w:t>12 May 2026 - The Poets (Al-Shu‘ara’) 26:176-184 (Urdu)</w:t>
        </w:r>
      </w:hyperlink>
    </w:p>
    <w:p>
      <w:hyperlink w:anchor="cl28">
        <w:r>
          <w:rPr>
            <w:color w:val="1155CC"/>
            <w:u w:val="single"/>
          </w:rPr>
          <w:t>13 May 2026 - The Poets (Al-Shu‘ara’) 26:176-184 (English)</w:t>
        </w:r>
      </w:hyperlink>
    </w:p>
    <w:p>
      <w:hyperlink w:anchor="cl29">
        <w:r>
          <w:rPr>
            <w:color w:val="1155CC"/>
            <w:u w:val="single"/>
          </w:rPr>
          <w:t>14 May 2026 - The Poets (Al-Shu‘ara’) 26:185-191 (Urdu)</w:t>
        </w:r>
      </w:hyperlink>
    </w:p>
    <w:p>
      <w:hyperlink w:anchor="cl30">
        <w:r>
          <w:rPr>
            <w:color w:val="1155CC"/>
            <w:u w:val="single"/>
          </w:rPr>
          <w:t>15 May 2026 - The Poets (Al-Shu‘ara’) 26:185-191 (English)</w:t>
        </w:r>
      </w:hyperlink>
    </w:p>
    <w:p>
      <w:hyperlink w:anchor="cl16">
        <w:r>
          <w:rPr>
            <w:color w:val="1155CC"/>
            <w:u w:val="single"/>
          </w:rPr>
          <w:t>17 May 2026 - The Poets (Al-Shu‘ara’) 26:123-135 (Urdu)</w:t>
        </w:r>
      </w:hyperlink>
    </w:p>
    <w:p>
      <w:hyperlink w:anchor="cl31">
        <w:r>
          <w:rPr>
            <w:color w:val="1155CC"/>
            <w:u w:val="single"/>
          </w:rPr>
          <w:t>18 May 2026 - The Poets (Al-Shu‘ara’) 26:192-197 (English)</w:t>
        </w:r>
      </w:hyperlink>
    </w:p>
    <w:p>
      <w:hyperlink w:anchor="cl33">
        <w:r>
          <w:rPr>
            <w:color w:val="1155CC"/>
            <w:u w:val="single"/>
          </w:rPr>
          <w:t>19 May 2026 - The Poets (Al-Shu‘ara’) 26:198-203 (Urdu)</w:t>
        </w:r>
      </w:hyperlink>
    </w:p>
    <w:p>
      <w:hyperlink w:anchor="cl34">
        <w:r>
          <w:rPr>
            <w:color w:val="1155CC"/>
            <w:u w:val="single"/>
          </w:rPr>
          <w:t>20 May 2026 - The Poets (Al-Shu‘ara’) 26:198-203 (English)</w:t>
        </w:r>
      </w:hyperlink>
    </w:p>
    <w:p>
      <w:hyperlink w:anchor="cl35">
        <w:r>
          <w:rPr>
            <w:color w:val="1155CC"/>
            <w:u w:val="single"/>
          </w:rPr>
          <w:t>21 May 2026 - The Poets (Al-Shu‘ara’) 26:204-212 (Urdu)</w:t>
        </w:r>
      </w:hyperlink>
    </w:p>
    <w:p>
      <w:hyperlink w:anchor="cl36">
        <w:r>
          <w:rPr>
            <w:color w:val="1155CC"/>
            <w:u w:val="single"/>
          </w:rPr>
          <w:t>22 May 2026 - The Poets (Al-Shu‘ara’) 26:204-212 (English)</w:t>
        </w:r>
      </w:hyperlink>
    </w:p>
    <w:p>
      <w:hyperlink w:anchor="cl37">
        <w:r>
          <w:rPr>
            <w:color w:val="1155CC"/>
            <w:u w:val="single"/>
          </w:rPr>
          <w:t>23 May 2026 - The Poets (Al-Shu‘ara’) 26:213-220 (Urdu)</w:t>
        </w:r>
      </w:hyperlink>
    </w:p>
    <w:p>
      <w:hyperlink w:anchor="cl38">
        <w:r>
          <w:rPr>
            <w:color w:val="1155CC"/>
            <w:u w:val="single"/>
          </w:rPr>
          <w:t>24 May 2026 - The Poets (Al-Shu‘ara’) 26:213-220 (English)</w:t>
        </w:r>
      </w:hyperlink>
    </w:p>
    <w:p>
      <w:hyperlink w:anchor="cl39">
        <w:r>
          <w:rPr>
            <w:color w:val="1155CC"/>
            <w:u w:val="single"/>
          </w:rPr>
          <w:t>25 May 2026 - The Poets (Al-Shu‘ara’) 26:221-227 (Urdu)</w:t>
        </w:r>
      </w:hyperlink>
    </w:p>
    <w:p>
      <w:hyperlink w:anchor="cl40">
        <w:r>
          <w:rPr>
            <w:color w:val="1155CC"/>
            <w:u w:val="single"/>
          </w:rPr>
          <w:t>26 May 2026 - The Poets (Al-Shu‘ara’) 26:221-227 (English)</w:t>
        </w:r>
      </w:hyperlink>
    </w:p>
    <w:p>
      <w:hyperlink w:anchor="cl32">
        <w:r>
          <w:rPr>
            <w:color w:val="1155CC"/>
            <w:u w:val="single"/>
          </w:rPr>
          <w:t>27 May 2026 - The Poets (Al-Shu‘ara’) 26:192-197 (Urdu)</w:t>
        </w:r>
      </w:hyperlink>
    </w:p>
    <w:p>
      <w:hyperlink w:anchor="cl41">
        <w:r>
          <w:rPr>
            <w:color w:val="1155CC"/>
            <w:u w:val="single"/>
          </w:rPr>
          <w:t>29 May 2026 - The Ants (Al-Naml) 27:1-6 (Urdu)</w:t>
        </w:r>
      </w:hyperlink>
    </w:p>
    <w:p>
      <w:hyperlink w:anchor="cl42">
        <w:r>
          <w:rPr>
            <w:color w:val="1155CC"/>
            <w:u w:val="single"/>
          </w:rPr>
          <w:t>31 May 2026 - The Ants (Al-Naml) 27:7-8 (Urdu)</w:t>
        </w:r>
      </w:hyperlink>
    </w:p>
    <w:p>
      <w:pPr>
        <w:pStyle w:val="Heading2"/>
      </w:pPr>
      <w:r>
        <w:t>June 2026</w:t>
      </w:r>
    </w:p>
    <w:p>
      <w:hyperlink w:anchor="cl43">
        <w:r>
          <w:rPr>
            <w:color w:val="1155CC"/>
            <w:u w:val="single"/>
          </w:rPr>
          <w:t>01 Jun 2026 - The Ants (Al-Naml) 27:7-8 (English)</w:t>
        </w:r>
      </w:hyperlink>
    </w:p>
    <w:p>
      <w:hyperlink w:anchor="cl44">
        <w:r>
          <w:rPr>
            <w:color w:val="1155CC"/>
            <w:u w:val="single"/>
          </w:rPr>
          <w:t>02 Jun 2026 - The Ants (Al-Naml) 27:9-14 (Urdu)</w:t>
        </w:r>
      </w:hyperlink>
    </w:p>
    <w:p>
      <w:hyperlink w:anchor="cl45">
        <w:r>
          <w:rPr>
            <w:color w:val="1155CC"/>
            <w:u w:val="single"/>
          </w:rPr>
          <w:t>03 Jun 2026 - The Ants (Al-Naml) 27:9-14 (English)</w:t>
        </w:r>
      </w:hyperlink>
    </w:p>
    <w:p>
      <w:hyperlink w:anchor="cl46">
        <w:r>
          <w:rPr>
            <w:color w:val="1155CC"/>
            <w:u w:val="single"/>
          </w:rPr>
          <w:t>04 Jun 2026 - The Ants (Al-Naml) 27:15-16 (Urdu)</w:t>
        </w:r>
      </w:hyperlink>
    </w:p>
    <w:p>
      <w:hyperlink w:anchor="cl47">
        <w:r>
          <w:rPr>
            <w:color w:val="1155CC"/>
            <w:u w:val="single"/>
          </w:rPr>
          <w:t>05 Jun 2026 - The Ants (Al-Naml) 27:15-16 (English)</w:t>
        </w:r>
      </w:hyperlink>
    </w:p>
    <w:p>
      <w:hyperlink w:anchor="cl48">
        <w:r>
          <w:rPr>
            <w:color w:val="1155CC"/>
            <w:u w:val="single"/>
          </w:rPr>
          <w:t>07 Jun 2026 - The Ants (Al-Naml) 27:17-19 (English)</w:t>
        </w:r>
      </w:hyperlink>
    </w:p>
    <w:p>
      <w:hyperlink w:anchor="cl49">
        <w:r>
          <w:rPr>
            <w:color w:val="1155CC"/>
            <w:u w:val="single"/>
          </w:rPr>
          <w:t>08 Jun 2026 - The Ants (Al-Naml) 27:20-26 (Urdu)</w:t>
        </w:r>
      </w:hyperlink>
    </w:p>
    <w:p>
      <w:hyperlink w:anchor="cl51">
        <w:r>
          <w:rPr>
            <w:color w:val="1155CC"/>
            <w:u w:val="single"/>
          </w:rPr>
          <w:t>15 Jun 2026 - The Ants (Al-Naml) 27:38-40 (Urdu)</w:t>
        </w:r>
      </w:hyperlink>
    </w:p>
    <w:p>
      <w:hyperlink w:anchor="cl52">
        <w:r>
          <w:rPr>
            <w:color w:val="1155CC"/>
            <w:u w:val="single"/>
          </w:rPr>
          <w:t>16 Jun 2026 - The Ants (Al-Naml) 27:38-40 (English)</w:t>
        </w:r>
      </w:hyperlink>
    </w:p>
    <w:p>
      <w:hyperlink w:anchor="cl53">
        <w:r>
          <w:rPr>
            <w:color w:val="1155CC"/>
            <w:u w:val="single"/>
          </w:rPr>
          <w:t>17 Jun 2026 - The Ants (Al-Naml) 27:41-44 (Urdu)</w:t>
        </w:r>
      </w:hyperlink>
    </w:p>
    <w:p>
      <w:hyperlink w:anchor="cl54">
        <w:r>
          <w:rPr>
            <w:color w:val="1155CC"/>
            <w:u w:val="single"/>
          </w:rPr>
          <w:t>21 Jun 2026 - The Ants (Al-Naml) 27:48-53 (Urdu)</w:t>
        </w:r>
      </w:hyperlink>
    </w:p>
    <w:p>
      <w:hyperlink w:anchor="cl55">
        <w:r>
          <w:rPr>
            <w:color w:val="1155CC"/>
            <w:u w:val="single"/>
          </w:rPr>
          <w:t>22 Jun 2026 - The Ants (Al-Naml) 27:48-53 (English)</w:t>
        </w:r>
      </w:hyperlink>
    </w:p>
    <w:p>
      <w:hyperlink w:anchor="cl56">
        <w:r>
          <w:rPr>
            <w:color w:val="1155CC"/>
            <w:u w:val="single"/>
          </w:rPr>
          <w:t>23 Jun 2026 - The Ants (Al-Naml) 27:54-59 (Urdu)</w:t>
        </w:r>
      </w:hyperlink>
    </w:p>
    <w:p>
      <w:hyperlink w:anchor="cl57">
        <w:r>
          <w:rPr>
            <w:color w:val="1155CC"/>
            <w:u w:val="single"/>
          </w:rPr>
          <w:t>24 Jun 2026 - The Ants (Al-Naml) 27:54-59 (English)</w:t>
        </w:r>
      </w:hyperlink>
    </w:p>
    <w:p>
      <w:hyperlink w:anchor="cl58">
        <w:r>
          <w:rPr>
            <w:color w:val="1155CC"/>
            <w:u w:val="single"/>
          </w:rPr>
          <w:t>25 Jun 2026 - The Ants (Al-Naml) 27:60-61 (Urdu)</w:t>
        </w:r>
      </w:hyperlink>
    </w:p>
    <w:p>
      <w:hyperlink w:anchor="cl59">
        <w:r>
          <w:rPr>
            <w:color w:val="1155CC"/>
            <w:u w:val="single"/>
          </w:rPr>
          <w:t>26 Jun 2026 - The Ants (Al-Naml) 27:60-61 (English)</w:t>
        </w:r>
      </w:hyperlink>
    </w:p>
    <w:p>
      <w:hyperlink w:anchor="cl60">
        <w:r>
          <w:rPr>
            <w:color w:val="1155CC"/>
            <w:u w:val="single"/>
          </w:rPr>
          <w:t>28 Jun 2026 - The Ants (Al-Naml) 27:62-64 (English)</w:t>
        </w:r>
      </w:hyperlink>
    </w:p>
    <w:p>
      <w:hyperlink w:anchor="cl61">
        <w:r>
          <w:rPr>
            <w:color w:val="1155CC"/>
            <w:u w:val="single"/>
          </w:rPr>
          <w:t>29 Jun 2026 - The Ants (Al-Naml) 27:65-69 (Urdu)</w:t>
        </w:r>
      </w:hyperlink>
    </w:p>
    <w:p>
      <w:hyperlink w:anchor="cl62">
        <w:r>
          <w:rPr>
            <w:color w:val="1155CC"/>
            <w:u w:val="single"/>
          </w:rPr>
          <w:t>30 Jun 2026 - The Ants (Al-Naml) 27:65-69 (English)</w:t>
        </w:r>
      </w:hyperlink>
    </w:p>
    <w:p>
      <w:pPr>
        <w:pStyle w:val="Heading2"/>
      </w:pPr>
      <w:r>
        <w:t>July 2026</w:t>
      </w:r>
    </w:p>
    <w:p>
      <w:hyperlink w:anchor="cl63">
        <w:r>
          <w:rPr>
            <w:color w:val="1155CC"/>
            <w:u w:val="single"/>
          </w:rPr>
          <w:t>01 Jul 2026 - The Ants (Al-Naml) 27:70-75 (Urdu)</w:t>
        </w:r>
      </w:hyperlink>
    </w:p>
    <w:p>
      <w:hyperlink w:anchor="cl64">
        <w:r>
          <w:rPr>
            <w:color w:val="1155CC"/>
            <w:u w:val="single"/>
          </w:rPr>
          <w:t>02 Jul 2026 - The Ants (Al-Naml) 27:70-75 (Urdu)</w:t>
        </w:r>
      </w:hyperlink>
    </w:p>
    <w:p>
      <w:hyperlink w:anchor="cl65">
        <w:r>
          <w:rPr>
            <w:color w:val="1155CC"/>
            <w:u w:val="single"/>
          </w:rPr>
          <w:t>03 Jul 2026 - The Ants (Al-Naml) 27:76-81 (Urdu)</w:t>
        </w:r>
      </w:hyperlink>
    </w:p>
    <w:p>
      <w:hyperlink w:anchor="cl66">
        <w:r>
          <w:rPr>
            <w:color w:val="1155CC"/>
            <w:u w:val="single"/>
          </w:rPr>
          <w:t>05 Jul 2026 - The Ants (Al-Naml) 27:82-86 (Urdu)</w:t>
        </w:r>
      </w:hyperlink>
    </w:p>
    <w:p>
      <w:hyperlink w:anchor="cl67">
        <w:r>
          <w:rPr>
            <w:color w:val="1155CC"/>
            <w:u w:val="single"/>
          </w:rPr>
          <w:t>06 Jul 2026 - The Ants (Al-Naml) 27:82-86 (English)</w:t>
        </w:r>
      </w:hyperlink>
    </w:p>
    <w:p>
      <w:hyperlink w:anchor="cl68">
        <w:r>
          <w:rPr>
            <w:color w:val="1155CC"/>
            <w:u w:val="single"/>
          </w:rPr>
          <w:t>07 Jul 2026 - The Ants (Al-Naml) 27:87-90 (Urdu)</w:t>
        </w:r>
      </w:hyperlink>
    </w:p>
    <w:p>
      <w:hyperlink w:anchor="cl69">
        <w:r>
          <w:rPr>
            <w:color w:val="1155CC"/>
            <w:u w:val="single"/>
          </w:rPr>
          <w:t>08 Jul 2026 - The Ants (Al-Naml) 27:87-90 (English)</w:t>
        </w:r>
      </w:hyperlink>
    </w:p>
    <w:p>
      <w:hyperlink w:anchor="cl70">
        <w:r>
          <w:rPr>
            <w:color w:val="1155CC"/>
            <w:u w:val="single"/>
          </w:rPr>
          <w:t>09 Jul 2026 - The Ants (Al-Naml) 27:91-93 (Urdu)</w:t>
        </w:r>
      </w:hyperlink>
    </w:p>
    <w:p>
      <w:hyperlink w:anchor="cl71">
        <w:r>
          <w:rPr>
            <w:color w:val="1155CC"/>
            <w:u w:val="single"/>
          </w:rPr>
          <w:t>10 Jul 2026 - The Ants (Al-Naml) 27:91-93 (Urdu)</w:t>
        </w:r>
      </w:hyperlink>
    </w:p>
    <w:p>
      <w:hyperlink w:anchor="cl50">
        <w:r>
          <w:rPr>
            <w:color w:val="1155CC"/>
            <w:u w:val="single"/>
          </w:rPr>
          <w:t>12 Jul 2026 - The Ants (Al-Naml) 27:36-37 (Urdu)</w:t>
        </w:r>
      </w:hyperlink>
    </w:p>
    <w:p>
      <w:hyperlink w:anchor="cl72">
        <w:r>
          <w:rPr>
            <w:color w:val="1155CC"/>
            <w:u w:val="single"/>
          </w:rPr>
          <w:t>13 Jul 2026 - The Story (Al-Qasas) 28:1-6 (Urdu)</w:t>
        </w:r>
      </w:hyperlink>
    </w:p>
    <w:p>
      <w:hyperlink w:anchor="cl73">
        <w:r>
          <w:rPr>
            <w:color w:val="1155CC"/>
            <w:u w:val="single"/>
          </w:rPr>
          <w:t>14 Jul 2026 - The Story (Al-Qasas) 28:1-6 (English)</w:t>
        </w:r>
      </w:hyperlink>
    </w:p>
    <w:p>
      <w:hyperlink w:anchor="cl75">
        <w:r>
          <w:rPr>
            <w:color w:val="1155CC"/>
            <w:u w:val="single"/>
          </w:rPr>
          <w:t>15 Jul 2026 - The Story (Al-Qasas) 28:7-9 (Urdu)</w:t>
        </w:r>
      </w:hyperlink>
    </w:p>
    <w:p>
      <w:hyperlink w:anchor="cl76">
        <w:r>
          <w:rPr>
            <w:color w:val="1155CC"/>
            <w:u w:val="single"/>
          </w:rPr>
          <w:t>16 Jul 2026 - The Story (Al-Qasas) 28:7-9 (English)</w:t>
        </w:r>
      </w:hyperlink>
    </w:p>
    <w:p>
      <w:hyperlink w:anchor="cl77">
        <w:r>
          <w:rPr>
            <w:color w:val="1155CC"/>
            <w:u w:val="single"/>
          </w:rPr>
          <w:t>17 Jul 2026 - The Story (Al-Qasas) 28:10-14 (Urdu)</w:t>
        </w:r>
      </w:hyperlink>
    </w:p>
    <w:p>
      <w:hyperlink w:anchor="cl79">
        <w:r>
          <w:rPr>
            <w:color w:val="1155CC"/>
            <w:u w:val="single"/>
          </w:rPr>
          <w:t>19 Jul 2026 - The Story (Al-Qasas) 28:15-17 (Urdu)</w:t>
        </w:r>
      </w:hyperlink>
    </w:p>
    <w:p>
      <w:hyperlink w:anchor="cl80">
        <w:r>
          <w:rPr>
            <w:color w:val="1155CC"/>
            <w:u w:val="single"/>
          </w:rPr>
          <w:t>21 Jul 2026 - The Story (Al-Qasas) 28:18-21 (Urdu)</w:t>
        </w:r>
      </w:hyperlink>
    </w:p>
    <w:p>
      <w:hyperlink w:anchor="cl81">
        <w:r>
          <w:rPr>
            <w:color w:val="1155CC"/>
            <w:u w:val="single"/>
          </w:rPr>
          <w:t>22 Jul 2026 - The Story (Al-Qasas) 28:18-21 (English)</w:t>
        </w:r>
      </w:hyperlink>
    </w:p>
    <w:p>
      <w:hyperlink w:anchor="cl82">
        <w:r>
          <w:rPr>
            <w:color w:val="1155CC"/>
            <w:u w:val="single"/>
          </w:rPr>
          <w:t>23 Jul 2026 - The Story (Al-Qasas) 28:22-24 (Urdu)</w:t>
        </w:r>
      </w:hyperlink>
    </w:p>
    <w:p>
      <w:hyperlink w:anchor="cl83">
        <w:r>
          <w:rPr>
            <w:color w:val="1155CC"/>
            <w:u w:val="single"/>
          </w:rPr>
          <w:t>24 Jul 2026 - The Story (Al-Qasas) 28:22-24 (English)</w:t>
        </w:r>
      </w:hyperlink>
    </w:p>
    <w:p>
      <w:hyperlink w:anchor="cl84">
        <w:r>
          <w:rPr>
            <w:color w:val="1155CC"/>
            <w:u w:val="single"/>
          </w:rPr>
          <w:t>25 Jul 2026 - The Story (Al-Qasas) 28:25-28 (Urdu)</w:t>
        </w:r>
      </w:hyperlink>
    </w:p>
    <w:p>
      <w:hyperlink w:anchor="cl85">
        <w:r>
          <w:rPr>
            <w:color w:val="1155CC"/>
            <w:u w:val="single"/>
          </w:rPr>
          <w:t>26 Jul 2026 - The Story (Al-Qasas) 28:25-28 (English)</w:t>
        </w:r>
      </w:hyperlink>
    </w:p>
    <w:p>
      <w:hyperlink w:anchor="cl74">
        <w:r>
          <w:rPr>
            <w:color w:val="1155CC"/>
            <w:u w:val="single"/>
          </w:rPr>
          <w:t>27 Jul 2026 - The Story (Al-Qasas) 28:1-6 (Urdu)</w:t>
        </w:r>
      </w:hyperlink>
    </w:p>
    <w:p>
      <w:hyperlink w:anchor="cl78">
        <w:r>
          <w:rPr>
            <w:color w:val="1155CC"/>
            <w:u w:val="single"/>
          </w:rPr>
          <w:t>28 Jul 2026 - The Story (Al-Qasas) 28:10-14 (Urdu)</w:t>
        </w:r>
      </w:hyperlink>
    </w:p>
    <w:p>
      <w:hyperlink w:anchor="cl86">
        <w:r>
          <w:rPr>
            <w:color w:val="1155CC"/>
            <w:u w:val="single"/>
          </w:rPr>
          <w:t>29 Jul 2026 - The Story (Al-Qasas) 28:29-32 (Urdu)</w:t>
        </w:r>
      </w:hyperlink>
    </w:p>
    <w:p>
      <w:hyperlink w:anchor="cl87">
        <w:r>
          <w:rPr>
            <w:color w:val="1155CC"/>
            <w:u w:val="single"/>
          </w:rPr>
          <w:t>30 Jul 2026 - The Story (Al-Qasas) 28:29-32 (English)</w:t>
        </w:r>
      </w:hyperlink>
    </w:p>
    <w:p>
      <w:hyperlink w:anchor="cl88">
        <w:r>
          <w:rPr>
            <w:color w:val="1155CC"/>
            <w:u w:val="single"/>
          </w:rPr>
          <w:t>31 Jul 2026 - The Story (Al-Qasas) 28:33-35 (Urdu)</w:t>
        </w:r>
      </w:hyperlink>
    </w:p>
    <w:p>
      <w:pPr>
        <w:pStyle w:val="Heading2"/>
      </w:pPr>
      <w:r>
        <w:t>August 2026</w:t>
      </w:r>
    </w:p>
    <w:p>
      <w:hyperlink w:anchor="cl89">
        <w:r>
          <w:rPr>
            <w:color w:val="1155CC"/>
            <w:u w:val="single"/>
          </w:rPr>
          <w:t>03 Aug 2026 - The Story (Al-Qasas) 28:36-38 (English)</w:t>
        </w:r>
      </w:hyperlink>
    </w:p>
    <w:p>
      <w:hyperlink w:anchor="cl90">
        <w:r>
          <w:rPr>
            <w:color w:val="1155CC"/>
            <w:u w:val="single"/>
          </w:rPr>
          <w:t>04 Aug 2026 - The Story (Al-Qasas) 28:39-43 (Urdu)</w:t>
        </w:r>
      </w:hyperlink>
    </w:p>
    <w:p>
      <w:hyperlink w:anchor="cl91">
        <w:r>
          <w:rPr>
            <w:color w:val="1155CC"/>
            <w:u w:val="single"/>
          </w:rPr>
          <w:t>05 Aug 2026 - The Story (Al-Qasas) 28:39-43 (English)</w:t>
        </w:r>
      </w:hyperlink>
    </w:p>
    <w:p>
      <w:hyperlink w:anchor="cl92">
        <w:r>
          <w:rPr>
            <w:color w:val="1155CC"/>
            <w:u w:val="single"/>
          </w:rPr>
          <w:t>06 Aug 2026 - The Story (Al-Qasas) 28:44-46 (Urdu)</w:t>
        </w:r>
      </w:hyperlink>
    </w:p>
    <w:p>
      <w:hyperlink w:anchor="cl93">
        <w:r>
          <w:rPr>
            <w:color w:val="1155CC"/>
            <w:u w:val="single"/>
          </w:rPr>
          <w:t>07 Aug 2026 - The Story (Al-Qasas) 28:44-46 (English)</w:t>
        </w:r>
      </w:hyperlink>
    </w:p>
    <w:p>
      <w:hyperlink w:anchor="cl94">
        <w:r>
          <w:rPr>
            <w:color w:val="1155CC"/>
            <w:u w:val="single"/>
          </w:rPr>
          <w:t>09 Aug 2026 - The Story (Al-Qasas) 28:49-51 (English)</w:t>
        </w:r>
      </w:hyperlink>
    </w:p>
    <w:p>
      <w:hyperlink w:anchor="cl95">
        <w:r>
          <w:rPr>
            <w:color w:val="1155CC"/>
            <w:u w:val="single"/>
          </w:rPr>
          <w:t>10 Aug 2026 - The Story (Al-Qasas) 28:49-51 (Urdu)</w:t>
        </w:r>
      </w:hyperlink>
    </w:p>
    <w:p>
      <w:hyperlink w:anchor="cl96">
        <w:r>
          <w:rPr>
            <w:color w:val="1155CC"/>
            <w:u w:val="single"/>
          </w:rPr>
          <w:t>11 Aug 2026 - The Story (Al-Qasas) 28:49-51 (Urdu)</w:t>
        </w:r>
      </w:hyperlink>
    </w:p>
    <w:p>
      <w:hyperlink w:anchor="cl97">
        <w:r>
          <w:rPr>
            <w:color w:val="1155CC"/>
            <w:u w:val="single"/>
          </w:rPr>
          <w:t>12 Aug 2026 - The Story (Al-Qasas) 28:52-56 (Urdu)</w:t>
        </w:r>
      </w:hyperlink>
    </w:p>
    <w:p>
      <w:hyperlink w:anchor="cl98">
        <w:r>
          <w:rPr>
            <w:color w:val="1155CC"/>
            <w:u w:val="single"/>
          </w:rPr>
          <w:t>13 Aug 2026 - The Story (Al-Qasas) 28:52-56 (English)</w:t>
        </w:r>
      </w:hyperlink>
    </w:p>
    <w:p>
      <w:hyperlink w:anchor="cl99">
        <w:r>
          <w:rPr>
            <w:color w:val="1155CC"/>
            <w:u w:val="single"/>
          </w:rPr>
          <w:t>14 Aug 2026 - The Story (Al-Qasas) 28:57 (Urdu)</w:t>
        </w:r>
      </w:hyperlink>
    </w:p>
    <w:p>
      <w:hyperlink w:anchor="cl100">
        <w:r>
          <w:rPr>
            <w:color w:val="1155CC"/>
            <w:u w:val="single"/>
          </w:rPr>
          <w:t>15 Aug 2026 - The Story (Al-Qasas) 28:57 (English)</w:t>
        </w:r>
      </w:hyperlink>
    </w:p>
    <w:p>
      <w:hyperlink w:anchor="cl101">
        <w:r>
          <w:rPr>
            <w:color w:val="1155CC"/>
            <w:u w:val="single"/>
          </w:rPr>
          <w:t>16 Aug 2026 - The Story (Al-Qasas) 28:58-59 (Urdu)</w:t>
        </w:r>
      </w:hyperlink>
    </w:p>
    <w:p>
      <w:hyperlink w:anchor="cl102">
        <w:r>
          <w:rPr>
            <w:color w:val="1155CC"/>
            <w:u w:val="single"/>
          </w:rPr>
          <w:t>17 Aug 2026 - The Story (Al-Qasas) 28:58-59 (English)</w:t>
        </w:r>
      </w:hyperlink>
    </w:p>
    <w:p>
      <w:hyperlink w:anchor="cl103">
        <w:r>
          <w:rPr>
            <w:color w:val="1155CC"/>
            <w:u w:val="single"/>
          </w:rPr>
          <w:t>18 Aug 2026 - The Story (Al-Qasas) 28:60-61 (Urdu)</w:t>
        </w:r>
      </w:hyperlink>
    </w:p>
    <w:p>
      <w:hyperlink w:anchor="cl104">
        <w:r>
          <w:rPr>
            <w:color w:val="1155CC"/>
            <w:u w:val="single"/>
          </w:rPr>
          <w:t>19 Aug 2026 - The Story (Al-Qasas) 28:60-61 (English)</w:t>
        </w:r>
      </w:hyperlink>
    </w:p>
    <w:p>
      <w:hyperlink w:anchor="cl105">
        <w:r>
          <w:rPr>
            <w:color w:val="1155CC"/>
            <w:u w:val="single"/>
          </w:rPr>
          <w:t>20 Aug 2026 - The Story (Al-Qasas) 28:62-63 (Urdu)</w:t>
        </w:r>
      </w:hyperlink>
    </w:p>
    <w:p>
      <w:hyperlink w:anchor="cl106">
        <w:r>
          <w:rPr>
            <w:color w:val="1155CC"/>
            <w:u w:val="single"/>
          </w:rPr>
          <w:t>21 Aug 2026 - The Story (Al-Qasas) 28:62-63 (English)</w:t>
        </w:r>
      </w:hyperlink>
    </w:p>
    <w:p>
      <w:hyperlink w:anchor="cl107">
        <w:r>
          <w:rPr>
            <w:color w:val="1155CC"/>
            <w:u w:val="single"/>
          </w:rPr>
          <w:t>23 Aug 2026 - The Story (Al-Qasas) 28:64-67 (Urdu)</w:t>
        </w:r>
      </w:hyperlink>
    </w:p>
    <w:p>
      <w:hyperlink w:anchor="cl108">
        <w:r>
          <w:rPr>
            <w:color w:val="1155CC"/>
            <w:u w:val="single"/>
          </w:rPr>
          <w:t>24 Aug 2026 - The Story (Al-Qasas) 28:64-67 (English)</w:t>
        </w:r>
      </w:hyperlink>
    </w:p>
    <w:p>
      <w:hyperlink w:anchor="cl109">
        <w:r>
          <w:rPr>
            <w:color w:val="1155CC"/>
            <w:u w:val="single"/>
          </w:rPr>
          <w:t>25 Aug 2026 - The Story (Al-Qasas) 28:68-70 (Urdu)</w:t>
        </w:r>
      </w:hyperlink>
    </w:p>
    <w:p>
      <w:hyperlink w:anchor="cl110">
        <w:r>
          <w:rPr>
            <w:color w:val="1155CC"/>
            <w:u w:val="single"/>
          </w:rPr>
          <w:t>26 Aug 2026 - The Story (Al-Qasas) 28:68-70 (English)</w:t>
        </w:r>
      </w:hyperlink>
    </w:p>
    <w:p>
      <w:hyperlink w:anchor="cl111">
        <w:r>
          <w:rPr>
            <w:color w:val="1155CC"/>
            <w:u w:val="single"/>
          </w:rPr>
          <w:t>27 Aug 2026 - The Story (Al-Qasas) 28:71-73 (Urdu)</w:t>
        </w:r>
      </w:hyperlink>
    </w:p>
    <w:p>
      <w:hyperlink w:anchor="cl112">
        <w:r>
          <w:rPr>
            <w:color w:val="1155CC"/>
            <w:u w:val="single"/>
          </w:rPr>
          <w:t>28 Aug 2026 - The Story (Al-Qasas) 28:71-73 (English)</w:t>
        </w:r>
      </w:hyperlink>
    </w:p>
    <w:p>
      <w:hyperlink w:anchor="cl113">
        <w:r>
          <w:rPr>
            <w:color w:val="1155CC"/>
            <w:u w:val="single"/>
          </w:rPr>
          <w:t>29 Aug 2026 - The Story (Al-Qasas) 28:74-75 (Urdu)</w:t>
        </w:r>
      </w:hyperlink>
    </w:p>
    <w:p>
      <w:hyperlink w:anchor="cl114">
        <w:r>
          <w:rPr>
            <w:color w:val="1155CC"/>
            <w:u w:val="single"/>
          </w:rPr>
          <w:t>30 Aug 2026 - The Story (Al-Qasas) 28:74-75 (English)</w:t>
        </w:r>
      </w:hyperlink>
    </w:p>
    <w:p>
      <w:hyperlink w:anchor="cl115">
        <w:r>
          <w:rPr>
            <w:color w:val="1155CC"/>
            <w:u w:val="single"/>
          </w:rPr>
          <w:t>31 Aug 2026 - The Story (Al-Qasas) 28:76-77 (Urdu)</w:t>
        </w:r>
      </w:hyperlink>
    </w:p>
    <w:p>
      <w:pPr>
        <w:pStyle w:val="Heading2"/>
      </w:pPr>
      <w:r>
        <w:t>September 2026</w:t>
      </w:r>
    </w:p>
    <w:p>
      <w:hyperlink w:anchor="cl116">
        <w:r>
          <w:rPr>
            <w:color w:val="1155CC"/>
            <w:u w:val="single"/>
          </w:rPr>
          <w:t>01 Sep 2026 - The Story (Al-Qasas) 28:76-77 (English)</w:t>
        </w:r>
      </w:hyperlink>
    </w:p>
    <w:p>
      <w:hyperlink w:anchor="cl117">
        <w:r>
          <w:rPr>
            <w:color w:val="1155CC"/>
            <w:u w:val="single"/>
          </w:rPr>
          <w:t>02 Sep 2026 - The Story (Al-Qasas) 28:78 (Urdu)</w:t>
        </w:r>
      </w:hyperlink>
    </w:p>
    <w:p>
      <w:hyperlink w:anchor="cl118">
        <w:r>
          <w:rPr>
            <w:color w:val="1155CC"/>
            <w:u w:val="single"/>
          </w:rPr>
          <w:t>03 Sep 2026 - The Story (Al-Qasas) 28:78 (English)</w:t>
        </w:r>
      </w:hyperlink>
    </w:p>
    <w:p>
      <w:hyperlink w:anchor="cl119">
        <w:r>
          <w:rPr>
            <w:color w:val="1155CC"/>
            <w:u w:val="single"/>
          </w:rPr>
          <w:t>04 Sep 2026 - The Story (Al-Qasas) 28:79-80 (Urdu)</w:t>
        </w:r>
      </w:hyperlink>
    </w:p>
    <w:p>
      <w:hyperlink w:anchor="cl120">
        <w:r>
          <w:rPr>
            <w:color w:val="1155CC"/>
            <w:u w:val="single"/>
          </w:rPr>
          <w:t>05 Sep 2026 - The Story (Al-Qasas) 28:79-80 (English)</w:t>
        </w:r>
      </w:hyperlink>
    </w:p>
    <w:p>
      <w:hyperlink w:anchor="cl121">
        <w:r>
          <w:rPr>
            <w:color w:val="1155CC"/>
            <w:u w:val="single"/>
          </w:rPr>
          <w:t>06 Sep 2026 - The Story (Al-Qasas) 28:81-82 (Urdu)</w:t>
        </w:r>
      </w:hyperlink>
    </w:p>
    <w:p>
      <w:hyperlink w:anchor="cl122">
        <w:r>
          <w:rPr>
            <w:color w:val="1155CC"/>
            <w:u w:val="single"/>
          </w:rPr>
          <w:t>07 Sep 2026 - The Story (Al-Qasas) 28:81-82 (English)</w:t>
        </w:r>
      </w:hyperlink>
    </w:p>
    <w:p>
      <w:hyperlink w:anchor="cl123">
        <w:r>
          <w:rPr>
            <w:color w:val="1155CC"/>
            <w:u w:val="single"/>
          </w:rPr>
          <w:t>08 Sep 2026 - The Story (Al-Qasas) 28:83-84 (Urdu)</w:t>
        </w:r>
      </w:hyperlink>
    </w:p>
    <w:p>
      <w:hyperlink w:anchor="cl124">
        <w:r>
          <w:rPr>
            <w:color w:val="1155CC"/>
            <w:u w:val="single"/>
          </w:rPr>
          <w:t>09 Sep 2026 - The Story (Al-Qasas) 28:83-84 (English)</w:t>
        </w:r>
      </w:hyperlink>
    </w:p>
    <w:p>
      <w:hyperlink w:anchor="cl125">
        <w:r>
          <w:rPr>
            <w:color w:val="1155CC"/>
            <w:u w:val="single"/>
          </w:rPr>
          <w:t>10 Sep 2026 - The Story (Al-Qasas) 28:85-88 (Urdu)</w:t>
        </w:r>
      </w:hyperlink>
    </w:p>
    <w:p>
      <w:hyperlink w:anchor="cl126">
        <w:r>
          <w:rPr>
            <w:color w:val="1155CC"/>
            <w:u w:val="single"/>
          </w:rPr>
          <w:t>11 Sep 2026 - The Story (Al-Qasas) 28:85-88 (English)</w:t>
        </w:r>
      </w:hyperlink>
    </w:p>
    <w:p>
      <w:hyperlink w:anchor="cl127">
        <w:r>
          <w:rPr>
            <w:color w:val="1155CC"/>
            <w:u w:val="single"/>
          </w:rPr>
          <w:t>12 Sep 2026 - The Story (Al-Qasas) 28:85-88 (Urdu)</w:t>
        </w:r>
      </w:hyperlink>
    </w:p>
    <w:p>
      <w:r>
        <w:br w:type="page"/>
      </w:r>
    </w:p>
    <w:p>
      <w:pPr>
        <w:pStyle w:val="Heading1"/>
      </w:pPr>
      <w:bookmarkStart w:id="1" w:name="vg0"/>
      <w:bookmarkEnd w:id="1"/>
      <w:r>
        <w:t>The Poets (Al-Shu‘ara’) - 26:43-48</w:t>
      </w:r>
    </w:p>
    <w:p>
      <w:bookmarkStart w:id="2" w:name="cl0"/>
      <w:bookmarkEnd w:id="2"/>
      <w:r>
        <w:rPr>
          <w:i/>
          <w:color w:val="77786F"/>
          <w:sz w:val="20"/>
        </w:rPr>
        <w:t>19 Apr 2026 (Urdu)</w:t>
      </w:r>
    </w:p>
    <w:p>
      <w:pPr>
        <w:jc w:val="right"/>
        <w:bidi/>
      </w:pPr>
      <w:r>
        <w:rPr>
          <w:rFonts w:ascii="Noto Nastaliq Urdu" w:hAnsi="Noto Nastaliq Urdu" w:eastAsia="Noto Nastaliq Urdu" w:cs="Noto Nastaliq Urdu"/>
          <w:sz w:val="26"/>
          <w:rtl/>
          <w:lang w:bidi="ur"/>
        </w:rPr>
        <w:t>السلام علیکم۔ کل جو بات ہوئی تھی، فیاض صاحب نے جو اسنام تھے، صنم تھے، ابراہیم علیہ السلام کی قوم جن کو پوجتی تھی، تو ابراہیم علیہ السلام نے ان کو بالکل واضح کیا: «فَإِنَّهُ مَعْدُومٌ لِّي إِلَّا رَبَّ الْعَالَمِينَ» ۔ جہاں وہ رب العالمین کو ایکسپلین کر رہے تھے کہ بہت سارے پہلو اپنی قوم کے لیے واضح کر رہے تھے، وہیں وہ وہ رکون نہیں دکھا رہے تھے، بلکہ بہت کلیئرٹی کے لیے وہ ان کو کٹسائز بھی کرتے تھے۔ اس آئیڈیالوجی کو کٹسائز، اس آئیڈیالوجی کو کٹسائز کرنے میں انہوں نے بہت ہی وضاحت سے کام لیا۔ اور مولانا سے متعلق بھی بہت سارے لوگ کہتے تھے کہ اگر مولانا کٹسائز نہ کرتے علماء کی، جنہوں نے ان کی رائیوں کی، تو اچھا ہوتا۔ تب بہت سارے لوگ فالو کرتے۔ لیکن اس وقت ابراہیم کی پیروی میں ہی مولانا ایسا کر رہے تھے۔ یہاں مجھے ایک اور پوائنٹ ذہن میں آ رہا ہے کہ برعکس اس کے کہ ہم آئیڈیالوجی کو جو ہے اس کو اس سے دشمنی رکھتے، ہم انسانوں سے دشمنی کرنے لگے۔ تو قرآن میں اگرچہ یہ کہا گیا کہ ایک خاص آئیڈیالوجی کو، یعنی قرآنی آئیڈیالوجی، اللہ تبارک و تعالیٰ کی جو صحیح، جو انسانوں کے لیے ڈیوائن جو ہے گائیڈنس ہے، اس سے متعلق جب کچھ لوگ اس کی مخالفت کر رہے تھے تو کہا گیا کہ یہود تمہارے دوست نہیں ہو سکتے یا ان کو دوست نہ بنائیے جو اس آئیڈیالوجی، اس مشن کے خلاف تھے۔ تو درجیت میں مسلمان نے اس سے بہت غلط تاثر لیا۔ دوسری جو مدعو اقوام سے وہ دشمنی کرنے لگے، حالانکہ ابراہیم علیہ السلام کا اسوہ یہ تھا، وہ آئیڈیالوجی کے، اس آئیڈیالوجی کے جو ڈیوائن آئیڈیالوجی کے خلاف آئیڈیالوجی ہے، اس کے دشمن تھے یا اس کے ساتھ ان کی دشمنی تھی۔ اب مولانا کے ساتھ جب مسلمانوں کا کیس پیش کیا جا رہا تھا تو میں نے کئی دفعہ ان کو سنا، یہ ان اویرنس کا کیس ہے۔ یعنی اسی طرح ان اویرنس نہ صرف ہمارے جو مدعو اقوام کے ہاں ہے، بلکہ خود مسلمانوں کے ہاں بھی ہے۔ تو مولانا اس کو ایسے ایڈریس کرتے تھے۔ لیکن جو جس سے جو وضاحت کے معاملے میں، کلیئرٹی کے معاملے میں کہیں وہ کمپرومائز نہیں کرتے تھے۔ آئیڈیالوجی کے معاملے میں بہت ہی واضح اسلوب ان کا تھا۔ اور اس واضح اسلوب کو کئی لوگ پسند نہ کرتے تھے۔ لیکن وہ قرآنی طریقہ ہے، وہ ابراہیمی طریقہ ہے۔ اس میں مجھے اگر کہیں جو ہے تھوڑا سا ڈیوی ایشن ہو تو اس میں میری نشاندہی کی جائے۔ السلام علیکم۔</w:t>
      </w:r>
    </w:p>
    <w:p>
      <w:pPr>
        <w:jc w:val="right"/>
        <w:bidi/>
      </w:pPr>
      <w:r>
        <w:rPr>
          <w:rFonts w:ascii="Noto Nastaliq Urdu" w:hAnsi="Noto Nastaliq Urdu" w:eastAsia="Noto Nastaliq Urdu" w:cs="Noto Nastaliq Urdu"/>
          <w:sz w:val="26"/>
          <w:rtl/>
          <w:lang w:bidi="ur"/>
        </w:rPr>
        <w:t>بسم اللہ الرحمن الرحیم۔ کل جو آیات پڑھی گئی تھیں، 78 سے 82 تک، اس میں حضرت ابراہیم علیہ السلام کے بڑے اچھے الفاظ تھے جو اللہ تعالیٰ نے قرآن میں محفوظ کر دیے۔ «الَّذِي خَلَقَنِي وَهُوَ يَهْدِينِ» ۔ جس نے مجھے پیدا کیا، پھر وہی میری رہنمائی فرماتا ہے۔ « وَالَّذِي هُوَ يُطْعِمُنِي وَيَسْقِينِ» ۔ اور وہی ہے جو مجھے کھلاتا ہے اور پلاتا ہے۔ « وَإِذَا مَرِضْتُ فَهُوَ يَشْفِينِ» ۔ اور جب میں بیمار ہوتا ہوں تو وہی مجھے شفا دیتا ہے۔ « وَالَّذِي يُمِيتِنِي يُمِيتُنِي ثُمَّ يُهِينِ» ۔ اور وہی مجھے موت دے گا اور پھر مجھے زندہ کرے گا۔ «وَالَّذِي أَتْمَعُ أَنْ يَغْفِرَ لِي خَطِيئَتِي يَوْمَ الدِّينِ» ۔ اور وہی ہے جس سے میں امید رکھتا ہوں کہ وہ قیامت کے دن میری خطاؤں کو معاف کرے گا۔ تو یہ حضرت ابراہیم علیہ السلام نے یہاں پوری اپنی زندگی کو بیان کیا ہے کہ اللہ کی عطا کردہ زندگی ہے۔ اللہ نے مجھے پیدا کیا، مجھے ہدایت دی، وہی ہے جو مجھے کھلاتا ہے، پلاتا ہے۔ اور جب میں بیمار ہوتا ہوں تو وہی مجھے شفا دیتا ہے۔ وہی ہے جو مجھے موت دے گا اور دوبارہ زندہ کرے گا۔ اور وہی ہے جس سے میں امید رکھتا ہوں کہ قیامت میں میری گناہوں کو، خطاؤں کو معاف کرے گا۔ تو یہ حضرت ابراہیم علیہ السلام کے الفاظ جنہیں قرآن میں اللہ تعالیٰ نے نہایت باوانہ انداز میں ذکر کیا ہے، جن کا وہ ہر چیز کا کریڈٹ اللہ کو دے رہے ہیں۔ پوری زندگی مجھے پیدا کیا، وہی مجھے کھلاتا ہے، وہی بیمار ہوتا ہوں تو شفا دیتا ہے، وہی موت دے گا اور وہی میدان حشر میں اٹھائے گا، اور وہی قیامت کے دن میری خطا معاف کرے گا۔ تو یہ مزاج بہت بہت عمدہ مزاج ہے کہ ہر چیز کا کریڈٹ اللہ کو دینا۔ اور مولانا ایک واقعہ سناتے تھے، جو سنجے گاندھی والا، کہ ایک آدمی تھا جو سنجے گاندھی سے قریب ہو گیا تو کوئی اس سے ملا تو وہ سنجے گاندھی کے گن گا رہا تھا کہ یہ گھر جو ہے وہ کچھ شاید ایم پی وغیرہ بنا دیا تھا سنجے گاندھی نے۔ تو وہ کہتا ہے کہ سنجے گاندھی کی دین ہے یہ گھر، سنجے گاندھی کی دین ہے یہ کار، سنجے گاندھی کی دین ہے یہ۔ ہر چیز کا وہ ہر چیز کے بارے میں یہی بولے جا رہا تھا۔ جب تک وہ صاحب رہے تو وہ یہی بتاتا رہا۔ تو یہ یہ انسان کا اپنے منیم کو پہچاننا اور مومن کی جو زندگی ہے اس میں بھی یہ چیز جھلکنی چاہیے کہ جو اپنے وجود سے لے کر اپنی ہر نعمت کو یاد کرے اور اللہ کا عطیہ سمجھے، گفٹ سمجھے ، اللہ کی دی ہوئی چیز سمجھے۔ جب انسان ایسا کرتا ہے تو اس کے اندر اللہ کے لیے گہرے احساسات، گہرے جذبات پیدا ہوتے ہیں، شکر کے جذبات پیدا ہوتے ہیں۔ اور یہی وہ چیز ہے جس سے انسان اپنی روحانی ترقی حاصل کرتا ہے۔</w:t>
      </w:r>
    </w:p>
    <w:p>
      <w:pPr>
        <w:jc w:val="right"/>
        <w:bidi/>
      </w:pPr>
      <w:r>
        <w:rPr>
          <w:rFonts w:ascii="Noto Nastaliq Urdu" w:hAnsi="Noto Nastaliq Urdu" w:eastAsia="Noto Nastaliq Urdu" w:cs="Noto Nastaliq Urdu"/>
          <w:sz w:val="26"/>
          <w:rtl/>
          <w:lang w:bidi="ur"/>
        </w:rPr>
        <w:t>یہ جو حضرت موسیٰ علیہ السلام سے اللہ نے کہا تھا: «كَلَّا فَذَهَبَ قَالَ كَلَّا فَذَهَبَ بِآيَاتِنَا إِنَّا مَعَكُمْ مُسْتَمِعُونَ » ۔ میری آواز آ رہی ہے آپ لوگوں کو؟</w:t>
      </w:r>
    </w:p>
    <w:p>
      <w:pPr>
        <w:jc w:val="right"/>
        <w:bidi/>
      </w:pPr>
      <w:r>
        <w:rPr>
          <w:rFonts w:ascii="Noto Nastaliq Urdu" w:hAnsi="Noto Nastaliq Urdu" w:eastAsia="Noto Nastaliq Urdu" w:cs="Noto Nastaliq Urdu"/>
          <w:sz w:val="26"/>
          <w:rtl/>
          <w:lang w:bidi="ur"/>
        </w:rPr>
        <w:t>جی جی، آ رہی ہے۔</w:t>
      </w:r>
    </w:p>
    <w:p>
      <w:pPr>
        <w:jc w:val="right"/>
        <w:bidi/>
      </w:pPr>
      <w:r>
        <w:rPr>
          <w:rFonts w:ascii="Noto Nastaliq Urdu" w:hAnsi="Noto Nastaliq Urdu" w:eastAsia="Noto Nastaliq Urdu" w:cs="Noto Nastaliq Urdu"/>
          <w:sz w:val="26"/>
          <w:rtl/>
          <w:lang w:bidi="ur"/>
        </w:rPr>
        <w:t>تو کل فرائیڈے پروگرام میں جو فیاض بھائی بتا رہے تھے کہ ایک پائلٹ کو جب فلائٹ اڑانے کی ٹریننگ دی جاتی ہے اور اسے فلائٹ دے کر کے بھیجا جاتا ہے تو پورا ایک سسٹم اس کے پیچھے اس کو اس کے سپورٹ کے لیے لگا رہتا ہے اور اس کو یہ آپشن دیا جاتا ہے کہ وہ ٹائم کال لے یا میڈے کال ۔ تو بالکل جو ہے میں کل فیاض بھائی کی اس بات کو یہاں ریلیٹ کر کے دیکھ رہا ہوں تو اللہ تعالیٰ نے یہی کہا تھا حضرت علیہ السلام سے: «فَذَهَبَ بِآيَاتِنَا إِنَّا مَعَكُمْ مُسْتَمِعُونَ» ۔ اور پھر فیاض بھائی نے اسی گفتگو میں یہ ذکر بھی کیا تھا کہ حضرت موسیٰ علیہ السلام نے اس وقت یہ میڈے کال لیا جب سامنے سمندر تھا اور پیچھے فرعون کا لشکر ۔ تو خدا نے ان کو پورا سپورٹ کیا۔ تو ایک داعی کو اللہ تعالیٰ پورا ایک سپورٹ سپورٹ نے جب دعوت داعی جب ایک دعوت کے لیے کھڑا ہوتا ہے تو وہ دراصل خدا کی نیابت کے لیے کھڑا ہوتا ہے۔ تو خدا اپنے اپنی نیابت کرنے والے اپنے نمائندے کو بے سہارا نہیں چھوڑتا۔ یہ بہت ہی اہم بات تھی۔ اور اس کے علاوہ ایک بات اسی تفسیر کی کلاس میں جو ہوئی تھی فیاض بھائی نے یہ بات کہی تھی کہ ایک داعی یعنی حضرت جو انبیاء انبیاء ہیں چاہے رسول اللہ صلی اللہ علیہ وسلم کی زندگی میں ہو یا موسیٰ علیہ السلام کی زندگی میں جو حالات پیش آتے ہیں تو اس کا مقابلہ وہ اپنے کریٹیوٹی سے کرتے ہیں۔ تو جو حضرت موسیٰ علیہ السلام نے بیابان میں جانے کا یا بنی اسرائیل کو لے کر کے رات میں نکلنے کا پلان بنایا وہ ایک کریٹیو پلان تھا۔ اور پھر جب سمندر سامنے تھا اور پیچھے لشکر تھا تو یہ ایک ایسی سچوئیشن تھی کہ ایک داعی نے ایک کریٹیو ڈیسیژن لیا اور لیکن وہ بظاہر کرائسس نظر آنے لگا۔ تو یہ بہت ہی اکورڈ سچوئیشن تھی جہاں ایک مجتہد کو یا اجتہاد کرنے والے کو مایوسی ہونے ہو سکتی تھی۔ تو اللہ نے جو ہے نا مایوسی یعنی جب آدمی ایک اجتہاد کرتا ہے تو خود کا ساتھ دیتا ہے۔ تو ہر حال میں آدمی کو اجتہاد یعنی ایک داعی کو اجتہاد کرنا چاہیے اور جہاں کریٹیوٹی نہ ہو وہاں کریٹیو دعائیں بھی نہیں ہوں گی۔ تو یہ بہت ہی اہم تھی۔ تو اسی سلسلے میں میں آگے سوچ رہا تھا تو رسول اللہ صلی اللہ علیہ وسلم کی سیرت میں بھی رسول اللہ نے جو بہت سارے کام کیے ہیں وہ کریٹیو کام تھے چاہے وہ صلح حدیبیہ کا موقع ہو چاہے وہ جنگ بدر کا موقع ہو جس میں کہیں رسول اللہ صلی اللہ علیہ وسلم نے اپنی رائے سے کام کیا کہیں صحابہ سے مشورہ کر کے کام کیا۔ تو خدا کے دین کے لیے کریٹیو ورک کرنا اور خدا کے لیے رزق لینا یہ بہت ہی اہم ہے۔ اور رسول اللہ صلی اللہ علیہ وسلم کی سنت میں جس کو عام طور پر لوگ سمجھتے ہیں کہ یہ بات بھی آئی تھی کہ سب کچھ نبی یا انبیاء جو کرتے ہیں وہ صرف اور صرف وحی کی بنیاد پر ہی کرتے ہیں۔ تو یہ باتوں میں فرق کرنا ہوگا کہ کچھ معاملات ہیں جہاں جو و ما ہوا بقول یا کیا بولتے ہیں وما ہوا بقول شاعر ہے اور ولا بقول کاہن اور بلکہ اس کے بعد یہ ہے کہ ان ہوا الا وحی یوحا یہ ہر بات ایک وحی ہوتی ہے نبی کی جو کہا نبی جو کہتا ہے تو کچھ باتیں وحی کی بنیاد پر ہوتی ہیں اور کچھ باتیں اجتہاد کی بنیاد پر تو دونوں میں فرق کر کے دیکھنا ہوگا۔ تو رسول اللہ صلی اللہ علیہ وسلم کی زندگی میں ایسے اجتہاد کی بہت ساری مثالیں ملتی ہیں۔ تو یہ میرے ذہن میں یہ بات آ رہی تھی اگر اس میں کہیں کوئی بات قابل اصلاح ہے تو رہنمائی کریں۔ جزاکم اللہ ۔ جی السلام علیکم۔ میں ورسز 41 سے لے کے 48 پہ غور کر رہا تھا اور پڑھنے کے بعد ایسا محسوس ہوا کہ بیفور دا ڈسکوری اف گاڈ جو ہماری پرائیورٹیز رہتی ہے اکثر وہ ہمیشہ لنکڈ ود دس دنیا رہتی ہے۔ تو وی اوفن ٹاک اباؤٹ ریسورسز اف دس ورلڈ، پوزیشن اف دس ورلڈ، سٹیٹس اف دس ورلڈ۔ تو ہمارا جو بھی مینٹل اکوپیشن ہوتا ہے وہ یہی دنیا ہی ہوتا ہے۔ لیکن اور میجیشنز نے بھی جو ہے یہی ایکسپیکٹیشن رکھی اس سے پہلے کہ وہ بیٹل فیلڈ میں آئیں تو انہوں نے بھی یہی ڈیمانڈ جو ہے وہ پیروں سے رکھی تھی۔ لیکن جب ان کا ٹرانسفارمیشن ہوتا ہے اور ان کا جو ریلائزیشن ہوتا ہے ان کی ان کے ایمان کے بعد جو ان کی ایکسپیکٹیشن اور ان کا جو ریلائنس پیروں پہلے تھا وہ خود اس کے بعد جو ہے وہ خدا بن جاتا ہے۔ ان کا ریلائنس ان کا جو ایکسپیکٹیشن ہے اس میں بڑا شفٹ آ جاتا ہے اور وہ سجدہ کر لیتے ہیں اور ریلیٹی کو ایکسیپٹ کر لیتے ہیں۔ ڈیسپائٹ کہ فیرو جو ہے وہ لائف تھریٹننگ پنشمنٹ کا وعدہ بھی کرتا ہے لیکن وہ ان سارے تھریٹس کو اگنور کرتے ہیں اور ساری جو ان کی ہوپس ہیں دے دے گاٹ ڈائریکٹڈ ٹورڈز دا فورگیونس۔ تو یہاں پہ یہ سمجھ میں آتا ہے کہ ایمان سے پہلے ڈسکوری اف گاڈ سے پہلے ہمارا فوکس جو ہے اگرچہ یہ دنیا ہوتی ہے لیکن سچی دریافت کے بعد جو ہمارا فوکس ہے وہ شفٹ ہونا چاہیے جو کہ فیاض صاحب اکثر بات کرتے ہیں کہ شفٹ اف ایمفیسز۔ تو رائٹ شفٹ اف ایمفیسز یہاں پہ جادوگروں کا ہوا ایمان کی طاقت سے اور جو فیئرلیس ایٹیٹیوڈ کی بات عبدالسلام صاحب نے کی کہ کیسے جادوگروں کے اندر یہ اتنا فیئرلیس ایٹیٹیوڈ ڈیولپ ہوا کہ فیرو نے اتنی لائف تھریٹننگ پنشمنٹ کا وعدہ کر کے بھی وہ جو ہے وہ ڈٹے رہے۔ تو مولانا نے نیچے کمنٹری میں اس میں لکھا ہے کہ آدمی کسی چیز کا کھونا اس وقت برداشت کرتا ہے جب کہ اس کو کھو کر وہ زیادہ بڑی چیز پا رہا ہو۔ تو اکثر ہم اس دنیا میں اکانومکس تو سمجھتے ہیں یہاں کا لاس اور گین تو ہم کو سمجھ میں آتا ہے لیکن جب ہم کمپیئر اس دنیا کے لاس سے ورسز دا لاسٹ اف ہیر افٹر کر لیتے ہیں تو یہ اکثر جو ہے ہم کو سمجھ نہیں آتا ہے۔ تو میں جب ان ورسز کو پڑھ رہا تھا اور اپنے آپ پہ ان کو لاگو کر رہا تھا تو میں انٹروسپیکٹ کر کے یہی اسی نتیجے پہ پہنچا کہ کافی مدت تک کافی مدت اب ہو گئی کہ میں کلیم کرتا ہوں کہ میں ایک ایمان والا ہوں لیکن میرے اندر وہ رائٹ شفٹ اف ایمفیسز جو ہے وہ ابھی تک نہیں ہوا۔ میرے اندر وہ جو ریسیپٹیوٹی جو ہونی چاہیے وہ ریسیپٹیوٹی جو ہے وہ ابھی تک ڈیولپ نہیں ہوئی۔ تو اللہ سے دعا ہے کہ یہ جو کلاس ہماری ہے یہ ہم کو فردر گائیڈ کرے تاکہ میری جو ریسیپٹیوٹی ہے میرا جو رائٹ شفٹ اف ایمفیسز جو ہے وہ ہو پائے وہ ایک جرنی جو ہے وہ کنٹینیو ہو رہے ہو جائے۔ جزاک اللہ ۔</w:t>
      </w:r>
    </w:p>
    <w:p>
      <w:pPr>
        <w:jc w:val="right"/>
        <w:bidi/>
      </w:pPr>
      <w:r>
        <w:rPr>
          <w:rFonts w:ascii="Noto Nastaliq Urdu" w:hAnsi="Noto Nastaliq Urdu" w:eastAsia="Noto Nastaliq Urdu" w:cs="Noto Nastaliq Urdu"/>
          <w:sz w:val="26"/>
          <w:rtl/>
          <w:lang w:bidi="ur"/>
        </w:rPr>
        <w:t>امیر صاحب آمین۔ بہت اچھی دعا تھی۔ امیر صاحب آپ کی گفتگو سننے کے بعد میرا اپنا ایک واقعہ یاد آیا جو مولانا کے ساتھ پیش آیا تھا۔ غالباً 2008 کی بات ہے۔ اس سے پہلے بھی مولانا سے ملاقاتیں کافی ہوئی ہیں۔ 98 سے ملاقات ہو رہی ہے مولانا سے۔ تو یہ جو ملاقات ہوئی تھی 2008 کی تو مولانا نے مجھ سے پوچھا تھا کہ جو ہے آپ کیا کرتے ہیں؟ تو میں نے بتایا کہ جو ہے میں داعی ہوں اور جامعہ دارالسلام عمر آباد وہاں کے شعبہ دعوت میں میں ہوں اور اتنے سال سے دعوتی کام کر رہا ہوں وغیرہ وغیرہ۔ میں نے سنایا مولانا کو تو مولانا غور سے میری بات سنتے رہے۔ سننے کے بعد مولانا نے کہا کہ آپ داعی ہی نہیں ہیں۔ آپ داعی ہیں ہی نہیں۔ تو مجھے بہت غصہ آیا مولانا پر مجلس میں کیونکہ جو ہے کئی دعات کا میں ہیڈ تھا اور سارے دعات کی رپورٹ لیتا اور اسفار کرتا پورے ملک میں۔ تو مجھے مولانا نے جب اس طرح سویپنگ ریمارک دیا کہ آپ تو داعی ہی نہیں ہیں تو مجھے بہت غصہ آیا۔ تو میں نے پوچھا وہ کیسے؟ تو مولانا نے کہا کہ سچ سچ بتائیے کہ آپ ہندوؤں سے نفرت کرتے ہیں کہ نہیں؟ تو میں نے کہا کہ نہیں بالکل نہیں کرتا۔ تو مولانا نے کہا ٹھیک ہے تو پھر آپ بتائیے کہ جو ہے آپ ان ہندوؤں سے نفرت کرتے ہیں کہ نہیں جن کو ہم سیفران مومنٹ کہتے ہیں زعفرانی ہندو ان سے آپ نفرت کرتے ہیں کہ نہیں سچ سچ بتائیے تو میں نے مولانا سے کہا نہیں بالکل نہیں کرتا ہوں تو مولانا نے کہا کہ ٹھیک ہے اب آپ سچ سچ بتائیے کہ جو ہے آپ امریکن وغیرہ سے نفرت کرتے ہیں کہ نہیں میں نے کہا کہ نہیں نہیں کرتا ہوں بالکل پھر مولانا نے چوتھا سوال کیا کہ سچ سچ بتائیے آپ یہود سے نفرت کرتے ہیں کہ نہیں تو میں نے اوپنلی کہا کہ بالکل کرتا ہوں یہود سے میں سخت نفرت کرتا ہوں تو مولانا نے کہا کہ جو ہے اب تو جو ہے آپ کا داخلہ جنت میں ممکن نہیں ہے کیونکہ حدیث میں بتایا گیا ہے کہ جو ہے قلوب کا قلوب جنتی انسانوں کے دل جو ہے پرندوں کے دلوں کی طرح ہوں گے صاف ستھرے آپ تو یہود سے نفرت کر کے جنت کو داؤ پر لگا رہے ہیں آج ہی آپ جو ہے اپنے دل سے اسی مجلس میں یہود کی نفرت ختم کیجئے آپ اسی وقت ورنہ جو ہے آپ کا جنت میں داخلہ ڈاؤٹ فل ہے تو میں نے کہا کہ جو ہے میں نے ابھی ختم کر دیا اس کے بعد سے میں جو ہے یہود سے نفرت نہیں کروں گا یہود سے بھی نہیں کروں گا جیسے دوسروں سے نہیں کرتا ہوں تو جو مولانا کہتے تھے کہ جو ہے نیگیٹیوٹی جو ہے کیا کہتے ہیں ذہنی ترقی میں یا ذہنی ارتقاء میں جو ہے ماسٹر رکاوٹ ہے سب سے بڑی رکاوٹ ہے یہ بات بالکل صحیح ہے بہت سارے لوگ مولانا سے جڑے لیکن جو ہے وہ ذہنی ارتقاء کے کسی لیول پر آ کر رک گئے یا مولانا سے دور ہو گئے تو ان لوگوں کے بارے میں میں سوچتا ہوں تو جو ہے یہی لگتا ہے اصل میں کہ کہیں نہ کہیں جو ہے وہ مولانا کی اس نصیحت کو پکڑ نہیں پائے مولانا جو کہتے تھے کہ زیرو ہیٹریڈ یہ جو ہے وہ غالباً صحیح سے پکڑ نہیں پائے ایسے ہمارے بھی ساتھیوں میں سے بہت سارے ہیں جو مولانا کی تعریف تو کرتے ہیں لیکن کہتے ہیں کہ مولانا جو ہے امت مسلمہ کے دشمن ہیں ان کی باتیں تو ٹھیک ہیں اخرت خدا لیکن وہ امت کے دوست نہیں امت کے دشمن ہیں کہتے ہیں حالانکہ مولانا کے ہمدرد ہیں تو ان لوگوں کو میں دیکھتا ہوں کہ جو ہے ان کی رک گئی ہے ذہنی ارتقاء کا سفر جو ہے ایسے سارے لوگوں کا رکا ہوا ہے تو یہ جو عامر موری صاحب جو کہہ رہے ہیں ریسیپٹیوٹی کی اہمیت وہ بہت زیادہ ہے اصل کہ آدمی کو غلطی معلوم ہوتی ہے ان دا سپاٹ مولانا کہتے تھے کہ وہیں وہ چھوڑ دے اس کو بعد میں چھوڑے گا گریجول چھوڑے گا تو ایسا نہیں ہوتا ہے کبھی بھی یہ برائیوں کو چھوڑنے کا معاملہ گریجول نہیں ہوتا ہے اسی وقت اس کو نظریاتی اور فکری طور پر چھوڑ دیا تو انسان چھوڑ دیا ورنہ پھر جو چھوٹتی نہیں ہے تو اس کا بہت زیادہ فائدہ ہے ریسیپٹیوٹی کا اگر آدمی ان دا سپاٹ مان لے اگر نہیں مانے تو جو ہے وہی پھر مسلسل وہ کینسر کی طرح بڑھتے ہی رہتا ہے آدمی کے اندر تو مولانا کی وہ نصیحت کا جو ہے بہت زیادہ فائدہ ہے ان کو دنیا کے اندر جو بھی واقعات ہو رہے ہیں اس کی توجیح مل جاتی ہے سارے لوگ جو ہے ذہنی اذیت میں جیتے ہیں آج کل سارے مسلمان جو ورلڈ ایشوز کو لے کر فلسطین ہے فلاں ہے فلاں ہے سارے ہی جو ہے ذہنی بے اطمینانی میں جیتے ہیں لیکن مولانا کو اگر کوئی آدمی اچھے سے سمجھے تو اس کو اچھی توجیح مل جاتی ہے ہر واقعے کی اور وہ ذہنی سکون جو ہے پا لیتا ہے تو میں نے کسی کو بھی نہیں دیکھا کہ موجودہ افیئرز پر جو ہے اس کا ذہن مطمئن ہو پرسکون ہو ایسا ایک بھی مسلمان دکھائی نہیں دیتا سوائے ان کے جنہوں نے مولانا کو اچھے سے پڑھا اور مولانا کی باتوں کو مان لیا بس وہی لوگ جو ہے فی الوقت ذہنی سکون ملا ہوا ہے باقی کسی کو بھی ذہنی سکون ملا ہوا نہیں ہے ایک بھی مسلمان مجھے ایسا نہیں ملتا کیونکہ ان کے پاس توجیح نہیں ہے واقعات کی کہ کیوں یہ واقعات اس طرح پیش آتے ہیں مسلمانوں کے ساتھ ہمارے جو کشمیر کے جو مشہور ایک صاحب جو ہیں کشافی صاحب ان کا کیس بھی وہی لگتا ہے وہ مولانا کو بہت پڑے ہوئے لیکن یہ جو مولانا کی نصیحت ہے کہ کسی کے بارے میں آپ کے دل میں ہیٹریڈ نہیں ہونا چاہیے اپنے مخاطب یا اپنے مدعو عوام اس کو انہوں نے غالباً اچھے سے پکڑا نہیں تو اس لیے جو ہے وہ مولانا کی ایک طرف تعریف بھی کرتے ہیں اور دوسری طرف مخالفت میں کچھ نہ کچھ لکھتے رہتے ہیں ہر وقت تو اس کا بھی ریزن وہی ہے ریسیپٹیوٹی کی کمی کا .</w:t>
      </w:r>
    </w:p>
    <w:p/>
    <w:p>
      <w:pPr>
        <w:pStyle w:val="Heading1"/>
      </w:pPr>
      <w:bookmarkStart w:id="3" w:name="vg1"/>
      <w:bookmarkEnd w:id="3"/>
      <w:r>
        <w:t>The Poets (Al-Shu‘ara’) - 26:52-59</w:t>
      </w:r>
    </w:p>
    <w:p>
      <w:bookmarkStart w:id="4" w:name="cl1"/>
      <w:bookmarkEnd w:id="4"/>
      <w:r>
        <w:rPr>
          <w:i/>
          <w:color w:val="77786F"/>
          <w:sz w:val="20"/>
        </w:rPr>
        <w:t>13 Apr 2026 (English)</w:t>
      </w:r>
    </w:p>
    <w:p>
      <w:pPr>
        <w:jc w:val="right"/>
        <w:bidi/>
      </w:pPr>
      <w:r>
        <w:rPr>
          <w:rFonts w:ascii="Noto Nastaliq Urdu" w:hAnsi="Noto Nastaliq Urdu" w:eastAsia="Noto Nastaliq Urdu" w:cs="Noto Nastaliq Urdu"/>
          <w:sz w:val="26"/>
          <w:rtl/>
          <w:lang w:bidi="ur"/>
        </w:rPr>
        <w:t>السلام علیکم۔ فرعون کی جو نیگیٹیوٹی ہے، نیگیٹیو سوچ، تو یہ سوچ پوری قوم کو اس نے اس میں انوالو کیا اور انسٹیگیٹ کیا ان کو ۔ میرے ذہن میں ایک سوال آیا، دور جدید میں جرمن میں ایڈولف ہٹلر، جس کی جو 19 45 میں جس کا انتقال ہوا، تو اس نے بھی اسی طرح مطلب ایک دوسری لائن پر کہا إن هؤلاء لشرذمة قليلون. This little group ,وإنهم لنا لغائظون. So we are just enraged. وہ اپنی جو ہے غصے کا اظہار کیا اور اسی طرح ہمیں we have to be very watchful . تو ایڈولف ہٹلر کی جو ایکٹیویٹیز ہیں اور فرعون کا جو کوشش ہے، ظاہر ہے اللہ تبارک و تعالی کا گائیڈنس ہے بنی اسرائیل کو، حضرت موسی کو ۔ تو اگر ایڈولف ہٹلر کے طریقے کو دیکھا جائے تو اس میں ہمارے لیے کیا ایک عبرت ہے، کیا نصیحت ہے، اس کو اس پہ میں سوچ رہا ہوں، اس پہ اگر گائیڈنس ہو جائے۔ کیونکہ لگ رہا ہے کہ دونوں میں ایک معاملہ کامن ہے، جو مائنارٹی فوبیا وہاں بھی اور یہاں بھی، اور یہاں اس کو کیسے اس ریڈل کو حل کیا جائے، یا اس میں کیسے ہم اپنی نصیحت اپنے لیے حاصل کریں۔</w:t>
      </w:r>
    </w:p>
    <w:p>
      <w:pPr>
        <w:jc w:val="right"/>
        <w:bidi/>
      </w:pPr>
      <w:r>
        <w:rPr>
          <w:rFonts w:ascii="Noto Nastaliq Urdu" w:hAnsi="Noto Nastaliq Urdu" w:eastAsia="Noto Nastaliq Urdu" w:cs="Noto Nastaliq Urdu"/>
          <w:sz w:val="26"/>
          <w:rtl/>
          <w:lang w:bidi="ur"/>
        </w:rPr>
        <w:t>اس کا سب سیمیلریٹیز تو بہت ہے، دونوں واقعات میں، جیسا آپ کہہ رہے ہیں، فرعون اور ہٹلر، تو دونوں واقعات میں جو ہے سیمیلریٹیز بھی بہت ہیں اور واقعات بھی اسی ٹائپ کے ہیں، بعد کے، فرعون کے بعد جو واقعات ہوئے اور ہٹلر کے بعد، تو دونوں تقریباً ایسا لگ رہا ہے کہ تاریخ جو ہے ایز اٹ از ریپیٹ ہوئی ہے۔ ایک بیسک ڈفرنس یہ سمجھ میں آ رہا ہے کہ جب موسی کے زمانے میں یہ واقعہ ہوا تو بنی اسرائیل جو ہے اس کے مقام پر کھڑے تھے، گواہی کے مقام پر، کہ ان کو پوری دنیا میں جو ہے گواہی دینا تھا خدا کے دین کی، اور آج جو ہے ان کا وہ مقام نہیں رہا۔ بائبل میں بھی اس کا ذکر ہے کہ جو ہے تمہارے بھائیوں میں سے ایک نبی آئے گا، تو اس وقت جو ہے تمہاری حیثیت ختم کر دی جائے گی، جو خصوصی حیثیت ہے خدا کی۔ تو آج بنی اسرائیل کو وہ حیثیت حاصل نہیں ہے، وہ جو ہے اب مسلمانوں کو دے دی گئی ہے کہ وہ انظار کا کام کرے اور خدائی سچائی کو بتائے دنیا والوں کے سامنے۔ تو یہ ایک بنیادی فرق جو ہے دونوں واقعات میں دکھائی دے رہا ہے کہ اس وقت وہ جو ہے خدا کے ایک فیور میں تھے، وہ اسپیشل فیور میں، اب وہ فیور جو ہے ان کے لیے نہیں رہا، سوائے اس کے کہ وہ چاہے تو سچائی کو مانے، چاہے تو اپنی سرکشی میں رہے، بنی اسرائیل۔ اب وہ جو ہے خدا کا پرائم کنسرن نہیں رہے، اور وہ خود دنیا میں رہتے بھی ایسے ہی ہیں، یعنی ایک ریس کے طور پر ہی رہتے ہیں دنیا میں، ایک داعی گروپ اور خدا کی طرف بلانے والا بینڈ کے طور پر نہیں رہتے، وہ صرف ایک ریس اور ایک کمیونٹی کے طور پر رہتے ہیں دنیا کے اندر۔ اس سے زیادہ جو ہے کوئی ان کا نیشنل گول نہیں دکھائی دیتا، جیسے اس زمانے میں تھا انبیاء کی وجہ سے۔ تو یہ بہت ہی بنیادی فرق لگتا ہے دونوں واقعات کے بیچ میں ۔</w:t>
      </w:r>
    </w:p>
    <w:p>
      <w:pPr>
        <w:jc w:val="right"/>
        <w:bidi/>
      </w:pPr>
      <w:r>
        <w:rPr>
          <w:rFonts w:ascii="Noto Nastaliq Urdu" w:hAnsi="Noto Nastaliq Urdu" w:eastAsia="Noto Nastaliq Urdu" w:cs="Noto Nastaliq Urdu"/>
          <w:sz w:val="26"/>
          <w:rtl/>
          <w:lang w:bidi="ur"/>
        </w:rPr>
        <w:t>فیاض صاحب، بہت صحیح فرما رہے ہیں آپ۔ مولانا کا جو بہت صحیح استنباط تھا، بلغم انزلیلک ، تو عصمت من الناس سے متعلق جو مولانا کی رہنمائی ہے، وہ صحیح لگ رہی ہے اس میں۔ اس میں مجھے بہت ہی صحیح لگ رہا ہے مولانا کا جو تجزیہ ہے، ہسٹری سے اخذ کرتے ہوئے، قرآن سے رہنمائی اخذ کرتے ہوئے، بہت صحیح ہے۔ جزاک اللہ۔</w:t>
      </w:r>
    </w:p>
    <w:p>
      <w:pPr>
        <w:jc w:val="right"/>
        <w:bidi/>
      </w:pPr>
      <w:r>
        <w:rPr>
          <w:rFonts w:ascii="Noto Nastaliq Urdu" w:hAnsi="Noto Nastaliq Urdu" w:eastAsia="Noto Nastaliq Urdu" w:cs="Noto Nastaliq Urdu"/>
          <w:sz w:val="26"/>
          <w:rtl/>
          <w:lang w:bidi="ur"/>
        </w:rPr>
        <w:t>جی، کثرت وقت ہو گیا۔</w:t>
      </w:r>
    </w:p>
    <w:p/>
    <w:p>
      <w:pPr>
        <w:pStyle w:val="Heading1"/>
      </w:pPr>
      <w:bookmarkStart w:id="5" w:name="vg2"/>
      <w:bookmarkEnd w:id="5"/>
      <w:r>
        <w:t>The Poets (Al-Shu‘ara’) - 26:60-68</w:t>
      </w:r>
    </w:p>
    <w:p>
      <w:bookmarkStart w:id="6" w:name="cl2"/>
      <w:bookmarkEnd w:id="6"/>
      <w:r>
        <w:rPr>
          <w:i/>
          <w:color w:val="77786F"/>
          <w:sz w:val="20"/>
        </w:rPr>
        <w:t>14 Apr 2026 (Urdu)</w:t>
      </w:r>
    </w:p>
    <w:p>
      <w:pPr>
        <w:jc w:val="right"/>
        <w:bidi/>
      </w:pPr>
      <w:r>
        <w:rPr>
          <w:rFonts w:ascii="Noto Nastaliq Urdu" w:hAnsi="Noto Nastaliq Urdu" w:eastAsia="Noto Nastaliq Urdu" w:cs="Noto Nastaliq Urdu"/>
          <w:sz w:val="26"/>
          <w:rtl/>
          <w:lang w:bidi="ur"/>
        </w:rPr>
        <w:t>فیاض بھائی، یہ کچھ ایسے ہی مائنڈ میں پرانی باتیں یاد آ رہی تھیں مولانا کو لے کے، کیونکہ اس میں یہ توکل کا مطلب بہت بڑی مثال ہے۔ یہ کیونکہ آدمی کے آگے جب موت ہو سامنے تو وہ ایک دم گھبرا جاتا ہے۔ لیکن یہاں پہ آپ دیکھیے کہ اتنا زبردست ٹرسٹ اللہ پر کہ کچھ بھی ہو جائے، اللہ مجھے ضرور بچائے گا۔ تو میرے کو کچھ باتیں یاد آ رہی ہیں مولانا کی کہ 20 سال پہلے نا ہمارا سفر پولینڈ کی طرف ہوا تھا، تو میں مولانا کے ساتھ بیٹھا ہوا تھا، تو میں نے بہت سیریسلی نا میں میں نے مولانا سے پوچھا کوئسچن کیونکہ اس ٹائم پہ میرے ذہن میں بڑے سوال آ رہے تھے۔ 20 سال پرانی بات ہے نا، آپ سوچیے۔ میں نے مولانا کو کہا، میں نے کہا مولانا یہ سب باتیں جو آپ کی ہیں، یہ کیسے آگے پہنچیں گی؟ افریقہ بچا ہوا ہے، لیٹن امریکہ یہ سب بچا ہوا ہے، ایسے کتنی جگہیں ہیں جہاں پہ مطلب سچائی پہنچنی ہے، تو یہ سب کیسے ہوگا؟ کیسے جائے گا یہ سب کچھ؟ ٹائم بھی کم ہے، اتنے لوگ ہیں، اتنے لوگ ہیں۔ تو مولانا کا نا مطلب اتنا کام ون لائن جواب تھا، بنا مطلب اس کو الیبریٹ کیے، مولانا نے بس وہ جیسے اپنا سر ہلایا میری طرف اور کہا کہ اللہ پر بھروسہ رکھیے۔ تو وہ ایک سینٹنس جب مولانا نے جس کانفیڈنس کے ساتھ کہا تھا نا، میرے کو ایک دم جیسے میں اس کے بعد کچھ بول بول ہی نہیں پایا، مطلب مجھے لگا کہ ہاں یہ کتنی زبردست بات ہے۔ اور اب دیکھیے، 20 ایئرز فاسٹ فارورڈ ٹو ناؤ کہ کتنا آگے سب لوگوں نے مل کے آگے پہنچا دیا۔ اس کے بعد ہارون شیخ صاحب افریقہ کی طرف، انہوں نے اتنا اتنا زیادہ قدم بڑھائے، اتنی اتنا پھیل گیا۔ کلیم صاحب، ڈاکٹر صاحب نے کتنی کنٹریز ٹریول کیا، قرآن کہاں کہاں نہیں پہنچ گیا۔ لیکن اس وقت یہ سٹیٹمنٹ بولنا جب جب بالکل ایسا ناممکن لگتا تھا کہ اللہ پر بھروسہ رکھیے۔ اور دوسرا یہ کہ مولانا جب بھی ٹریول کرتے تھے، جب اکیلے بھی جاتے تھے، آپا ہوتی تھی جب ساتھ میں یا اکیلے جاتے تھے، تو ایک روپیہ نہیں کیری کرتے تھے جیب میں، مطلب ان کی جیب میں پیسے ہی نہیں ہوتے تھے۔ آپ ہم لوگ گھر سے باہر نہیں نکلیں گے بنا موبائل کیری کیے ہوئے۔ مولانا دوسری کنٹری چلے جاتے تھے بنا پیسے رکھے ہوئے جیب میں۔ یہاں تک کہ ایک انسیڈنٹ بھی ہے جو انہوں نے شیئر بھی کیا پہلے کہ وہ کہیں کنٹری سے ان کو آیا تھا انویٹیشن، جب انڈین ایئرپورٹ پہ پہنچے تو پتہ چلا کچھ ٹیکسز لگ گئے ہیں، تو انہوں نے روک دیا ان کو کہ آپ آگے نہیں جا سکتے کیونکہ آپ کو یہ ٹیکسز پے کرنے ہیں۔ تو مولانا نے کہا میرے پاس تو پیسے نہیں ہیں۔ پھر وہ شاید ڈاکٹر صاحب کنفرم کریں گے، کسی طرح کوئی ایک آدمی تھا، وہ اس نے وہاں پہ جو ایئرپورٹ مینیجر تھا، اس نے دیکھا مولانا کو، مطلب ہی سو تھرو مولانا پروببلی ہی ایپریشیٹڈ، ہی لائکڈ اور کائنڈنس آؤٹ آف کائنڈنس۔ انہوں نے کہا میں آپ کو آپ کا ٹیکس دے دیتا ہوں۔ تو مولانا نے کہا نہیں، آپ اپنا نام اور ایڈریس لکھ کے دیجیے، جب میں واپس آؤں گا تو میں آپ کے یہ پیسے ضرور لوٹاؤں گا۔ پھر مولانا نے ونگ کمانڈر یوسف تھے جو آتے تھے دلی میں، وہ واپس آئے، مولانا نے ان کے تھرو پیسے بھجوائے اور ٹیکسز پے کیے۔ آپ سوچیے، جیب میں ٹیکس تھوڑے سے روپے کا ٹیکس دینے کے نہیں تھے۔ اور وہی والی بات جو عالث صالح کے وقت بھی تھا کہ لوگوں نے کہا جب مولانا نے کہا کہ میں اسے چھاپ رہا ہوں تو انہوں نے کہا کہ کون پڑھے گا؟ تو انہوں نے کہا کیا خدا انڈیفرنٹ بنا رہے گا؟ تو یہ سب توکل کی مثالیں ہیں جو ہم لوگوں کے سامنے بھی ہوئی مولانا کے حوالے سے اتنا زبردست ٹرسٹ کہ کہ سینے میں سرٹینٹی والا اطمینان ہو، وہ صحیح توکل ہے۔ کہیں بھی ایک آئیوٹا آف ڈاؤٹ بھی نہ رہ جائے، آپ کے سینے میں بالکل ایسا ہی اطمینان ہو کہ یہ ہو کے رہے گا۔ جیسے سورج نکلتا ہے، آپ سب کو کانفیڈنس ہے کہ اگلے دن سورج نکلے گا ہی نکلنے کا، اسی طرح ایسا اطمینان ہو کہ اللہ تعالیٰ مدد کرے گا ہی کرے گا، بس ہ میں کھڑا ہونا ہے۔</w:t>
      </w:r>
    </w:p>
    <w:p>
      <w:pPr>
        <w:jc w:val="right"/>
        <w:bidi/>
      </w:pPr>
      <w:r>
        <w:rPr>
          <w:rFonts w:ascii="Noto Nastaliq Urdu" w:hAnsi="Noto Nastaliq Urdu" w:eastAsia="Noto Nastaliq Urdu" w:cs="Noto Nastaliq Urdu"/>
          <w:sz w:val="26"/>
          <w:rtl/>
          <w:lang w:bidi="ur"/>
        </w:rPr>
        <w:t>جی، بہت اچھے ریمائنڈرز ہیں۔ رجت صاحب، عام طور پر جو ہے لوگوں کے ذہنوں میں ایک بات یہ بھی رہتی ہے کہ موسیٰ یا محمد رسول اللہ یا دوسرے پیغمبر جو ہیں، وہ سارے ایکشنز جو ہیں ، وہی کی نگرانی میں لیتے تھے۔ یعنی اللہ تعالیٰ ان سے کہتا تھا یہ کرو، تو تب وہ کرتے تھے۔ اس طرح ایک خیال ہے لوگوں کا۔ مولانا نے ایک آرٹیکل لکھا ہے، یہ صحیح نہیں ہے کہتے ہوئے۔ مولانا یہ کہتے ہیں کہ جو ہے انبیاء جو ہیں اجتہاد کرتے تھے، ایسا نہیں ہوتا تھا کہ ہر فیصلے میں خدا ان کو بتاتا کہ تم کو یہی کرنا ہے، ایسا نہیں ہوتا تھا۔ اگر ایسا ہے تو قرآن میں جو ہے جگہ جگہ رسول اللہ کو تنبیہ کی گئی کہ تم نے یہاں غلط کیا۔ تو وہ انسیڈنٹ بتا رہے ہیں کہ جو ہے ہر کام اللہ تعالیٰ بتاتا نہیں تھا رسول اللہ کو کہ یہی کرنا ہے آپ کو، بلکہ رسول اللہ کی اس پر چھوڑتا تھا سمجھ اور کریٹیوٹی پر۔ تو کبھی جو ہے اس کریٹیوٹی میں غلطی بھی ہو جاتی ہے، تو اس وجہ سے ڈانٹ بھی ہوتی ہے، تنبیہ بھی ہوتی ہے۔ تو مولانا اس میں یہ سمجھانا چاہ رہے ہیں کہ یہ جو مسلمان سمجھتے ہیں کہ جو ہے ہر بات انبیاء کو بتائی جاتی تھی، ایک ایک بات کی ڈیٹیل، تب وہ کرتے تھے۔ اب ہم کو تو بتائی نہیں جاتی، تو ہم کیا کریں؟ ہمارے اندر وہ کیسے ایمان اور یقین آئے کوئی کام کرنے کے لیے؟ تو اس کو کریکشن کے لیے مولانا نے وہ آرٹیکل لکھا ہے، وہ خدا کے نور میں چلنے لگتا ہے۔ اس طرح کوئی ایک آرٹیکل ہے۔ تو ایسا نہیں ہے کہ جو ہے حضرت موسیٰ سے اللہ نے جب کہا کہ بنی اسرائیل کو لے کر جاؤ، تو ایسا نہیں تھا کہ جو ہے روٹ بھی اس نے ڈرا کر کے دے دیا تھا کون سے روٹ سے جانا ہے یا کیا؟ وہ حضرت موسیٰ کی اپنی یہ تھی کریٹیوٹی یا اپنا ڈیسیژن۔ تو اس بات کو سمجھنے میں بڑے فائدے ہیں۔ اگر ہم وہ معنی لے لیں جیسے عام طور پر لوگ سمجھتے ہیں کہ ہر چیز ان کو ڈکٹیٹ کی جاتی تھی، پھر وہ ایکشن لیتے تھے۔ تو اب چونکہ ہم کو تو ڈکٹیٹ نہیں کی جائے گی، جو بھی ہے ہمارے پاس قرآن اور حدیث ہی ہے، بس تو ہم کیسے جو ہیں وہ یقین پیغمبروں والا پیدا کریں؟ وہ سوال باقی رہتا ہے۔ تو اس کے کریکشن کے لیے مولانا نے یہ لکھا ہے کہ ایسا سمجھنا لوگوں کا صحیح نہیں ہے کہ ایوری ڈیٹیل واز ڈکٹیٹڈ۔ یہ صحیح خیال نہیں ہے، بلکہ پیغمبر بھی اجتہاد کرتے تھے اور ان کے اصحاب بھی اجتہاد کرتے تھے۔ آپ کو بھی اجتہاد کرنا ہے، اور پھر اس اجتہاد کے بعد جو ہے خدا پر آپ کو توکل بھی رکھنا ہے کہ اللہ تعالیٰ اس میں برکت دے گا۔ حدیثوں کے مطابق جو ہے اجتہادی کام پر دو اجر بتائے گئے ہیں کہ کسی انسان نے جو ہے خدا کے دین کے لیے کوئی اجتہاد کیا، اگر اس کا اجتہاد صحیح ہے تو اس کو دو اجر ملیں گے: ایک جو ہے صحیح ہونے کا اور دوسرا جو ہے کوشش کرنے کا، یعنی اجتہادی کوشش کرنے کا الگ سے اجر دیا جائے گا۔ اور اگر غلط ہوا تو حدیث میں بتایا گیا ہے کہ ایک اجر کم سے کم ملے گا اس کو۔ کوشش، کوشش کا تو اسلام میں اس کو بہت زیادہ اپریشیٹ کیا گیا ہے کہ آدمی کریٹیو سوچے اور کریٹیو ڈیسیژن لے، اور پھر خدا پر بھروسہ کرے اپنی کریٹیوٹی پر۔ تو اب مسلمانوں میں چونکہ یہ ہے نہیں عام طور پر، اس لیے جو ہے وہ کوئی اجتہادی کام نہیں کرتے، بس ٹریڈیشنل کام کرتے ہیں۔ مسلمان جیسے مثال کے طور پر صلح کرنے کی بہت زیادہ قرآن اور حدیث میں اہمیت بتائی گئی ہے کہ آدمی جو ہے صلح جوئی مزاج کا ہو ، لیکن صلح کرتے وقت جو ہے ہمیشہ ایک انسرٹینٹی لگی رہتی ہے، ایک غیر یقینی حالت، پتہ نہیں صلح کر لیں گے تو کیا ہوگا، کہیں ہمارا مخالف ہم پر غالب نہ آ جائے۔ تو اب ایسے موقع پر جو ہے کریٹیوٹی کی ضرورت ہوتی ہے، اجتہادی صلاحیت کی۔ اب چونکہ مسلمانوں میں ہے نہیں اجتہادی صلاحیتیں، اس لیے وہ جو ہے صلح کو پسند نہیں کرتے، ٹکراؤ کو ہی زیادہ پریفر کرتے ہیں، کریٹیوٹی نہ ہونے کی وجہ سے۔ تو اس واسطے کریٹیوٹی بھی نہیں ہے، تو اس کا مطلب توکل بھی نہیں رہے گا۔ توکل سے پہلے کریٹیوٹی چاہیے آدمی کو ۔</w:t>
      </w:r>
    </w:p>
    <w:p/>
    <w:p>
      <w:bookmarkStart w:id="7" w:name="cl3"/>
      <w:bookmarkEnd w:id="7"/>
      <w:r>
        <w:rPr>
          <w:i/>
          <w:color w:val="77786F"/>
          <w:sz w:val="20"/>
        </w:rPr>
        <w:t>15 Apr 2026 (English)</w:t>
      </w:r>
    </w:p>
    <w:p>
      <w:pPr>
        <w:jc w:val="right"/>
        <w:bidi/>
      </w:pPr>
      <w:r>
        <w:rPr>
          <w:rFonts w:ascii="Noto Nastaliq Urdu" w:hAnsi="Noto Nastaliq Urdu" w:eastAsia="Noto Nastaliq Urdu" w:cs="Noto Nastaliq Urdu"/>
          <w:sz w:val="26"/>
          <w:rtl/>
          <w:lang w:bidi="ur"/>
        </w:rPr>
        <w:t>السلام علیکم، آپ آیا سب؟ کل ایک زبردست بات پر ڈسکشن ہوا تھا، آپ نے اس کی وضاحت کی تھی کہ پیغمبر کا معاملہ کوئی روبوٹک معاملہ نہیں ہے۔ وہ پیغمبر کوئی روبوٹ نہیں ہوتا ہے، بلکہ اس بذاتِ وہ ایک کریئیٹو تھنکنگ گاڈ، المائٹی پر پورے اعتماد، توکل کے ساتھ آپ پوری اپنی جو ہے ذہنی کوشش، اس کی صلاحیت ہوتی ہے، اس کو یوز کرتے ہوئے آگے بڑھتا ہے۔ اور بہت ہی واقعی اہم بات ہے، یہاں میں یہ جو کرائسز کا پر سوچ رہا تھا، جو موسیٰ علیہ السلام اور اس کے ساتھیوں کو کرائسز آیا تھا، سامنے سمندر تھا، لیکن موسیٰ علیہ السلام کا توکل اپنے رب پر پورا بھروسہ تھا، وہ اپنے رب کو دیکھ رہا تھا۔ میں یہاں اور سورہ احزاب کی آیت کو دیکھ رہا تھا، سورہ احزاب میں آیت نمبر غالباً آٹھ سے لے کر گیارہ تک، جس میں مومنوں پر وہی سچویشن پیش آئی تھی جب ہر طرف سے آئے تھے مختلف گروپس۔ تو قرآن میں جو تذکرہ ہے اِرْجَعُوكُمْ مِنْ فَوْقِكُمْ وَمِنْ أَسْفَلَ مِنْكُمْ وَإِذَا غَجَ الْأَبْصَارُ وَلَغَجَ الْقُلُوبُ الْحُنَاجِرُ تَظُنُّونَ بِاللَّهِ ظُنُّونَ هُنَا لِيَكَبْتُلِيَ الْمُؤْمِنُونَ وَزُلْزِلُوا زِلْزَالًا شَتِيدًا تو منافق لوگ کا بعد میں تذکرہ ہے، بہرحال یہ کہنا چاہتا تھا کہ کرائسز تو آ سکتی ہیں، لیکن کرائسز میں گاڈ المائٹی کی ہیلپ پر بھروسہ ہونا، وہ بھی ایک زبردست بات ہے۔ اور زلزلوں، زلزالوں شدیدہ، شاید اللہ تبارک و تعالی کا پلان میں یہ بھی ہوگا کہ تاکہ لوگوں کو نعمتوں کا احساس ہو ، ان کا وہ برین، ان کو برین سٹارمنگ ہو، ان کے ہاں اس پر اگر تھوڑی سی گائیڈنس مزید ہو جائے، بہت ہی زبردست باتیں تھیں کل۔ اور دوسرے فیاض صاحب، جی جی جی، دوسرے اس کے بعد آپ تھوڑا دوسرے فیاض صاحب، یہ بات بھی ذہن میں آئی کہ حضرت ابراہیم کے ساتھ بھی ہوا کہ ان کو آگ میں پھینکا گیا۔ تو گاڈ المائٹی نے کہا "کلنا"، تو خود اس نے کرائسز کو مینیج کیا، خود۔ اور یہاں بھی جو مومنین کے ہاتھ میں کچھ نہیں تھا، تو فَأَرْسَلْنَا عَلَيْهِمْ رِيحًا وَجُنُودًا لَمْ تَرَوْهَا تو ہر چیز تو گاڈ المائٹی مینیج کرتے ہیں، لیکن کہیں موسیٰ کو کہا جاتا ہے کہ آپ یہ کام کیجئے، یعنی جو ہیومن ہاتھ میں ہے، گاڈ المائٹی کی کمانڈ سے اتنا موسیٰ سے کرایا۔ جہاں پیغمبر سے نہیں ہو سکتا ہے، یا اس کے ہاتھ میں کچھ نہ ہو، تو وہاں گاڈ المائٹی کچھ خود کرتے ہیں، یہ بھی تھوڑا ذہن میں آیا۔ آپ فرمائیے۔ جی شاہ صاحب، صحیح ہے، قرآن کا یہ پیٹرن ہے کہ وہ ہسٹری کو ایز اے سورس آف یقین بنانے کے لیے کہتا ہے، یعنی دو چیزیں ہمارے پاس جو ہیں، سولڈ فارم میں ہیں، ایک ہسٹری ہے اور ایک یونیورس ہے، وحی کے ساتھ، یعنی قرآن اور پیغمبروں کے ٹیچنگ کے ساتھ جو ہے، ہمارے پاس جو دو سٹرونگ سورسز جو ہیں، سولڈ سورس ، ایک اس میں ہسٹری ہے، دوسرا یونیورس ہے۔ تو قرآن جو ہے، ہسٹری کو یہ مانتا ہے کہ جو ہے، یہ بہت ہی زیادہ سورس آف یقین ہے، ساری ہیومن ہسٹری، یعنی وَهُوَ الْقَاهِرُ فَوْقَ عِبَادِهِ جو سورہ انعام میں ہے کہ خدا اپنے بندوں پر جو ہے، کمپلیٹ کنٹرول رکھتا ہے۔ تو اپنے بندوں پر کمپلیٹ کنٹرول کی جو ہے، موسیٰ اور فرعون کا واقعہ جو ہے، ایک بیسٹ ایگزامپل ہے اس کو سمجھنے کے لیے، یعنی کنٹرول کبھی اس حد تک بھی جاتا ہے کہ آؤٹ آف دا وے بھی وہ فیصلے کرتا ہے خدا، جیسے یہاں ہوا موسیٰ اور فرعون کے معاملے میں، یعنی ایسا تو ہوتا نہیں عام طور پر کہ سمندر پھٹتے ہوں اور وہ تھوڑی دیر کے لیے اس میں سوکھے راستے بن جاتے ہوں، ایسا تو ہوتا نہیں ہے۔ لیکن چونکہ وہ کمپلیٹ کنٹرول رکھتا ہے، تو ایسا بھی کرتا ہے وہ، اور یہ سائنٹیفک، یہ ہسٹوریکل فیکٹ ہے، بائبل بھی اس کو بیان کرتی ہے، اور قرآن بیان کرتا ہے کہ ایسا ہوا تھا۔ ہسٹری میں ایک واقعہ ایسا بھی ہے کہ سمندر 12 راستوں میں کنورٹ ہو گیا، عام طور پر تو خدا کا طریقہ یہ ہے کہ آپ کشتی بنائیے وغیرہ وغیرہ، لیکن چونکہ وہ کمپلیٹ کنٹرول رکھتا ہے، تو اس طرح بھی کرے گا وہ، تاریخ میں اس نے اس طرح کیا۔ تو ہسٹری کے یہ پیٹرن بتا کر غالباً اللہ تعالی یہ بتانا چاہتا ہے کہ پاسٹ جو ہے، فیوچر کے لیے ٹوکن ہے، پاسٹ پیٹرن جو ہے، فیوچر پیٹرن کے لیے ایز اے ٹوکن ہے کہ ایسا کبھی بھی نہیں ہوگا کہ خدا اہل ایمان کو چھوڑ دے گا یا اپونینٹس کو جو ہے، کمپلیٹ چھوٹ دی جائے گی، چھوٹ تو ملے گی لیکن کمپلیٹ چھوٹ کبھی بھی نہیں دی جائے گی اپونینٹس کو، اہل ایمان کے خلاف میں جو بھی لوگ ہیں، ان کا وہی انجام ہے جو فرعون کا ہے، کمپلیٹ چھوٹ کا تو کوئی سوال ہی نہیں ہے، پارشل چھوٹ تو ضرور ہر ایک کو ملتی ہے۔ تو شاید موسیٰ اور فرعون کے واقعے میں یہی بتانا مقصد ہے کہ کبھی بھی قیامت تک ایسا نہیں ہوگا کہ کمپلیٹ چھوٹ کسی کو دی جائے گی، اور کبھی بھی ایسا نہیں ہوگا کہ اہل ایمان کو جو ہے، بے یار و مددگار پھینک دیا جائے گا، ایسا کبھی بھی نہیں ہوگا۔ پیٹرن بدل بدل کر یہ واقعات ہوتے ہی رہیں گے قیامت تک، تو غالباً اسی کے لیے اللہ تعالی جو ہے، ہسٹری کو ہمیشہ ایز اے سورس آف یقین کے پیش کرتا ہے، یعنی اب تو ایسا نہیں ہے کہ ہمارے پاس کوئی عصا ہے وغیرہ وغیرہ، لیکن عصا جیسی چیزیں ہمیشہ تاریخ میں ظاہر ہوتی رہے گی، اہل ایمان کے لیے موسیٰ کے لیے عصا تھا، ہمارے لیے سائنٹیفک ڈیٹا ہے، مثال کے طور پر قرآن ہے، اور ڈیموکریسی ہے، فریڈم آف ایکسپریشن ہے، جو بھی اس طرح کی چیزیں ہیں، عصا کے ڈفرنٹ فارم ہیں، یہ سب جو اہل ایمان کی مدد کے لیے قیامت تک آتے رہیں گے۔ تو غالباً لیسن یہی ڈرا کرنا ہے کہ پاسٹ ہسٹری کے پیٹرن جو ہے، فیوچر پیٹرن کے لیے ایز اے ٹوکن کے بیان ہوئے ہیں کہ ان کو پڑھو اور اپنے آپ کو ہمیشہ اپنا مورل اونچا رکھو، کبھی بھی ہیلپ لیس چھوڑ نہیں دیا جائے گا، ٹیمپریری تو اس طرح دکھائی دے گا لیکن مدد ضرور آ کے رہے گی ہر وقت، اور ہر صاحب ایمان جو ہے، اس طرح کے اپنے لیول پر، چھوٹے یا بڑے پیمانے پر، اس طرح کے مدد کے واقعات خود تو زندگی میں ایکسپیرینس کرتا ہی ہے، ہر انسان ، ہر صاحب ایمان اپنی اپنی سطح پر، جو موسیٰ اپنی سطح پر کیے، ہم لوگ بھی اپنی سطح پر اس طرح کے ایکسپیرینس کر چکے ہیں۔ مولانا کے اسباب تاریخ جو ہے، اس کی اچھی مثال ہے، یعنی ایسا نہیں ہے کہ صرف موسیٰ اور فرعون کے واقعات میں لرننگ ہے، سورس آف یقین ہے، وہ ایسا نہیں ہے، صرف بطور ایگزامپل کے ہے قرآن میں، اس کے علاوہ بھی جو ہے، سینکڑوں ایسے واقعات ہیں جو اس طرح کے سورس آف یہ ہیں، یقین اور لرننگ، تو ان سب کو انسان پڑھے، دیکھے، اور اس سے اپنے آپ کو بوسٹ کرے، اسباق تاریخ جو ہے، اس کی اچھی مثال ہے مولانا کی کتاب، مثلاً مولانا لکھتے ہیں کہ جب کالونائزیشن کا دور آیا تو پوری دنیا میں جو ہے، برٹش اور فرینچ کالونیز بن گئی، پوری دنیا کو انہوں نے کالونائز کیا، ان کو ہٹانے پر جو ہے، دوسری نیشنز جو ہے، یہ نہیں تھیں، طاقت نہیں رکھتی تھیں، لیکن خود انہی کے اندر سے ایک مومنٹ اٹھی جس کو نیشنل اسٹیٹ کا کانسیپٹ کہتے ہیں، خود یورپ میں ہی اٹھی جنہوں نے دنیا کو کالونائز کیا، انہی کے بیچ میں ایسے تھنکرز اٹھے جنہوں نے یہ بتایا کہ جو ہے، یہ طریقہ صحیح نہیں ہے، دوسری نیشنز کے اوپر جا کے قبضے کرنا، تو نیشنل اسٹیٹ کا کے کانسیپٹس اور جو ہے، مومنٹس اٹھے، اس کی وجہ سے جو ہے، جو آئیڈیالوجیکل جو بیس جو تھی، وہ لوگ لوز کرنے لگے، اور چھوڑ چھوڑ کے جانا پڑا پوری دنیا کو، خود اندر سے ایک کمزوری ان کے اندر پیدا ہوئی، ایسے لوگوں کے ذریعے، تو یہ بھی ویسے ہی ایک بات ہے فرعون کے واقعے کی طرح کی کہ ویسٹرن نیشنز کا جو ہے، آپس میں خود ریسورسز کے لیے لڑنا، اور پھر انہی میں ایسے تھنکرز اٹھنا، تو یہ دو چیزیں ان کو ویک کر دیں، اور اس کی وجہ سے پوری دنیا سے واپس ہونا پڑا اپنی زمینوں کی طرف ، ایک تو آپسی وار، اور دوسرا نیشنل اسٹیٹ کے کانسیپٹس، یہ دونوں مل کر جو ہے، دوبارہ ان کو پھر اپنی زمینوں پر واپس کر دیے، تو یہ بھی ہم کہہ سکتے ہیں، ویسے ہی ایک واقعہ ہے تاریخ کا، فرعون اور موسیٰ کے واقعے کی طرح، تو پوری ہسٹری ایسے ہی لرننگ کے اس سے بھری ہوئی ہے، ایٹم سے ۔</w:t>
      </w:r>
    </w:p>
    <w:p/>
    <w:p>
      <w:pPr>
        <w:pStyle w:val="Heading1"/>
      </w:pPr>
      <w:bookmarkStart w:id="8" w:name="vg3"/>
      <w:bookmarkEnd w:id="8"/>
      <w:r>
        <w:t>The Poets (Al-Shu‘ara’) - 26:69-74</w:t>
      </w:r>
    </w:p>
    <w:p>
      <w:bookmarkStart w:id="9" w:name="cl4"/>
      <w:bookmarkEnd w:id="9"/>
      <w:r>
        <w:rPr>
          <w:i/>
          <w:color w:val="77786F"/>
          <w:sz w:val="20"/>
        </w:rPr>
        <w:t>16 Apr 2026 (Urdu)</w:t>
      </w:r>
    </w:p>
    <w:p>
      <w:pPr>
        <w:jc w:val="right"/>
        <w:bidi/>
      </w:pPr>
      <w:r>
        <w:rPr>
          <w:rFonts w:ascii="Noto Nastaliq Urdu" w:hAnsi="Noto Nastaliq Urdu" w:eastAsia="Noto Nastaliq Urdu" w:cs="Noto Nastaliq Urdu"/>
          <w:sz w:val="26"/>
          <w:rtl/>
          <w:lang w:bidi="ur"/>
        </w:rPr>
        <w:t>کیا مسلم صاحب ایسا کہہ سکتے ہیں کہ وَاتْلُ عَلَيْهِمْ نَبَاءَ إِبْرَاهِيمَ إِذْ قَالَ لِقَوْمِهِ: مَا تَعْبُدُونَ؟ یعنی مفسرین کہہ رہے ہیں کہ جو ہے چونکہ قریش جو ہے اپنے آپ کا اپنا تعلق حضرت ابراہیم سے بتاتے تھے، کہتے تھے کہ ہم جو ہے ابراہیم کے فالوور ہیں۔ تو اللہ تعالی رسول اللہ سے کہہ رہا ہے کہ جو ہے ان کو اپنے تعلق کی یاد دلاؤ، ان کی اپنی ہسٹری ان کو یاد دلاؤ کہ تم تو بت پرست تھے اور جس کو تم اپنا ہیڈ مانتے ہو وہ تو بت پرستی کے خلاف تھا، تمہارا اپنا ہیڈ جو ہے تمہارے اپنے تصور تصور عبادت کے خلاف ہے۔ تو اس میں حضرت ابراہیم کی خبر انہیں یاد دلاؤ، تو اس سے یہ اصول نکلتا ہے کہ جو ہے داعی اپنا پیغام رکھنے کے ساتھ اپنے اڈینس کو جو ہے ان کی اپنی امیڈیٹ ہسٹری سے بھی جوڑ کر بتاتا ہے، ان کی اپنی تاریخ، ان کے اپنے اطراف میں پھیلی ہوئی نشانیاں، اس سے ریلیٹ کرتا ہے اپنی دعوت کو، اپنے میسج کو۔ تو غالباً اس پیراگراف کا یہی مطلب ہے کہ رسول اللہ توحید کی دعوت دیتے تھے، ساتھ میں یہ بھی کہا گیا کہ ابراہیم کی ہسٹری بھی سناؤ ان کو، کیونکہ یہ اپنے آپ کو ابراہیمی کہتے ہیں۔ تو اس سے دعوت میں جو ہے یہ پیدا ہوتی ہے، ریلیونس پیدا ہوتا ہے، اور جہاں دلائل ہیں وہاں خود اس کی اپنی تاریخ بھی اس کے خلاف میں پڑتی ہے، بت پرستی اور شرک وغیرہ کے لیے۔ قرآن میں ایسا کئی جگہ ہے: وَاتْلُ عَلَيْهِمْ نَبَاءَ بَنَيْ آدَمَ بِلَاخِ. ان کو آدم کے دو بیٹوں کا واقعہ سناؤ، تو دعوت کو جو ہے اس طرح کے تاریخی ایونٹ سے سپورٹ دینا، اپنی گفتگو کو اپنی مین گفتگو کے لیے تاریخی حوالے وغیرہ جو ہے ریفر کرنا، گفتگو کو جو ہے اور کلیرٹی دیتا ہے، اپنے میسج کو جو ہے اس کے اندر طاقت پیدا ہوتی ہے۔ تو رسول اللہ کو غالباً یہی کہا جا رہا ہے کہ آپ اپنی توحید کی دعوت کو تاریخی ریفرنس کے حوالے سے بیان کرو، یعنی یہ اپنا تعلق ابراہیم سے بتاتے ہیں، تو ابراہیم کی تاریخ سناؤ ان کو کہ انہوں نے کیا کیا تھا۔</w:t>
      </w:r>
    </w:p>
    <w:p/>
    <w:p>
      <w:bookmarkStart w:id="10" w:name="cl5"/>
      <w:bookmarkEnd w:id="10"/>
      <w:r>
        <w:rPr>
          <w:i/>
          <w:color w:val="77786F"/>
          <w:sz w:val="20"/>
        </w:rPr>
        <w:t>17 Apr 2026 (English)</w:t>
      </w:r>
    </w:p>
    <w:p>
      <w:pPr>
        <w:jc w:val="right"/>
        <w:bidi/>
      </w:pPr>
      <w:r>
        <w:rPr>
          <w:rFonts w:ascii="Noto Nastaliq Urdu" w:hAnsi="Noto Nastaliq Urdu" w:eastAsia="Noto Nastaliq Urdu" w:cs="Noto Nastaliq Urdu"/>
          <w:sz w:val="26"/>
          <w:rtl/>
          <w:lang w:bidi="ur"/>
        </w:rPr>
        <w:t>السلام علیکم، آج سب. کل بہت ہی زبردست بات ہوئی جو نبی ابراہیم یعنی ابراہیم علیہ السلام کو ایک true historical perspective میں پیش کیجیے، because وہ ان کے لیے clear نہیں ہے۔ قرآن کی ایک آیت سے مجھے ایک اور چیز، مطلب اس کی زیادہ وضاحت ہو رہی ہے، سورہ صاد میں قرآن سے متعلق تذکرہ ہے: إِنْ هُوَ إِلَّا ذِكْرٌ لِلْعَالَمِينَ یہ قرآن جو ہے، generation کی عالمین کے لیے ایک یاد دہانی ہے۔ وَلَتَعْلَمُنَّ نَبَعَهُ بَعْدَ حِينٍ اور ان کو کہیے کہ آپ ضرور اس کی جو حقیقت ہے، کچھ عرصے کے بعد سمجھ جائیں گے۔ تو میں ابراہیم علیہ السلام کے واقعے پر، یا ان کی جو historical perspective غور کر رہا تھا، اللہ تبارک و تعالی نے ابراہیم کو mythology، اس کے واقعے کو mythology بننے سے بچا دیا۔ اس کو preserve کیا، historically بھی اس کے جو ہے facts ہیں، وہ محفوظ ہوئے۔ بہت ساری religions میں باتیں mythology میں change ہو گئیں، لیکن ابراہیم علیہ السلام کو اللہ نے بچا لیا، ان کے واقعے کو، ان کی پوری history کو۔ اور مجھے یہاں مولانا جو ایک صہبی ابراہیم کی بات، انہوں نے کئی جگہ لکھی ہے کہ عَلَى الْعَاقِلَينَ يَقُولُونَ بَصِيرًا بِزَمَانِهِ ایسا لگتا ہے حضور صلی اللہ علیہ وسلم جو ہے، اس معاملے میں اللہ کی guidance سے بہت ہی زبردست تھے۔ ابراہیم علیہ السلام کے واقعے، یا ان کے اقوال، ان کو pursue کر رہے تھے۔ تو بس میری چھوٹی سی بات ہے، اس میں اگر مزید guidance مجھے کل بہت ہی. یہ نبی ابراہیم کا جو historical perspective ہے، وہ سمجھ میں آیا۔ جزاک اللہ ۔ اور فیض صاحب، یہاں ابراہیم علیہ السلام جو ہے، دلیل سے ان کو سمجھا رہے ہیں، argument۔ هَلْ يَسْمَعُونَكُمْ أَوْ يَنْفَعُونَكُمْ تو وہ کوئی اس کا answer نہیں دے پاتے ہیں۔ تو جب انہوں نے demonstration بھی دی، ہنڈبوتوں کو توڑ کر، اللہ کی guidance سے، تو اس وقت بھی وہ feel کر رہے تھے کہ ہم ظالم ہیں۔ اس کے بعد قرآن میں لفظ آیا ہے: نُكِسُوا عَلَىٰ وُجُوهِهِمْ وہ آیت مجھے یاد نہیں کہاں پر ہے۔ تو وہاں بھی وہ speechless ہو رہے ہیں کہ ابراہیم علیہ السلام کا خود اپنے زمانے میں بھی ایسا واقعہ ہے، اور پھر اس کے جو imprints ہیں، وہ بعد میں بھی باقی رہتے ہیں، حضور صلی اللہ علیہ وسلم کے زمانے میں بھی۔</w:t>
      </w:r>
    </w:p>
    <w:p>
      <w:pPr>
        <w:jc w:val="right"/>
        <w:bidi/>
      </w:pPr>
      <w:r>
        <w:rPr>
          <w:rFonts w:ascii="Noto Nastaliq Urdu" w:hAnsi="Noto Nastaliq Urdu" w:eastAsia="Noto Nastaliq Urdu" w:cs="Noto Nastaliq Urdu"/>
          <w:sz w:val="26"/>
          <w:rtl/>
          <w:lang w:bidi="ur"/>
        </w:rPr>
        <w:t>جی شاہ صاحب، یہ بات صحیح ہے کہ اللہ نے جو ہے حضرت ابراہیم کی زندگی کو mythology بننے سے بچا لیا۔ تقریباً لوگوں نے جو ہے اس کو mythology بنا ہی دیا تھا۔ یعنی بنی اسرائیل نے بھی، اور بنو اسماعیل نے بھی، مختلف وجوہات سے جو ہے اس کو ، خود ان کی نسل کے بہت سارے لوگوں نے mythology بنا دیا۔ اسی لیے قرآن کہتا ہے: وَكَثِيرٌ مِّنْهُمْ فَاسِقُونَ ان میں جو ہے بہت ایک بڑی تعداد جو ہے فاسقین کی ہے۔ جیسے سامری ہے، سامری کا واقعہ، اس نے حضرت موسیٰ کی موجودگی میں ہی یہ بنا دیا، بت پرستی۔ اسی طرح قارون ہے، اور پھر بعد میں وَتَبَعُوهُمْ مَا تَبْعُوهُمْ مَا تَتْلُو شَيَٰتِينَ عَلَىٰ مُلْكِ سُلَيْمَانٍ یعنی جادو کو بڑھاوا دینا، بنی اسرائیل میں۔ پھر جو ہے اس میں، ان میں جو یربوعام بن نبات جو تھا، ایک ، اس نے باقاعدہ بت پرستی اور مندروں بنائے فلسطین میں۔ اسی طرح یہاں بھی ایسے ہی ہوا، حجاز میں عمر بن لوہی کے زمانے میں باقاعدہ بتوں کی پرستی شروع کرائی گئی، کعبے کے اندر۔ تو almost انہوں نے جو ہے mythology بنا ہی دیا تھا حضرت ابراہیم کو۔ تو غالباً یہاں وَتْلُو عَلَيْهِمْ میں جو ہے یہ سب باتیں شامل ہیں۔ دونوں sides میں جو گڑبڑ ہوئی، حضرت ابراہیم کو لے کر، وہ سب یاد کرو۔ حضرت ابراہیم کی conversation بھی یاد کرو، اور پھر بعد میں کیا سبوتاژ جو ہوا، حضرت ابراہیم کے mission کو جو distort جو کیا گیا، اس کو بھی یاد کرو۔ تو قریش سے یہ کہا جا رہا ہے کہ آپ قریش کو یہ سنائیے، یہ سب باتیں، کہ انہوں نے کس طرح ابراہیم کو جو ہے mythology میں convert کر دیا۔ تو مولانا لکھتے ہیں کہ جو ہے تقریباً پوری تاریخ میں انسانوں نے جو ہے آسمانی ہدایت کو ضائع ہی کیا ہے۔ اس لیے خدا نے ایک آخری intervention لیا، اور جو ہے restoration کا کام اب انسانوں کے ہاتھ میں نہیں ہوگا، بلکہ human freedom میں intervene کر کے جو ہے محفوظ کیا جائے گا۔ یعنی زبردستی تاریخ کے رخ کو ہی موڑ دیا جائے گا، تاکہ خدا کی کتاب محفوظ ہو جائے۔ تو پھر خدا نے جو ہے تاریخ کی گویا کہ ایک surgery کی، اور زمین پر جو ہے قرآن کا اور قرآن کے ماننے والوں کا domination ہوا، جس کی وجہ سے قرآن محفوظ ہو گیا۔ ورنہ پھر دوبارہ وہی ہوتا جو اس سے پہلے ہوا تھا، یعنی خدا کی کتاب کا distort ہو جانا، غیر محفوظ ہو جانا۔ تو یہ تو اللہ تعالی کی intervention سے ہوا، ورنہ انسان تو ہر وقت تو لے ہی رہتے ہیں کہ کسی طرح اس کو mythology بنا کر ہی رکھ دیں۔ وہ جو قرآن کی ایک آیت میں وَيَقْوَانُهُمْ يَمُدُّونَهُمْ فِي الْغَيْبِ ثُمَّ لَا يُحْسِبُونَ کہ ان کے وہ برے بھائی جو ہے، ان کو کھینچتے ہی رہتے ہیں سرکشی میں، اور ذرا بھی وہ تقصیر نہیں کرتے، کوئی partial effort بھی جو ہے نہیں چھوڑتے وہ، اس طرح کرنے میں۔ تو پوری تاریخ میں انسان یہی کرتے رہے ہیں کہ کسی طرح خدا کے دین کو بھی ہاتھ ڈالیں، اور اس کو mythology ہی بنا دیں۔ قریش نے بھی جو ہے تقریباً یہی کام کیا، اللہ کے دین کو بگاڑنے کا، اور 360 بتوں سے بھر دیا کعبے کو۔ تو وہ سب منظر کے پس منظر میں یہ کہا جا رہا ہے: وَاتْلُو عَلَيْهِمْ نَبَعَاۤءِ إِبْرَاهِيمِ یعنی اسرائیل اور اسماعیل، دونوں کی پوری history یاد دلاؤ ان کو، کہ کس طرح چیزوں کو turn کر دیا گیا ہے اصل حقیقت سے۔ یہود نے بھی یہ کیا ہے، اور نصاری نے بھی کیا، اور قریش نے بھی کیا۔ تو یہ paragraph کے مطابق اس کا reason یہ ہے کہ لوگ سوچتے ہیں، سمجھتے نہیں ہیں۔ یعنی حضرت ابراہیم جس town میں پیدا ہوئے تھے، وہاں بھی لوگ ایسے ہی تھے، وہ stagnation کا شکار تھے، mental stagnation کا۔ بعد میں جو ہے اولاد ابراہیم بھی mental stagnation کا شکار ہوئی، سوچنا سمجھنا اور assess کرنا، وہ ختم ہو گیا پھر۔ تو دوبارہ جو ہے ان آیتوں کے ذریعے ان کو reassess کرنے کے لیے کہا جا رہا ہے کہ کوئی چیز کو اس طرح نہیں مانا جاتا، کہ اباؤ اجداد مانتے تھے، اس لیے ہم بھی ماننے لگے۔ یہ کوئی طریقہ نہیں ہے ماننے کا، recheck کرنا اور reassessment کر کے دیکھنا چیزوں کو ، پھر ماننا اس کو۔ تو ہم اپنے اباؤ اجداد کو اس پر پایا، اور ہم یہی کر رہے ہیں، یہ کوئی base نہیں ہے follow کرنے کی۔ Follow کرنے کی base تو یہ ہے کہ آپ نے اچھی طرح check کیا ہو ساری چیزوں کو ۔</w:t>
      </w:r>
    </w:p>
    <w:p/>
    <w:p>
      <w:pPr>
        <w:pStyle w:val="Heading1"/>
      </w:pPr>
      <w:bookmarkStart w:id="11" w:name="vg4"/>
      <w:bookmarkEnd w:id="11"/>
      <w:r>
        <w:t>The Poets (Al-Shu‘ara’) - 26:75-82</w:t>
      </w:r>
    </w:p>
    <w:p>
      <w:bookmarkStart w:id="12" w:name="cl6"/>
      <w:bookmarkEnd w:id="12"/>
      <w:r>
        <w:rPr>
          <w:i/>
          <w:color w:val="77786F"/>
          <w:sz w:val="20"/>
        </w:rPr>
        <w:t>18 Apr 2026 (Urdu)</w:t>
      </w:r>
    </w:p>
    <w:p>
      <w:pPr>
        <w:jc w:val="right"/>
        <w:bidi/>
      </w:pPr>
      <w:r>
        <w:rPr>
          <w:rFonts w:ascii="Noto Nastaliq Urdu" w:hAnsi="Noto Nastaliq Urdu" w:eastAsia="Noto Nastaliq Urdu" w:cs="Noto Nastaliq Urdu"/>
          <w:sz w:val="26"/>
          <w:rtl/>
          <w:lang w:bidi="ur"/>
        </w:rPr>
        <w:t>شاہ صاحب، اس میں خدا کا تعارف کراتے ہوئے حضرت ابراہیم کہہ رہے ہیں کہ "فَإِنَّهُمْ عَدُوُّ الظُّلِيمِ إِلَّا رَبَّ الْعَالَمِينَ" تو بالعموم یہ سمجھا جاتا ہے کہ جو ہے پازیٹو اسلوب، مثبت اسلوب کا مطلب یہ ہے کہ جو ہے تنقید نہ کی جائے۔ یعنی کسی بات پر نکیر کیے بغیر ہی جو ہے اپنا اصل مدعا رکھا جائے۔ لوگ سمجھتے ہیں کہ یہ مثبت اسلوب ہے، لیکن جو ہے مثبت اسلوب کی یہ غلط سوچ ہے۔ یہ مثبت اسلوب اس کو نہیں کہتے۔ تنقید جو ہے کلیرٹی کے لیے ضروری ہے۔ تنقید کے بغیر جو ہے کلیرٹی آتی نہیں۔ یعنی ایسا بھی کوئی آدمی کر سکتا ہے کہ جو ہے شرک کو کچھ نہ کہے اور غلط چیزوں کو کچھ نہ کہے، صرف اپنی بات رکھے۔ تو اس کو مثبت سمجھتے ہیں لوگ، لیکن جو ہے اس سے کلیرٹی نہیں پیدا ہوتی بات میں۔ یہ بھی ضروری ہوتا ہے کہ جو ہے آدمی تنقید کرے۔ تو مولانا جو ہے اسی اسلوب پر تھے: "فَإِنَّهُمْ عَدُوُّ الظُّلِيمِ إِلَّا رَبَّ الْعَالَمِينَ" یعنی اپنا پیغام رکھنے کے ساتھ جو ہے غلط پیغام کا فلاح کیا ہے، اس کے اندر کیا ڈیفیکٹ ہے، اس کو بھی واضح کرتے تھے۔ تو اسی سے جو ہے کلیرٹی پیدا ہوتی تھی۔ تو یہاں حضرت ابراہیم کے اس میں بھی وہ بات دکھائی دے رہی ہے: "فَإِنَّهُمْ عَدُوُّ الظُّلِيمِ إِلَّا رَبَّ الْعَالَمِينَ"۔</w:t>
      </w:r>
    </w:p>
    <w:p>
      <w:pPr>
        <w:jc w:val="right"/>
        <w:bidi/>
      </w:pPr>
      <w:r>
        <w:rPr>
          <w:rFonts w:ascii="Noto Nastaliq Urdu" w:hAnsi="Noto Nastaliq Urdu" w:eastAsia="Noto Nastaliq Urdu" w:cs="Noto Nastaliq Urdu"/>
          <w:sz w:val="26"/>
          <w:rtl/>
          <w:lang w:bidi="ur"/>
        </w:rPr>
        <w:t>آسان ہے۔ خیر، واقعی بہت صحیح بات ہے۔ اسی طرف دھیان ہماری نہیں جا رہی تھی۔ جزاک اللہ، بہت اہم بات ہے۔ جزاک اللہ۔</w:t>
      </w:r>
    </w:p>
    <w:p>
      <w:pPr>
        <w:jc w:val="right"/>
        <w:bidi/>
      </w:pPr>
      <w:r>
        <w:rPr>
          <w:rFonts w:ascii="Noto Nastaliq Urdu" w:hAnsi="Noto Nastaliq Urdu" w:eastAsia="Noto Nastaliq Urdu" w:cs="Noto Nastaliq Urdu"/>
          <w:sz w:val="26"/>
          <w:rtl/>
          <w:lang w:bidi="ur"/>
        </w:rPr>
        <w:t>اور کبھی جو ہے داعی اپنے میسج میں جو ہے شدت پیدا کرنے کے لیے اس کو اس طرح کی ہیمرنگ لینگویج بولنا ہے، بولنا پڑتا ہے۔ کیونکہ اس طرح کی لینگویج بولے بغیر مدعا جو ہے واضح نہیں ہوتا ہے۔ تو یہ تو بات صحیح ہے کہ جو ہے وہ اپنا پیغام پوزیٹیولی رکھتا رہے۔ لیکن کبھی اپنے پیغام میں شدت پیدا کرنے کے لیے یہ بھی ٹھیک طریقہ ہے کہ آدمی شدت سے بات کو بتائے کوئی۔ تو پتھر اور میٹلز جو ہیں، مفسرین بولتے ہیں کہ کیا کیسے دشمن ہو سکتے ہیں؟ کیوں حضرت ابراہیم نے اس طرح کا پتھر اور میٹلز کے بارے میں کہ یہ میرے دشمن ہیں؟ تو غالباً وہ اسی لیے ہے۔ اپنے میسج میں جو ہے شدت اور کلیرٹی لانے کے لیے اس طرح کہا گیا کہ یہ بت جو ہے دشمن ہے۔ میرے دشمن ہیں، مطلب میرے بھی اور تمہارے بھی۔ یہ توحید کو کِل کرتے ہیں اور خدا سے تعلق کو ختم کرواتے ہیں۔ اس لیے یہ دشمن ہیں۔ کیونکہ صوفیاء جو ہیں اس طرح نہیں کرتے تھے۔ وہ اس طرح تنقید نہیں کرتے تھے اپنی دعوت میں۔ صوفیاء حضرات تو ان کو بھیڑ کی بھیڑ مل جاتی تھی۔ لیکن مسئلہ یہ ہے اس طرح کی بھیڑ میں کہ ان کو کلیرٹی ہی نہیں ہوتی ہے باتوں کی۔ وہ سفیدی اور ڈارکنس دونوں کو ایک سمجھتے ہوئے مان لیتے ہیں باتوں کو۔ ان کو کوئی کلیرٹی نہیں ہوتی۔ صوفیاء کے فالوورز کو اور نبیوں کے فالوورز کو اس کی کلیرٹی حاصل ہوتی ہے کہ دونوں میں جو ہے واضح ڈیفرنس ہے۔</w:t>
      </w:r>
    </w:p>
    <w:p/>
    <w:p>
      <w:bookmarkStart w:id="13" w:name="cl7"/>
      <w:bookmarkEnd w:id="13"/>
      <w:r>
        <w:rPr>
          <w:i/>
          <w:color w:val="77786F"/>
          <w:sz w:val="20"/>
        </w:rPr>
        <w:t>20 Apr 2026 (English)</w:t>
      </w:r>
    </w:p>
    <w:p>
      <w:pPr>
        <w:jc w:val="right"/>
        <w:bidi/>
      </w:pPr>
      <w:r>
        <w:rPr>
          <w:rFonts w:ascii="Noto Nastaliq Urdu" w:hAnsi="Noto Nastaliq Urdu" w:eastAsia="Noto Nastaliq Urdu" w:cs="Noto Nastaliq Urdu"/>
          <w:sz w:val="26"/>
          <w:rtl/>
          <w:lang w:bidi="ur"/>
        </w:rPr>
        <w:t>ایا صاحب، یہ نبی ابراہیم، اکاؤنٹ آف ابراہیم، سٹوری آف ابراہیم ، یہ ایک زبردست سٹوری ہے۔ قرآن میں جب اس کو دیکھا جائے تو یہاں بالکل کلیرٹی ہے اس سٹوری میں رب العالمین کی۔ تو اس رب العالمین کو زیادہ واضح کرنے کے لیے کہیں وہ ڈیمانسٹریشن دیتے ہیں، اور اس رب العالمین کو، لارڈ آف دا یونیورس کو، سسٹین آف دا یونیورس کو پرسنلائز کرتے ہیں کہ وہ میرا رب ہے، کائنات کا رب ہے۔ یہ ایک زبردست سٹوری ہے۔ تو سورہ بقرہ میں جب نمرود، یا جو اس وقت کنگ تھے، اس کے ساتھ ان کی بات ہوتی ہے تو موت و حیات کا اس نے بھی کہا کہ میں بھی اس پہ اتھارٹی رکھتا ہوں۔ تو فوراً انہوں نے کاسماس کی طرف توجہ پھیر دی، وہی تھا۔ تو ہی کڈ ناٹ جسٹ گیو اینی انسر۔ تو کہیں وہ کائنات میں دیکھتا ہے، سورج، چاند وغیرہ، ھذا ربی۔ تو یہ ڈیمانسٹریشن ہے لوگوں کے لیے، غالباً۔ تو وہاں بھی رب العالمین کی مزید وضاحت، اور یہاں اپنے اپنے آپ کو رب العالمین کے اس کے احسانات کو یاد کرتے ہوئے، اور پھر ڈے آف دی ججمنٹ کو ذہن نشین کرتے ہوئے، یہ ہمارے لیے زبردست اسوہ ہے۔ واقعی ہر لحاظ سے۔ اس میں اگر مزید گائیڈنس ہو جائے، بہت ہی زبردست سٹوری ہے۔ اور فیض صاحب، یہ جو سٹوری آف ابراہیم ہے، یہ سائنٹیفک ایرا ہے، جو ماڈرن سائنٹیفک ایرا ہی کہیں گے اس کو، اس کے ساتھ کمپیٹیبل ہے۔ یہاں میریکلز نہیں، جو بعض اوقات پرافٹس کے ساتھ ہوتے ہیں، تو یہاں بس ایکسپلینیشنز ہیں، ڈیمانسٹریشنز ہیں، اور فیکٹ چیکنگ ہے، کریٹیسزم ہے، ساؤنڈ کریٹیسزم ہے۔</w:t>
      </w:r>
    </w:p>
    <w:p>
      <w:pPr>
        <w:jc w:val="right"/>
        <w:bidi/>
      </w:pPr>
      <w:r>
        <w:rPr>
          <w:rFonts w:ascii="Noto Nastaliq Urdu" w:hAnsi="Noto Nastaliq Urdu" w:eastAsia="Noto Nastaliq Urdu" w:cs="Noto Nastaliq Urdu"/>
          <w:sz w:val="26"/>
          <w:rtl/>
          <w:lang w:bidi="ur"/>
        </w:rPr>
        <w:t>صاحب، یہ آیتوں کو، سورہ الانعام کی وہ آیتیں جو ہیں، سیونٹی فائیو، وَكَذَا لِي كَنُوْنِ إِبْرَاهِيمَ مَلَكُوتَ السَّمَاوَاتِ وَالْأَرْضِ وَلِيَكُونَ مِنَ الْمُؤْتِمِينَ فَلَمَّا جَنَّى عَلَيْهِ الْلَيْلُ وَالْكَوْكَبَانَ قَالَ هَذَا رَبِّي تو مولانا کہتے ہیں کہ جو انبیاء کا جو طریقہ رہا ہے، وہ ہے انٹلیکچول اویکننگ کا طریقہ۔ انبیاء جو ہیں، انٹلیکچول اویکننگ کے ذریعے لوگوں کو ایڈریس کرتے ہیں۔ بعد میں مسلمانوں میں جو ہے، یہ طریقہ ڈس اپیئر ہو گیا، انٹلیکچول اویکننگ والا، وہ صوفیا کا ماڈل آ گیا ہے لوگوں میں۔ یعنی پراسرار باتیں، پراسرار فضائل ، پراسرار واقعات، جیسے وہ پیر پنجال کے بارے میں کہتے ہیں، وہاں پر کشمیر میں، یا اجمیر کے خواجہ اجمیری کے بارے میں کہتے ہیں۔ تو کچھ عجیب غریب، مسٹیریس باتیں اور کہانیوں کے ذریعے لوگوں کو ایڈریس کرنا، یہ ایک طریقہ رہا ہے پہلے ہی سے۔ دوسرا طریقہ ابراہیمی طریقہ ہے کہ سراؤنڈنگ کو لے کر، نیچر کی سراؤنڈنگ کو لے کر لوگوں کی انٹلیکچول اویکننگ کرنا، ان کا مائنڈ کھولنا۔ تو یہ جو ہے، انبیاء طریقہ ہے، وہ جو ہے، غیر انبیاء طریقہ ہے۔ تو حضرت ابراہیم کا جو ساری سٹرگل جو ہے، انٹلیکچول اویکننگ کے تھرو ہے، ان کا سارا مشن ستاروں کو دیکھا، اور چاند کو دیکھا، اور سورج کو دیکھا، اور اسی طرح جو ہے، وہ بتوں کو توڑ دیا، اور بڑے بت سے پوچھنے کے لیے کہا کہ اس سے پوچھو، کس نے کیا ہے۔ اسی طرح وہ نمرود کا جو واقعہ آپ بتا رہے ہیں، یہاں بھی ویسے ہی ہے، یہاں کی گفتگو میں جو ہے، پرسنلائز کر کے بتا رہے ہیں کہ میرا رب تو یہ یہ کرتا ہے، باقی یہ بت کیا کرتے ہیں، مجھے بتائیے۔ زندگی اور موت، روزی روٹی، اور بیماری، شفا، تو یہ میرا رب کرتا ہے۔ تو باقی یہ بت کیا کرتے ہیں، آپ سوچ کر بتائیے۔ تو یہ انٹلیکچول اویکننگ کا طریقہ ہے۔ تو مولانا کہتے ہیں کہ جو مسلمان انٹلیکچول اویکننگ کے ذریعے اسلام میں داخل ہوئے، ان کے اندر شرک اور بدعت اور اس طرح کی باتیں جو ہیں، کم ہیں۔ اور جو لوگ اس طرح صوفیانہ سٹرگل سے اسلام میں داخل ہوئے، جیسے ہمارے ملک میں، تو ایسے فیملیز میں جو ہے، بدعت اور شرک اور اس طرح کی چیزیں بہت زیادہ ہیں۔ بس جو ہے، اپنے پرانی رسموں کو انہوں نے جو ہے، یہ کر لیا، اسلامائز کر کے کر لیا۔ بجائے ان کی جگہ خوادی اور بتوں کی جگہ قبر پرستی اور پیر پرستی، تو وہ زیادہ مضبوط طریقہ نہیں ہے۔ اگرچہ کہ بھیڑ اس میں ایڈریس ہو جاتی ہے، لیکن وہ زیادہ یہ نہیں رہتی۔ صحیح ان کا مینٹل ایٹیٹیوڈ نہیں ہوتا ہے۔ تو صحیح طریقہ یہی ہے جو حضرت ابراہیم بھی ڑ نہ ہو آپ کے پاس، لیکن تب بھی آپ جو ہے، انٹلیکچول اویکننگ کے طریقے پر کام کریں۔ تو یہ زیادہ مضبوط طریقہ ہے۔ وہ طریقہ جو ہے، زیادہ صحیح طریقہ نہیں ہے۔ بھیڑ تو بہت آتی ہے، لیکن وہ بس یہ کر لیتی ہے، پرانی چیزوں کو نئے فارم میں کرنا شروع کرتی ہے۔ تو اللہ تعالی بھی جو ہے، اس مستقبل کو جانتا تھا، جیسے آپ بتا رہے ہیں کہ مستقبل میں جو ہے، انسان نیچر کی بہت زیادہ ڈسکوری کرے گا، نیچر کی طاقتوں کی، اور کائنات کی جو یہ ہے، ورکنگ پیٹرن جو ہے، اس کو بہت زیادہ انسان ڈسکور کرے گا۔ تو انبیاء کے ذریعے اسی پیٹرن کو کنٹینیو کیا، جو اس دور میں ہونے والا تھا۔ تو اب تو جو ہے، انبیاء کا پیٹرن اور ماڈرن ایجوکیشن دونوں جو ہے، ایک اس پر آ گئے ہیں، ایک ویو لینتھ پر۔ تو اسی لیے مولانا کہتے ہیں کہ سب سے بڑی ڈسکوری یہی ہے کہ انبیاء کا پیٹرن اور سائنس کا پیٹرن دونوں کا ویو لینتھ ایک ہو گیا ہے۔ اسی کو سب سے پہلے نوٹ کرنا چاہیے تھا ہمارے اہل علم۔ مولانا کہتے ہیں، اس کو نوٹ نہیں کیا لوگوں نے۔ سائنس کو ایک ویسٹرن یہ سمجھا، ایک ویسٹرن مائنڈ سیٹ، حالانکہ وہ قرآن کا مائنڈ سیٹ تھا۔ تو ابھی بھی جو مسلمانوں میں جو ماڈل ہے، وہ ابراہیمی ماڈل نہیں ہے، تعلیم اور تربیت کا۔ یعنی ابراہیمی ماڈل یہ ہے کہ آپ یونیورس کو لے کر، اس کو ریفرنس بنا کر جو ہے، لوگوں سے گفتگو کریں، تفہیم تعلیم میں۔ تو مسلمان ابھی بھی جو ہے، اس پیٹرن سے دور ہی ہے۔ جو قرآن کا اصل پیٹرن ہے۔ مولانا کہتے ہیں کہ یہ ہارون رشید کے زمانے میں ہوا، یہ ڈی ریلمنٹ۔ یعنی جو پرانی جو ماڈل جو تھا، ارگیومنٹ کا اور تعلیم کا، اس سے ڈی ریلمنٹ ہو کر فلسفہ اور گیس ورک ہو گیا ماڈل۔ تو اس کے بعد پورا لٹریچر جو ہے، اسی پیٹرن پر ہمارا تیار ہوا، فلسفہ اور اس طرح کی چیزیں۔ جو قرآن کا جو اصل ماڈل تھا، کائنات اور تاریخ کو لے کر لوگوں کا تعلیم و تربیت کرنا، وہ ماڈل سے مسلمان ہٹ گئے۔ تو اس مولانا کہتے ہیں، تجدید دین کتاب میں، اس ڈی ریلمنٹ کو جب تک صحیح نہیں کریں گے، صحیح نسلیں تیار نہیں ہو سکتیں، صحیح مائنڈ سیٹ بن نہیں سکتے۔ یہ سب سے بڑا ڈی ریلمنٹ تھا ہماری اسلامی تاریخ میں کہ ہم یونانی فلسفے کی طرف چلے گئے، قرآن کے ماڈل کو چھوڑ کر۔ یعنی نیچرل لاز اور تاریخ ، اس پر تعلیم و تربیت ہونا تھا، نہ کہ فلسفے پر ۔ تو اس ڈی ریلمنٹ کو ٹھیک کیے بغیر، مولانا کہتے ہیں کہ کوئی اچھی جنریشن تیار نہیں کی جا سکتی۔ کوئی اچھا، اچھی جو ہے نا، مائنڈ بلڈنگ نہیں ہو سکتی، پرسنیلٹی بلڈنگ ۔</w:t>
      </w:r>
    </w:p>
    <w:p/>
    <w:p>
      <w:pPr>
        <w:pStyle w:val="Heading1"/>
      </w:pPr>
      <w:bookmarkStart w:id="14" w:name="vg5"/>
      <w:bookmarkEnd w:id="14"/>
      <w:r>
        <w:t>The Poets (Al-Shu‘ara’) - 26:83-89</w:t>
      </w:r>
    </w:p>
    <w:p>
      <w:bookmarkStart w:id="15" w:name="cl8"/>
      <w:bookmarkEnd w:id="15"/>
      <w:r>
        <w:rPr>
          <w:i/>
          <w:color w:val="77786F"/>
          <w:sz w:val="20"/>
        </w:rPr>
        <w:t>21 Apr 2026 (Urdu)</w:t>
      </w:r>
    </w:p>
    <w:p>
      <w:pPr>
        <w:jc w:val="right"/>
        <w:bidi/>
      </w:pPr>
      <w:r>
        <w:rPr>
          <w:rFonts w:ascii="Noto Nastaliq Urdu" w:hAnsi="Noto Nastaliq Urdu" w:eastAsia="Noto Nastaliq Urdu" w:cs="Noto Nastaliq Urdu"/>
          <w:sz w:val="26"/>
          <w:rtl/>
          <w:lang w:bidi="ur"/>
        </w:rPr>
        <w:t>عامر بھائی، کل تمہاری جو بات ہو رہی تھی ریسپٹوٹی کے جگہ، مولانا سے جو گفتگو ہوئی تھی، تو مولانا نے کہا تھا کہ جس کے دل میں کسی کے لیے نفرت ہو، چھپی یا ظاہری، وہ اس کی جنت جو ہے اسٹیک پر ہے۔ جنت اس کی داؤ پر لگی ہوئی ہے۔ تو بہت زیادہ امپورٹنٹ بات ہے۔ اس آیت میں جو قلب سلیم جو کہہ رہے ہیں، اللہ تعالیٰ جو قلب سلیم کے ساتھ آیا، وہ یہی بات ہے۔ یعنی ان کے دل جو ہیں، پرندوں کے دل کی طرح صاف ہوں گے۔ مطلب جنتیوں کے دل۔ اس کا مطلب یہ ہے کہ انسان اپنے دل کو اس طرح صاف رکھے، کھلے اور چھپے دونوں انداز سے۔ اسی لیے وہ مولانا جو کہتے تھے کہ آدمی جو ہے دنیا سے جب واپس ہو تو ایسا واپس ہو کہ اس کے دل میں ایٹا کے برابر بھی ہیٹریڈ نہ ہو، وہ اسی آیت کی وجہ سے کہتے تھے۔ مولانا اس کو کہتے ہیں کہ میری اس دنیا کی یہ آخری دریافت ہے کہ اس طرح کا دل بنانا اور اس ایسے دل کے ساتھ واپس ہونے کی کوشش کرنا دنیا سے۔ تو مفسرین جو ہیں، اس کا مطلب یہی بتا رہے ہیں کہ شرک اور لعن طعن سے پاک ذہن۔ سليم من الشرك واللعن. ایسا دل جو شرک اور نیگیٹیو تھاٹس سے ہیٹریڈ سے خالی ہو۔ تو مولانا کی وہ بات جو ہے، بالکل یہ ٹیکسٹ پر بیس کرتی ہے کہ ایٹا کے برابر بھی دل میں ہیٹریڈ نہ ہو۔ اس حالت میں دنیا سے جو واپس ہوا، وہی اصل کامیاب ہے۔ تو بظاہر دیکھنے میں ایسا لگتا ہے کوئی سیکولر بات ہے، لیکن اصل میں وہ یہ آیت پر بیس کرتی ہے وہ بات۔ مولانا جی ۔</w:t>
      </w:r>
    </w:p>
    <w:p>
      <w:pPr>
        <w:jc w:val="right"/>
        <w:bidi/>
      </w:pPr>
      <w:r>
        <w:rPr>
          <w:rFonts w:ascii="Noto Nastaliq Urdu" w:hAnsi="Noto Nastaliq Urdu" w:eastAsia="Noto Nastaliq Urdu" w:cs="Noto Nastaliq Urdu"/>
          <w:sz w:val="26"/>
          <w:rtl/>
          <w:lang w:bidi="ur"/>
        </w:rPr>
        <w:t>فیاض بھائی، میرے کو اور ایک بہت امپورٹنٹ چیز لگی، جہاں مولانا کمنٹری میں کہہ رہے ہیں کہ مطلب حضرت ابراہیم کی بھی وہ دعا ریجیکٹ ہو گئی جہاں پہ وہ اپنے فادر کے لیے پارڈن مانگ رہے ہیں۔ تو کیونکہ اللہ چاہتا ہے کہ اسکا اور اسکے سبجیکٹ کے بیچ میں کوئی انٹرونشن نا ہو۔ یہ کتنی امپورٹنٹ ہے کہ وو ڈائریکٹ آپسے کنکشن چاہتا ہے، اینڈ یے چاہتا ہے کہ آپ ہولی ہول ہارٹیڈلی سرینڈر کریں اپنے آپکو، تبھی وو آپکا آپکو پاردن ملیگا۔ تو یے میرے کو بہت امپورٹنٹ لگا ادھر کہ کوئی انٹرونشن نہیں ہونی چاہیے۔ اینڈ دیٹ از وہاٹ اللہ وانٹس فراں اس۔</w:t>
      </w:r>
    </w:p>
    <w:p>
      <w:pPr>
        <w:jc w:val="right"/>
        <w:bidi/>
      </w:pPr>
      <w:r>
        <w:rPr>
          <w:rFonts w:ascii="Noto Nastaliq Urdu" w:hAnsi="Noto Nastaliq Urdu" w:eastAsia="Noto Nastaliq Urdu" w:cs="Noto Nastaliq Urdu"/>
          <w:sz w:val="26"/>
          <w:rtl/>
          <w:lang w:bidi="ur"/>
        </w:rPr>
        <w:t>یہ بات جو ہے نا بہت امپورٹنٹ ہے یہ ، کیونکہ لوگ جو ہیں آدمی کو تو خود اپنی مغفرت کی فکر نہیں ہے، لیکن جو ہمارا ریلیجس جو یہ ہے سروس دینے والے، وہ جو ہے کسی کے مرنے کے بعد جو ہے اس کے لیے مغفرت کی مجلسیں کرواتے ہیں۔ مرنے والے کو تو خود جو ہے کوئی خواہش نہیں تھی آخرت کی، فکر نہیں تھی اس کو ، لیکن مرنے کے بعد جو ہے یہ مغفرت کی مجلسیں کرواتے ہیں۔ تو یہ ایک فیک، یہ یہ جھوٹی باتیں ہیں جو گروڈم لوگوں میں پھیلایا ہے کہ مرنے کے بعد ختم قرآن کراؤ، آیت کریمہ پڑھاؤ یا کھانا کھلاؤ۔ تو یہ یہ سب جو ہے یوزلیس باتیں ہیں، بیسلیس باتیں ہیں جو مذہبی طبقہ ایجاد کیا ہے۔ اس کا خدا اور اس کے رسول کے دین سے کوئی تعلق نہیں۔ یہ سب باتوں جب تک خود آدمی مغفرت کا فکرمند نہ ہو، کوئی دوسرا اس کی فکرمندی سے اس کو فائدہ ہونے والا نہیں ۔</w:t>
      </w:r>
    </w:p>
    <w:p/>
    <w:p>
      <w:bookmarkStart w:id="16" w:name="cl9"/>
      <w:bookmarkEnd w:id="16"/>
      <w:r>
        <w:rPr>
          <w:i/>
          <w:color w:val="77786F"/>
          <w:sz w:val="20"/>
        </w:rPr>
        <w:t>22 Apr 2026 (Urdu)</w:t>
      </w:r>
    </w:p>
    <w:p>
      <w:pPr>
        <w:jc w:val="right"/>
        <w:bidi/>
      </w:pPr>
      <w:r>
        <w:rPr>
          <w:rFonts w:ascii="Noto Nastaliq Urdu" w:hAnsi="Noto Nastaliq Urdu" w:eastAsia="Noto Nastaliq Urdu" w:cs="Noto Nastaliq Urdu"/>
          <w:sz w:val="26"/>
          <w:rtl/>
          <w:lang w:bidi="ur"/>
        </w:rPr>
        <w:t>اسلام صاحب، یہ حضرت ابراہیم علیہ السلام نبوت کے ملنے کے بعد کہہ رہے ہیں کہ ربّ حبلی حکما۔ یعنی نبوت تو الریڈی ملی ہوئی ہے، تو پھر اس پر ایک ایکسٹرا چیز کا ڈیمانڈ کر رہے ہیں کہ مجھے جو ہے رائٹ انڈرسٹینڈنگ بھی دے یا وزڈم بھی دے۔ تو اس پر غور کرنے سے پتہ چلتا ہے کہ جو ہے نبوت اور حکمت دو الگ الگ چیزیں ہیں۔ یعنی جیسے اس سے پہلے ہم بات کیے تھے، لوگ یہ سمجھتے ہیں کہ پیغمبروں کو ہر ہر اینگل بتایا جاتا ہے، یعنی ایسے جاؤ، ایسے کرو۔ تو پیغمبر اس کو جو ہے خدا جیسے بتاتا ہے، ویسے ہی کرتے ہیں۔ مولانا کا کہنا یہ ہے کہ جو ہے ایسا نہیں ہے۔ ان کو بھی جو ہے بیسک ارڈر دیے جاتے ہیں، بعد میں ان کو کریٹیوٹی کے ساتھ کرنا ہوتا ہے۔ پیغمبر بھی جو ہے ایسا نہیں ہوتا کہ جو ہے ہر ہر بات اس کو بتائی جاتی ہے۔ اس کو جو ہے اپنی کریٹیوٹی یا اجتہادی سوچ کو اویل کرنا ہوتا ہے۔ اس لیے جو ہے بعض جگہ پیغمبروں کو ڈانٹ بھی پڑتی ہے، جیسے رسول اللہ کو کئی جگہ یہ کیا گیا کہ آپ نے یہ غلط کیا۔ اگر ہر کام وہ وحی کے ذریعے ہی کرتے تو پھر یہ ڈانٹ کے کیا معنی ہوں گے؟ تو مولانا کہتے ہیں کہ وہ جو ہے اپنی کریٹیوٹی کا استعمال کرتے ہیں، پھر جو ہے کبھی اس میں غلطیاں بھی ہوتی ہیں، تو ان کو اس پر یہ بھی پڑتی ہے، کریکشن۔ کریکشن کی کال ، کریکشن کال بھی دی جاتی ہے۔ تو اس کا مطلب یہ ہے کہ رائٹ انڈرسٹینڈنگ جو ہے ایک الگ چیز ہے، نبوت سے ہٹ کر، جس کو ہم کہہ سکتے ہیں کہ جو ہے کریٹیو سوچ یا اجتہادی سوچ۔ تو مولانا جو ہے ایک مرتبہ ہم لوگوں کو فون کیے تھے، مجھے بھی کہ حکمت کی ڈیفینیشن کیا ہے، بتائیے، کسی نے لکھا ہو تو۔ تو پھر اس کے بعد مولانا نے جو ہے وہ اسپیشل شمارہ، خصوصی نمبر جو حکمت وہ یہ کیا تھا، لکھا تھا۔ تو اس میں مولانا کہتے ہیں کہ حکمت کی تعریف یہ ہونی چاہیے، ریلیونٹ کو اریلیونٹ سے الگ کر کے دیکھیں۔ اگر کسی کے اندر یہ صلاحیت ہے، ریلیونٹ کو اریلیونٹ سے الگ کر کے دیکھ سکے، تو ہم کہہ سکتے ہیں کہ جو ہے اس کو وزڈم یا حکمت ملی۔ تو مولانا اس کی مثال وہی دیتے ہیں کہ رسول اللہ نے جو ہے کعبے کے 360، 360 بتوں کو اس کے اڈینس سے الگ کر کے دیکھا۔ یہ ایک اس کی مثال ہے حکمت کی۔ حکمت کیا چیز ہے؟ تو اس آیت میں جو مولانا رائٹ انڈرسٹینڈنگ کی جو بات کہہ رہے ہیں، وہ یہی چیز ہے کہ کسی کے اندر یہ صلاحیت ہو کہ وہ ریلیونٹ کو اریلیونٹ سے الگ کر کے دیکھ سکتا ہو۔ تو یہی ربّ حبلی حکما ہے۔ یعنی نبوت کے بعد بھی ایک چیز کی ضرورت ہوتی ہے، وہ ہے اجتہادی سوچ۔ وہ اجتہادی سوچ یہی ہے کہ آدمی جو ہے دو الگ الگ چیزوں کو فرق کر سکے۔ جیسے رسول اللہ نے کیا، کعبے کے 360 بت اور اڈینس کی اویلیبلٹی، دونوں میں فرق کیا رسول اللہ نے؟ یہ حکمت کیا ہے یا رائٹ انڈرسٹینڈنگ کیا ہے؟ سیکولر مثالوں سے بھی اس کو سمجھا جا سکتا ہے۔ دو مثالیں ہیں مولانا کی لٹریچر میں۔ انہوں نے ایک جگہ کہیں لکھا ہے، اسباق تاریخ میں غالباً ، کہ جب پارسی فیملی ہندوستان آئی تو شاید وہ گجرات کے کسی ساحل پر آئے تھے، مائیگریٹ ہو کر پارسی لوگ۔ تو راجہ کے دربار میں ان کو جو ہے پرمیشن کے لیے جانا تھا کہ ہم یہاں سیٹل ہونا چاہتے ہیں۔ تو راجہ کے دربار میں جب پہنچے، وہ پارسی فیملی کے ہیڈ، انہوں نے کہا کہ ہم آپ کے ملک میں رہنا چاہتے ہیں، آپ ہمیں یہاں رہنے کی اجازت دیجئے۔ تو راجہ نے جو ہے ایک دودھ کا بھرا ہوا جو ہے گلاس دیا پارسی فیملی یا کمیونٹی کے ہیڈ کو۔ اس کا مطلب یہ تھا کہ ہماری ہمارا ملک جو ہے کنٹری الریڈی لوگوں سے بھری ہوئی ہے، مور لوگوں کے لیے سپیس نہیں ہے۔ یہ مطلب تھا راجہ کا بھرے ہوئے دودھ کے گلاس کا۔ تو مولانا لکھتے ہیں کہ جو ہے وہ ہیڈ جو تھے، وہ بہت ہی حکیم آدمی تھے، وائس آدمی تھے۔ انہوں نے اس گلاس میں جو ہے شکر ڈال دیا، شکر ڈال کے واپس کیا۔ اس کا مطلب یہ تھا کہ جو ہے ہم آپ کے ملک میں نو پرابلم انسان بن کے رہیں گے اور آپ کے ملک کو جو ہے سویٹ بھی کریں گے، ہم پرابلم پیدا کیے بغیر۔ تو اس طرح جو ہے ان کو ان کے اس جواب سے بادشاہ وہ راجہ بہت خوش ہوا اور سیٹل ہونے کی اجازت۔ تو غالباً رائٹ انڈرسٹینڈنگ یہی ہے۔ سیکولر مثال سے اگر ہم سمجھنا چاہیں کہ ربّ حبلی حکمن کیا ہے، تو یہ مثال سے ہم سمجھ سکتے ہیں۔ یعنی گویا کہ وہ پارسی کمیونٹی کے ہیڈ جو تھے، ایک کریٹیو انسان تھے۔ ان کو پتہ تھا کہ جو ہے ان دا سپاٹ کیسے کریٹیو انسر دینا ہے، کیسے ری ایکٹ کرنا ہے، وہ اچھی طرح جانتے تھے۔ اس کا مطلب تبھی انہوں نے جو ہے اتنا اچھا انسر کیا راجہ کو ۔ تو غالباً اسی لیے قرآن میں جو ہے یہ دو چیزوں کو الگ الگ ذکر کیا جاتا ہے، حکمت اور نبوت۔ بہت ساری جگہ اس کو الگ الگ ذکر کیا گیا ہے، حکمت اور نبوت کے عنوان سے۔ تو نبوت جو ہے، ہم کہہ سکتے ہیں کہ جو ہے وحی ہے، ریولیشن، اور حکمت جو ہے، اس کی پریکٹیکل وزڈم ہے یا اجتہادی سوچ ہے، کریٹیو سوچ۔ تو نبوت اور رائٹ انڈرسٹینڈنگ یا نبوت اور ساتھ میں جو ہے کریٹیو تھنکنگ، اگر یہ کسی کو ملی تو اس کو بہت بڑی چیز مل گئی۔ اگر ہمارے پاس وہی وہ قرآن اور حدیث ہو، لیکن کریٹیو سوچ نہ ہو یا وزڈم نہ ہو، تو پھر جو ہے قرآن و حدیث رہتے ہوئے بھی کوئی بہت زیادہ فائدہ نہیں ہوتا ہے۔ تو وحی کے اس کے ساتھ ورژن کے ساتھ جو ہے کریٹیو تھنکنگ اور وزڈم کا ہونا جو ہے بہت ضروری ہے۔ اسی لیے اللہ تعالی جس کے ساتھ بھلائی چاہتا ہے، اس کو رائٹ انڈرسٹینڈنگ دیتا ہے۔ جو مولانا کہہ رہے ہیں، وہ بہت امپورٹنٹ لگ رہا ہے۔ تو موجودہ جو مسلمان ہیں، ان کے پاس قرآن حدیث تو ہے، لیکن کریٹیو تھنکنگ یا رائٹ تھنکنگ نہیں ہے، رائٹ انڈرسٹینڈنگ۔ اس لیے کوئی بہت زیادہ فائدہ نہیں اٹھا پاتے ہیں قرآن و حدیث کا ۔</w:t>
      </w:r>
    </w:p>
    <w:p/>
    <w:p>
      <w:pPr>
        <w:pStyle w:val="Heading1"/>
      </w:pPr>
      <w:bookmarkStart w:id="17" w:name="vg6"/>
      <w:bookmarkEnd w:id="17"/>
      <w:r>
        <w:t>The Poets (Al-Shu‘ara’) - 26:90-104</w:t>
      </w:r>
    </w:p>
    <w:p>
      <w:bookmarkStart w:id="18" w:name="cl10"/>
      <w:bookmarkEnd w:id="18"/>
      <w:r>
        <w:rPr>
          <w:i/>
          <w:color w:val="77786F"/>
          <w:sz w:val="20"/>
        </w:rPr>
        <w:t>23 Apr 2026 (Urdu)</w:t>
      </w:r>
    </w:p>
    <w:p>
      <w:pPr>
        <w:jc w:val="right"/>
        <w:bidi/>
      </w:pPr>
      <w:r>
        <w:rPr>
          <w:rFonts w:ascii="Noto Nastaliq Urdu" w:hAnsi="Noto Nastaliq Urdu" w:eastAsia="Noto Nastaliq Urdu" w:cs="Noto Nastaliq Urdu"/>
          <w:sz w:val="26"/>
          <w:rtl/>
          <w:lang w:bidi="ur"/>
        </w:rPr>
        <w:t>جی سلام صاحب۔ اس مضمون کی آیتیں قرآن میں کافی جگہ ہیں۔ مولانا جو کہہ رہے ہیں کہ لیڈروں کی اندھی اتباع، اسی کو جو غالباً پیئر پریشر کہا جاتا ہے۔ پیئر پریشر کا مطلب سماج کے جو انفلوئنس والے لوگ ہیں، ان کے پریشر میں رہنا۔ تو حضرت ابراہیم کے اسٹوری کے حصے میں یہ کہا جا رہا ہے کہ گویا کہ حضرت ابراہیم بھی جو ہیں، ایسے ہی ایک ماحول میں پیدا ہوئے، جہاں جو ہے ان کا خاندان کا پریشر اور سماج کا اور اسٹیٹس والے لوگوں کا ان پر جو ہے بڑا زور تھا۔ تو اس کو انہوں نے توڑا، حضرت ابراہیم نے پیئر پریشر کو توڑ کر جو ہے سچائی کو ایز اٹ از دیکھنے کی کوشش کی۔ تو گویا کہ جو ہے قرآن اس پر انکریج کر رہا ہے کسی انڈیویجول کو کہ وہ اپنے ماحول میں جو ہے کنڈیشنڈ نہ ہو جائے۔ یعنی آدمی جو ہے بہت آسانی سے کنڈیشنڈ ہو جاتا ہے۔ جہاں رہتا ہے، وہاں کنڈیشنڈ اور بغیر سوچے کے جو ہے فالو کرنے لگتا ہے۔ تو ان فی ذاتک آیا کا مطلب حضرت ابراہیم کی زندگی میں یہ لیسن موجود ہے کہ جو ہے اپنے سراؤنڈنگ سے پریشرائز نہیں ہونا۔ سراؤنڈنگ کو جو ہے بغیر چیک کیے کے قبول نہ کرنا، بلکہ اچھی طرح چیک کرنا۔ اور اگر وہ صحیح ہے تو ماننا، ورنہ اپنا راستہ خود بنانا۔ جیسے حضرت ابراہیم نے بنایا۔ تو غالباً آیت ان فی ذاتک آیا میں یہی بات ہے کہ اپنے اندر اس طرح کا عزم اور کریج پیدا کرو کہ اپنے ماحول کے اگینسٹ سوچ سکو۔ اگر اس طرح کی صلاحیت نہیں ہوگی تو پھر آدمی جو ہے وہی کسی کے ڈکٹیشن میں زندگی گزار کے ختم ہو جاتا ہے۔ کچھ اس کو فائدہ نہیں ہوتا، نہ دین کا نہ دنیا کا۔ تو کسی کے ان نیسیسری ڈکٹیشن میں رہنا جو ہے آدمی کے لیے کوئی اچھی علامت نہیں ہے۔ وہ سوچے، سمجھے، تجزیہ کرے، اور پھر جو ہے بات اگر صحیح ہو تو لے، ورنہ وہ کم سے کم اپنی ذات کے لیول پر اس سے بچے۔ غلط پریشر سے غالباً یہی حضرت ابراہیم کی زندگی کی آیت ہے۔ ان فی ذاتک آیا کہ اس لیول کا کریج اگر پیدا کر سکو تو جو ہے زیادہ بڑی بات ہے۔ حضرت ابراہیم جیسا۔ غالباً حنیف کا مطلب بھی یہی ہے۔ حضرت ابراہیم کو حنیف جو کہا گیا، انی وجہت وجیہ۔ یہی وجہ سے حضرت ابراہیم حنیف ہیں کہ وہ سوشل پریشر میں جو ہے آنے کے لیے تیار نہیں تھے۔ انہوں نے آزادانہ طور پر سوچا، سمجھا، چیک کیا چیزوں کو، اور پھر جو سچائی تھی اس کی طرف متوجہ ہو گئے۔ انی وجہت وجیہ۔ تو حضرت ابراہیم جو ہیں، ایک بہت ہی ریولوشنری ٹائپ کا جو ہے پرسنلٹی ہے انسانی تاریخ میں کہ کبھی بھی سماج کے پریشر کو، ان نیسیسری پریشر کو انہوں نے ایکسیپٹ نہیں کیا۔ تو اسی لیے حنیف، حنیف کا مطلب غالباً یہی ہے سماجی دباؤ سے آزاد شخصیت ۔</w:t>
      </w:r>
    </w:p>
    <w:p/>
    <w:p>
      <w:bookmarkStart w:id="19" w:name="cl11"/>
      <w:bookmarkEnd w:id="19"/>
      <w:r>
        <w:rPr>
          <w:i/>
          <w:color w:val="77786F"/>
          <w:sz w:val="20"/>
        </w:rPr>
        <w:t>24 Apr 2026 (English)</w:t>
      </w:r>
    </w:p>
    <w:p>
      <w:pPr>
        <w:jc w:val="right"/>
        <w:bidi/>
      </w:pPr>
      <w:r>
        <w:rPr>
          <w:rFonts w:ascii="Noto Nastaliq Urdu" w:hAnsi="Noto Nastaliq Urdu" w:eastAsia="Noto Nastaliq Urdu" w:cs="Noto Nastaliq Urdu"/>
          <w:sz w:val="26"/>
          <w:rtl/>
          <w:lang w:bidi="ur"/>
        </w:rPr>
        <w:t>فیاض صاحب، یہ جو ورس 101 ہے، جس میں " people of hell will regret of having no sincere friend" ، تو کیا یہ کہنا صحیح ہوگا کہ it highlights the importance of having a right companionship in this world ؟ کیونکہ while living in this world, often distractions and forces of materialism pull us towards them. تو بڑا important بن جاتا ہے کہ آپ کا کوئی sincere friend ہو، یا کوئی true well-wisher ہو، جو اس effect کو counterbalance کرے۔ جو negative forces ہیں materialism کا، تو اس کو counterbalance کر کے آپ کو remind کرائے about God, about hereafter, paradise, hell۔ اور modern اصطلاح میں، جہاں پہ physical companionship جو ہے وہ digital companionship میں change ہو گئی ہے، تو یہ کتنا important ہے کہ ایک انسان جو ہے اپنے آپ کو attach کرے، ایک right mission کے ساتھ، ان pages کو follow کرے، جو بار بار اس کو notify کرے about the remembrance of آخرت۔ تو آپ اس کے بارے میں اگر kindly guide کریں گے تو بڑا صحیح ہوگا۔</w:t>
      </w:r>
    </w:p>
    <w:p>
      <w:pPr>
        <w:jc w:val="right"/>
        <w:bidi/>
      </w:pPr>
      <w:r>
        <w:rPr>
          <w:rFonts w:ascii="Noto Nastaliq Urdu" w:hAnsi="Noto Nastaliq Urdu" w:eastAsia="Noto Nastaliq Urdu" w:cs="Noto Nastaliq Urdu"/>
          <w:sz w:val="26"/>
          <w:rtl/>
          <w:lang w:bidi="ur"/>
        </w:rPr>
        <w:t>عامر صاحب، یہ بہت important لگ رہا ہے آپ جو کہہ رہے ہیں right companionship والی بات۔ ایک حدیث ہے، اس میں بتایا گیا ہے کہ " الرجل یورف بقليله ، فلینظر من یخالل" ، یعنی آدمی جو ہے اپنے دوست کے ذریعے پہچانا جاتا ہے۔ تو اللہ کے رسول کہہ رہے ہیں کہ تم چیک کر لو کہ جو ہے کس کو اپنا دوست بنا رہے ہو۔ فلینظر اَیُّکُم مَن يُخَالِلُ۔ تو right companionship جو ہے، وہ آدمی کو بناتی ہے، اور غلط companionship جو ہے، بگاڑتی ہے۔ یہ صحیح بات ہے بہت۔ جیسے قرآن میں اس کی ایک مثال جو ہے، نوح کے بیٹے کی ہو سکتی ہے۔ حضرت نوح کا بیٹا جو ہے، جب بارش اور طوفان شروع ہوا تو کسی پہاڑ پر جو ہے، وہ refuge لے لیا۔ حضرت نوح اس کو بلاتے رہے کہ جو ہے، ایمان لے آ اور میرے ساتھ کشتی میں آ جا۔ لیکن وہ سنا نہیں ہوا۔ اسی طرح جو ہے، حضرت لوط کی بیوی ، اس کا بھی کیس وہی تھا، wrong companionship کا۔ اس کا بھی معاملہ بگڑ گیا، حالانکہ وہ نبی کے گھر میں تھی وہ۔ تو right companionship جو ہے، آدمی کو بناتی ہے، اور ایسا نہ ہو تو جو ہے، معاملہ اگر پیغمبر کے گھر میں بھی ہے تو بگڑ جاتا ہے۔ جیسے نوح اور لوط کا، لوط کی مثال ہمارے پاس ہے۔ تو جو انگریزی میں کہا جاتا ہے، "a friend in need, a friend indeed" ، تو اس کو بدلنا چاہیے۔ "A friend with right thinking, a friend indeed"۔ تو right thinking والا ہی جو ہے، اصل دوست ہے۔ باقی تو سب temporary ہیں، ساری چیزیں۔ تو قرآن میں جو ہے، دو تین جگہ یہ جہنم کا یہ منظر ہے، "تخاصم اہل النار"، اس کو قرآن کہتا ہے۔ یعنی جہنمیوں کی آپس میں گفتگو، یا آپسی dispute۔ کئی جگہ یہ منظر بتایا گیا ہے، جس کے اندر جو ہے، وہ ایک دوسرے کو allegation دیتے ہیں کہ تمہاری دوستی نے مجھے یہ کیا، برباد کر دیا۔ کئی جگہ ہے قرآن میں، اس کے اس جگہ کے علاوہ۔ اسی طرح جو ہے، جنتیوں کی بھی گفتگو ہے قرآن کے اندر، کہ جنتی کہیں گے کہ فلاں میرا ایک ساتھی تھا، میں اس کو نہیں دیکھ پا رہا ہوں۔ تو پھر جب وہ دیکھیں گے تو جو ہے، فَرَآءُ فِي سَوَائِلٍ، جہنم کے سینٹر میں اس کو دیکھیں گے۔ تو جنتی کہیں گے، "طَلَّىٰۤءِ لَخَطِكِ تَلَتُرْدِينَ"۔ یہ تو تو جو ہے، دنیا میں مجھے برباد کرنے پر ہی تلا ہوا تھا۔ تو قرآن میں دونوں ٹائپ کی گفتگو ہے، تخاصم اہل النار اور تکالم اہل الجنہ۔ یعنی جہنمیوں کے آپس میں dispute اور جنتیوں کی آپس میں گفتگو۔ تو قرآن میں ایک دوسری جگہ ہے، غلط ساتھی جو ہے، اتنے برے ہوتے ہیں انسان کے لیے۔ قرآن کہتا ہے، "وَإِخْوَانُهُمْ يَمُدُّونَهُمْ فِي الْغَيْبِ ثُمَّ لَا يُحْسِبُونَ" ۔ یعنی غلط دوست، غلط برادرز جو ہے، آدمی کو جو ہے، برائی یا اس کی طرف کھینچتے ہی رہتے ہیں، اور اس میں وہ ذریع بھی کمی نہیں کرتے۔ "وَإِخْوَانُهُمْ يَمُدُّونَهُمْ فِي الْغَيْبِ ثُمَّ لَا يُحْسِبُونَ"۔ تو یہ بہت ہی dangerous معاملہ ہوتا ہے۔ تو برے دوستوں کی بہت ہی بری صفت بتائی گئی ہے، "وَإِخْوَانُهُمْ يَمُدُّونَهُمْ فِي الْغَيْبِ ثُمَّ لَا يُحْسِبُونَ"۔ کہ ان کے غلط دوست جو ہے، ان کو کھینچتے ہی رہتے ہیں بربادی میں یا گمراہی میں، اور ذریع بھی کمی نہیں کرتے وہ۔ تو کل کی کلاس کے بعد جو ہے، غور کرتے ہوئے یہ بات سمجھ میں آئی تھی کہ ایک ہوتا ہے social pressure، یا جس کو آج کل کہتے ہیں peer pressure۔ سماج کے influence، influencer سے آدمی دبے رہنا، pressurize رہنا۔ کہ کوئی material زندگی کے لیے pressurize کر رہا ہے، کوئی کسی اور کے لیے، کوئی کسی اور کے لیے۔ تو آدمی جو ہے، بالعموم اسی میں پھنسا رہتا ہے، کسی نہ کسی کے pressure یا influence میں۔ تو حضرت ابراہیم کا جو "إنَّ فِي ذَٰلِكَ لَا عَيَا"، حضرت ابراہیم کی زندگی میں ایک lesson ہے۔ تو lesson یہی ہے کہ social pressure میں نہ رہنا، بلکہ خدائی pressure میں زندگی گزارنا۔ social pressure سے اپنے آپ کو نکال کے، divine pressure میں اپنے آپ کو pressurize کرتے رہنا، یہی اصل سبق ہے "إنَّ فِي ذَٰلِكَ لَا عَيَا"۔ تو لوگ عام طور پر جو ہے، peer pressure، social pressure، family pressure، material pressure، اس میں دبے رہتے ہیں۔ تو "إنَّ فِي ذَٰلِكَ لَا عَيَا" کا مطلب یہ لگ رہا ہے کہ ابراہیم کا جو model ہے وہ یہ ہے کہ نہیں، اس سارے pressure کو deny کرو، اور divine pressure کو اپنے اوپر allow کرو۔ تو divine pressure میں رہنا، یہ ابراہیمی model ہے۔ اور divine pressure کے باہر کسی اور pressure میں رہنا، یہ non-Ibrahimi model ہے زندگی کا۔ تو ابراہیم جو ہے، کبھی بھی divine pressure کے علاوہ کسی pressure کو اجازت نہیں دیتے تھے اپنے لیے۔ اور مولانا بھی کہتے تھے، "don't allow anyone to dictate you"۔ کسی کو یہ right مت دیجیے کہ وہ جو ہے، آپ کو dictate کرے۔ یعنی unhealthy sense میں۔ یعنی undivinely pressure کو جو ہے، آپ dictate کرنے مت دیجیے کسی کو اپنے اوپر۔ نہ family، نہ دوست، نہ corporate life، نہ material need، کوئی بھی آپ کو جو ہے، pressurize نہ کر سکے۔ یہی ابراہیم کی زندگی کا lesson ہے۔ تو "إنَّ فِي ذَٰلِكَ لَا عَيَا" ، یہ بہت important لگ رہا ہے، حضرت ابراہیم کے واقعے کے بعد۔ "عَيَا" یہی ہے، عَيَا یا lesson۔ یہی ہے کہ جو ہے، ہر pressure کو deny کیجیے، اور divine pressure کو جو ہے، welcome کیجیے۔ تو مولانا اس کی بہت بہترین مثال ہے ہمارے اطراف میں، کہ ہر ایک کو ہم دیکھتے ہیں کسی نہ کسی کے pressure میں، مولوی ہو، chemist ہو، movements ہو یا organization ، کسی نہ کسی pressure میں ہو۔ کوئی political pressure ، کوئی غیر قوموں کا pressure، اس عنوان سے جی رہے ہیں۔ مختلف pressure میں لوگ جی رہے ہیں سب، مولوی، غیر مولوی۔ مولانا جو ہے، اس کا ایک exception model ہے ایک، کہ یہ سارے pressure کو جو ہے، deny کرنا، اور خدائی pressure کو allow کرنا اپنے اوپر۔ تو پوری مولانا کی زندگی اور مولانا کی writing ، اسی آیت کا نمونہ ہے، "إنَّ فِي ذَٰلِكَ لَا عَيَا" کا۔ تو "don't allow anyone to dictate you"، غالباً یہی ہے ابراہیمی model کے لیے ہم وہ کہیں گے، کہ ابراہیم نے کبھی بھی allow نہیں کیا کسی pressure کو اپنے اوپر ۔</w:t>
      </w:r>
    </w:p>
    <w:p/>
    <w:p>
      <w:pPr>
        <w:pStyle w:val="Heading1"/>
      </w:pPr>
      <w:bookmarkStart w:id="20" w:name="vg7"/>
      <w:bookmarkEnd w:id="20"/>
      <w:r>
        <w:t>The Poets (Al-Shu‘ara’) - 26:116-122</w:t>
      </w:r>
    </w:p>
    <w:p>
      <w:bookmarkStart w:id="21" w:name="cl12"/>
      <w:bookmarkEnd w:id="21"/>
      <w:r>
        <w:rPr>
          <w:i/>
          <w:color w:val="77786F"/>
          <w:sz w:val="20"/>
        </w:rPr>
        <w:t>27 Apr 2026 (Urdu)</w:t>
      </w:r>
    </w:p>
    <w:p>
      <w:pPr>
        <w:jc w:val="right"/>
        <w:bidi/>
      </w:pPr>
      <w:r>
        <w:rPr>
          <w:rFonts w:ascii="Noto Nastaliq Urdu" w:hAnsi="Noto Nastaliq Urdu" w:eastAsia="Noto Nastaliq Urdu" w:cs="Noto Nastaliq Urdu"/>
          <w:sz w:val="26"/>
          <w:rtl/>
          <w:lang w:bidi="ur"/>
        </w:rPr>
        <w:t>اس قادری صاحب، آپ جو لکھے ہیں کہ فکری طوفان میں جو ہے موجودہ سارے لوگ جو ہیں پھنسے ہوئے ہیں، اور اس فکری طوفان سے جو ہیں وہ لوگ بچے ہوئے ہیں جو قرآن و حدیث کو صحیح انداز سے مانیں، تو بات امپورٹنٹ ہے۔ یہ آیتوں پر غور کرنے سے ایسا لگ رہا ہے کہ انسان کا جو مسئلہ ہے، یعنی ما يأتي من رسول إلا كانوا به يستهزئون کہ جب بھی کوئی رسول آیا تو لوگوں نے اس کو ریڈیکول کیا، مذاق اڑایا۔ تو سوچنے سے لگتا ہے کہ جو ہے ایسا کیوں کرتا ہے انسان، کوئی فرد یا کوئی کمیونٹی ایسا کیوں یہ کرتی ہے، استہزاء کیوں کرتی ہے۔ تو اس کا غالباً جو ہے مولانا کہتے تھے کہ ہر آدمی کا کیس جو ہے اوور ایسٹیمیشن کا کیس ہے، یعنی انسان اپنے کو اوور ایسٹیمیٹ کرتا ہے، اور آنے والے پیغام کو جو ہے انڈر ایسٹیمیٹ کرتا ہے۔ تو یہیں وہ صحیح بات پکڑ نہیں پاتا، کیا کرنا چاہیے اس کو۔ یعنی فرد کی سطح پر بھی ایسا ہوتا ہے، کمیونٹی اور سماج کی سطح پر بھی کہ اپنے آپ کو اوور ایسٹیمیٹ کرنا اور آنے والے میسج یا سمجھانے والوں کو جو ہے انڈر ایسٹیمیٹ کرنا۔ تو اسی وجہ سے غالباً جو ہے نوح کی قوم کی سٹوری بھی جو ہے اس کی بن گئی کذبت کی، نوح کو انہوں نے ریجیکٹ کیا کیونکہ حضرت نوح کو انہوں نے انڈر ایسٹیمیٹ کیا باتوں کو ، اور اپنے آپ کو اوور ایسٹیمیٹ کیا۔ تو غالباً یہی وجہ ہے کہ فرد ہو یا کوئی کمیونٹی ہو، اسی کی وجہ سے اس کی سٹوری سکسیس یا فیلیر کی بنتی ہے۔ تو إنه كان عبدا شكورا جو کہا گیا ہے سورہ بنی اسرائیل میں ذريت من حمل لا معنوا إنه كان عبدا شكورا حضرت نوح کو جو ہے عبد شکر کہا گیا۔ تو غالباً شکر وہی انسان ہے جو خدا کی باتوں کو جو ہے سیریس لے اور ایز اٹ از سمجھے، اس کو نہ اس کو انڈر ایسٹیمیٹ کرے ، نہ اس کو لائٹ لے۔ تو شکر کا مطلب غالباً یہ ہے کہ جو ہے قدردان انسان، یعنی جو باتوں کی قدردانی کرتا ہو سن کر، نہ کہ اس کو انڈر ایسٹیمیٹ کرتا ہو۔ تو حضرت نوح اور ان کے ساتھی کامیاب اس لیے ہوئے کہ وہ شکور تھے، یعنی باتوں کو انڈر ایسٹیمیٹ نہیں کرتے تھے۔ دوسرے لوگ اس لیے جو ہے نہیں سمجھ سکے کہ انہوں نے پیغام کو انڈر ایسٹیمیٹ کیا۔ آج بھی جو ہے مولانا اور مولانا کے ساتھ جنہوں نے کام کیا، ان کو یہ احساس ہے کہ جو ہے اتنی محنت کی، اتنا لکھا، اتنا سمجھایا، اتنا بتایا، لیکن جو ہے کوئی آدمی سمجھنے کے لیے تیار نہیں ہے۔ تو یہ وہی بات ہے جو آیتوں کے اندر کہی گئی ما يأتي من رسول إلا كان به يستهزئون کہ ہمیشہ سے انسان کی روش یہی رہی ہے کہ وہ سمجھانے والوں کو جو ہے انڈر ایسٹیمیٹ کر لیتا ہے، حالانکہ وہ گمبھیر بات ہوتی ہے بہت، لیکن وہ اس کو گمبھیرتا سے نہیں لیتا انسان۔ تو قرآن خود کہہ رہا ہے کہ انسان ہمیشہ سے ایسے ہی رہے، سوائے کچھ ایکسیپشنز کے، کچھ انسان ہمیشہ جو ہے ایز اٹ از لیتے ہیں، اور اکثر ایسے ہی رہتی ہے۔ تو گویا کہ یہ جو ہے انسانی ہسٹری کی پوری کہانی یہی بن گئی ہے، پیغمبروں سے لے کر جو ہے داعیوں اور گواہی دینے والوں تک، ہر ایک کو یہی تجربہ ہو رہا ہے۔ تو یہ بہت ہی عجیب بات ہے انسانوں کے بارے میں کہ انہوں نے پیغمبروں کو بھی ریجیکٹ کیا اور دعوات کو بھی ریجیکٹ کیا۔ تو ریجیکشن کی جو ہے پوری ہیومن ہسٹری جو ہے ریجیکشن کی سٹوری بن چکی ہے۔ تو یہ بہت ہی زیادہ گمبھیر بات ہے، یعنی چاہے انبیاء ہوں، چاہے غیر انبیاء دعوات ہوں، سب کو جو ہے یہ فیلنگ اور ایکسپیرینس ہو رہا ہے کہ جو ہے انسان سنتے نہیں، سمجھتے نہیں باتوں کو، اپنے کو اوور ایسٹیمیٹ کرتے ہیں اور صحیح بات کو جو ہے انڈر ایسٹیمیٹ کرتے ہیں۔ یہ پوری ہیومن ہسٹری کی کہانی بن گئی ہے۔ اسی پر اللہ تعالی یا حسرت نرالی بات کہہ رہا ہے، انسانوں پر افسوس ہے کہ وہ جنریشن بائی جنریشن اسی غلطی میں مبتلا ہیں۔ تو غالباً جو ہے نوح کے جیسا ڈسٹرکشن جو ہے اس لیے نہیں آتا ہے، وہ جو بائبل میں جو بات بتائی گئی کہ اللہ تعالی نے جو ہے جب حضرت نوح کے بعد طوفان کے بعد زمین پر دیکھا تو سارا جو ہے تباہ ہو گیا تھا، ہر طرف زمین پر جو ہے تباہی مچی ہوئی تھی۔ تو اللہ تعالی کو دیکھ کر جو ہے بہت ترس آیا انسانوں پر زمین پر۔ ایک ہی لونلی پلینٹ ہے، وہ بھی جو ہے ڈسٹروئے ہو گیا۔ تو اللہ تعالی کو جو ہے اس پر بہت رحم آیا، بائبل میں ہے۔ تو اس وقت جو ہے سامنے ریمبو تھی، قوس قضا، تو اللہ تعالی نے جو ہے ریمبو کو اپنی اپنے لیے جو ہے ایز اے اس کے لے لیا، سمبل کے کہ اب میں اس کے بعد جو ہے کبھی بھی انسانوں کو قیامت تک تباہ نہیں کروں گا۔ یعنی ٹوٹل تباہی حضرت نوح کی طرح پھر قیامت تک کبھی نہیں آئے گی۔ انسان چاہے کتنا بھی ریجیکٹ کرے، کتنا بھی انڈر ایسٹیمیٹ کرے، تو بائبل میں ہے کہ جب بھی اس کے بعد مجھے انسانوں کے ریجیکشن پر غصہ آئے گا تو میں جو ہے قوس قضا کو دیکھ کر جو ہے اپنے آپ کو روکے رکھوں گا کہ یہ میرا وعدہ ہے، جب تک زمین پر زندگی ہے اور اس کا خاتمے کا وقت نہیں آئے گا، اور اس وقت تک میں انسانوں کو ختم نہیں کروں گا اس کے بعد۔ تو اسی لیے انسان جو ہے زمین پر بچے ہوئے ہیں، غالباً ورنہ حضرت نوح کے بعد بھی انسانوں نے وہی کیا جو قوم نوح نے کیا۔ تو ہر دعوت کی جو ایپیسوڈ ہے، وہ فرسٹریشن اور جو ہے ان ہیپی اس سے پر ہی ختم ہو رہی ہے۔ جتنے بھی دعوتی پروگرام بن رہے ہیں، وہ انسان ان کے ساتھ یہی سلوک کر رہا ہے۔</w:t>
      </w:r>
    </w:p>
    <w:p/>
    <w:p>
      <w:bookmarkStart w:id="22" w:name="cl13"/>
      <w:bookmarkEnd w:id="22"/>
      <w:r>
        <w:rPr>
          <w:i/>
          <w:color w:val="77786F"/>
          <w:sz w:val="20"/>
        </w:rPr>
        <w:t>28 Apr 2026 (English)</w:t>
      </w:r>
    </w:p>
    <w:p>
      <w:pPr>
        <w:jc w:val="right"/>
        <w:bidi/>
      </w:pPr>
      <w:r>
        <w:rPr>
          <w:rFonts w:ascii="Noto Nastaliq Urdu" w:hAnsi="Noto Nastaliq Urdu" w:eastAsia="Noto Nastaliq Urdu" w:cs="Noto Nastaliq Urdu"/>
          <w:sz w:val="26"/>
          <w:rtl/>
          <w:lang w:bidi="ur"/>
        </w:rPr>
        <w:t>ہاں، مرزا صاحب، اس میں قرآن میں اور بائبل میں اس واقعے کی اور بھی ڈیٹیل ہے۔ بائبل میں بھی بہت زیادہ ڈیٹیل ہے، سر۔ تو قرآن کہتا ہے کہ حضرت نوح کی عمر 950 سال تھی۔ بائبل میں بھی یہی ہے: طوفان نوح کے بعد نوح 350 برس اور زندہ رہا۔ نوح کی عمر 950 برس کی ہوئی، اور تب اس نے وفات پائی۔ یہ بائبل میں ہے، 950 برس کی عمر میں۔ تو اس دور کے لوگوں کی عمریں غور کرنے سے پتہ چلتا ہے، بائبل اور قرآن سے کہ کافی لمبی لمبی عمریں تھیں۔ یعنی حضرت نوح کے والد کی عمر جو ہے، بائبل میں بتائی گئی، 750 سال، تقریباً۔ تو اس طرح کی ڈیٹیل سے پتہ چلتا ہے کہ آج کل تو عمریں جو ہیں، بہت ہی کم ہیں اس کے مقابلے میں۔ یعنی وہ لوگ 1900 سال، 700 سال زندہ رہتے تھے۔ اب تو ایوریج جو ہے، 70، 80 ، اس کے آس پاس ہی ہے۔ تو غور کرنے سے لگتا ہے کہ جو ہے، اللہ تعالیٰ نے پہلے امتحان کی مدت جو ہے، انسان کو زیادہ دی زمین پر۔ لیکن انسان جو ہے، اوور اسٹیمیشن کا شکار ہو گیا اپنے بارے میں۔ یعنی ایک تو عمریں بھی لمبی ہوتی تھیں، اور جسم بڑے طاقتور اور بڑے اچھے ہوتے تھے۔ اور زمین پر ریسورسز بھی جو ہے، بہت زیادہ تھے، abundant تھے۔ تو یہ سب ماحول کی وجہ سے انسان اوور اسٹیمیشن کرنے لگا اپنے آپ کا۔ اور ہمیشہ جو ہے، کنفیوژن میں، false imagination میں ہی in general رہا ہے۔ سارے واقعات یہی بتاتے ہیں: کذبت، کذبت۔ یعنی نوح کی قوم نے انکار کیا، ہود کی قوم نے انکار کیا، صالح کی قوم نے انکار کیا۔ تو غالباً اس کے بعد اللہ تعالیٰ نے جو امتحان کی مدت کم کر دی انسان کی۔ یعنی 1000 سال، 900 سال کے بجائے صرف 100 سال میں ہی سارا معاملہ جو ہے، finish کر دیا گیا۔ تو اب جو امتحان کی مدت ہے، وہ قوم نوح یا قوم عاد، قوم ثمود کی طرح نہیں ہے، بلکہ بہت reduce کر دی گئی انسان کو اسٹڈی کرنے کے بعد۔ کہ اتنا زیادہ ٹائم کی انسان کو ضرورت نہیں ہے، نہ اتنے طاقتور جسموں کی ضرورت ہے۔ تو غالباً نوح کے واقعے کے بعد اللہ تعالیٰ نے اس میں کمی کر دی، ایسا لگ رہا ہے، بائبل اور قرآن کے مطابق۔ تو یہ دیکھنے میں آیا ہے کہ جو ہے، لمبی عمریں اور طاقتور جسم جو ہے، انسان کو false hope میں اور false estimation میں ڈال دیتے ہیں۔ تو بالعموم یہی ہوا تاریخ میں ساری۔ تو اب جو ہے، انسانوں کی عمریں اتنی کم ہیں کہ جو ہے، وہ کچھ کر ہی نہیں پاتے۔ اور اس سے پہلے ہی جو ہے، ان کی achievement سے پہلے ہی ان کی ڈیتھ آ جاتی ہے آج کل۔ یعنی ابھی وہ سیکھتے ہی رہتے ہیں، کچھ نہ کچھ، کچھ نہ کچھ۔ کیسے زندگی بنائی جائے، کیسے اپنے life affairs کو آگے بڑھایا جائے۔ اسی وقت آئین ان کی موت آ جاتی ہے۔ کوئی آدمی بڑا اسکالر بن نہیں پاتا، اس سے پہلے بوڑھا ہو جاتا ہے۔ کوئی بڑا politician بن نہیں پاتا، اس سے پہلے ہی اس کی ڈیتھ آتی ہے۔ کوئی آدمی بڑا businessman بن ہی نہیں پاتا، اس سے پہلے ہی اس کا معاملہ finish کر دیا جاتا ہے آج کل۔ یعنی حضرت نوح طوفان کے بعد بھی 350 سال زندہ رہے، بائبل کے مطابق ۔ 950 سال، 900 سال کی عمر میں انتقال۔ تو گویا ان کو اس کے بعد بھی ایک لمبی مدت ملی، حضرت نوح کو۔ لیکن جو ہے، پھر اس کو change کر دیا گیا۔ اس کے بعد جو ہے، ایسا ماحول نہیں رہا۔ آدمی ابھی کچھ کرنے کی سوچتے ہی رہتا ہے، اس learning period میں ہی رہتا ہے۔ اس سے پہلے ہی اس کی ڈیتھ ہو جاتی ہے۔ تو ان فی ذالک الایام میں غالباً یہ angle بھی ہے، عمروں کا reduce ہو جانا۔</w:t>
      </w:r>
    </w:p>
    <w:p/>
    <w:p>
      <w:pPr>
        <w:pStyle w:val="Heading1"/>
      </w:pPr>
      <w:bookmarkStart w:id="23" w:name="vg8"/>
      <w:bookmarkEnd w:id="23"/>
      <w:r>
        <w:t>The Poets (Al-Shu‘ara’) - 26:123-135</w:t>
      </w:r>
    </w:p>
    <w:p>
      <w:bookmarkStart w:id="24" w:name="cl14"/>
      <w:bookmarkEnd w:id="24"/>
      <w:r>
        <w:rPr>
          <w:i/>
          <w:color w:val="77786F"/>
          <w:sz w:val="20"/>
        </w:rPr>
        <w:t>29 Apr 2026 (Urdu)</w:t>
      </w:r>
    </w:p>
    <w:p>
      <w:pPr>
        <w:jc w:val="right"/>
        <w:bidi/>
      </w:pPr>
      <w:r>
        <w:rPr>
          <w:rFonts w:ascii="Noto Nastaliq Urdu" w:hAnsi="Noto Nastaliq Urdu" w:eastAsia="Noto Nastaliq Urdu" w:cs="Noto Nastaliq Urdu"/>
          <w:sz w:val="26"/>
          <w:rtl/>
          <w:lang w:bidi="ur"/>
        </w:rPr>
        <w:t>جبکہ ان کے بھائی ہود نے ان سے کہا کہ کیا تم لوگ ڈرتے نہیں ؟ میں تمہارے لیے ایک معتبر رسول ہوں ، پس اللہ سے ڈرو اور میری بات مانو۔ اور میں اس پر تم سے کوئی بدلہ نہیں مانگتا، میرا بدلہ صرف خداوند عالم کے ذمہ ہے۔ کیا تم ہر اونچی زمین پر لاحاصل ایک یادگار عمارت بناتے ہو اور بڑے بڑے محل تعمیر کرتے ہو ، گویا تمہیں ہمیشہ رہنا ہے؟ اور جب کسی پر ہاتھ ڈالتے ہو تو جبار بن کر ڈالتے ہو۔ پس تم اللہ سے ڈرو اور میری بات مانو۔ اور اس اللہ سے ڈرو جس نے ان چیزوں سے تمہیں مدد پہنچائی جن کو تم جانتے ہو۔ اس نے تمہاری مدد کی چوپائیوں اور اولاد سے ، اور باغوں اور چشموں سے ۔ میں تمہارے اوپر ایک بڑے دن کے عذاب سے ڈرتا ہوں۔ تشریح: عاد وہ قوم ہے جس کو قوم نوح کی تباہی کے بعد دنیا میں عروج ملا۔ سورہ الاعراف، سورہ نمبر 60، آیت 69۔ اس قوم کو اللہ تعالی نے صحت، فارغ البالی، اور اقتدار ، ہر چیز عطا فرمائی۔ ان چیزوں پر اگر وہ شکر کرتے تو ان کے اندر تواضع کا جذبہ ابھرتا، مگر انہوں نے اس پر فخر کیا۔ نتیجہ یہ ہوا کہ ان کے لیے اپنے وسائل کا سب سے زیادہ پسندیدہ مصرف یہ بن گیا کہ وہ اپنے معیار زندگی کو بڑھائیں۔ وہ اپنے نام کو اونچا کریں۔ وہ اپنی عظمت کے سنگی نشانات قائم کرنے کو سب سے بڑا کام سمجھنے لگے۔ ایسے لوگوں کا حال یہ ہوتا ہے کہ جب انہیں کسی سے اختلاف یا شکایت ہو جائے تو ان کی متکبرانہ نفسیات انہیں کسی حد پر رکنے نہیں دیتی۔ وہ اس کے خلاف ہر بے انصافی کو اپنے لیے جائز کر لیتے ہیں۔ وہ اس کو اپنی پوری طاقت سے پیس ڈالنا چاہتے ہیں۔ دنیا کی درستگی انہیں آخرت کی پکڑ سے بے خوف کر دیتی ہے۔ اور جو شخص اپنے آپ کو آخرت کی پکڑ سے محفوظ سمجھ لے ، دوسرے لوگ اس کی پکڑ سے محفوظ نہیں رہ سکتے۔ جن لوگوں کو خوشحالی اور برتری حاصل ہو جائے، ان کے اندر اپنے بارے میں جھوٹا اعتماد پیدا ہو جاتا ہے۔ یہ جھوٹا اعتماد ان کے لیے اپنے سے باہر کی صداقت کو سمجھنے میں معنی بن جاتا ہے۔ وہ ناصح کی بات کو اہمیت نہیں دیتے، خواہ وہ کتنا ہی قابل اعتبار کیوں نہ ہو، خواہ وہ خدا کا رسول ہی کیوں نہ ہو۔ ایسے لوگ اسی وقت مانتے ہیں جبکہ خدا کا عذاب انہیں ماننے پر مجبور کر دے۔ تشریح دوبارہ: عاد وہ قوم ہے جس کو قوم نوح کی تباہی کے بعد دنیا میں عروج ملا۔ اس قوم کو اللہ تعالی نے صحت، فارغ البالی، اور اقتدار، ہر چیز عطا فرمائی۔ ان چیزوں پر اگر وہ شکر کرتے تو ان کے اندر تواضع کا جذبہ ابھرتا، مگر انہوں نے اس پر فخر کیا۔ نتیجہ یہ ہوا کہ ان کے لیے اپنے وسائل کا سب سے زیادہ پسندیدہ مصرف یہ بن گیا کہ وہ اپنے معیار زندگی کو بڑھائیں۔ وہ اپنے نام کو اونچا کریں۔ وہ اپنی عظمت کے سنگی نشانات قائم کرنے کو سب سے بڑا کام سمجھنے لگے۔ ایسے لوگوں کا حال یہ ہوتا ہے کہ جب انہیں کسی سے اختلاف یا شکایت ہو جائے تو ان کی متکبرانہ نفسیات انہیں کسی حد پر رکنے نہیں دیتی ۔ وہ اس کے خلاف ہر بے انصافی کو اپنے لیے جائز کر لیتے ہیں۔ وہ اس کو اپنی پوری طاقت سے پیس ڈالنا چاہتے ہیں۔ دنیا کی درستگی انہیں آخرت کی پکڑ سے بے خوف کر دیتی ہے۔ اور جو شخص اپنے آپ کو آخرت کی پکڑ سے محفوظ سمجھ لے ، دوسرے لوگ اس کی پکڑ سے محفوظ نہیں رہ سکتے۔ جن لوگوں کو خوشحالی اور برتری حاصل ہو جائے ، ان کے اندر اپنے بارے میں جھوٹا اعتماد پیدا ہو جاتا ہے۔ یہ جھوٹا اعتماد ان کے لیے اپنے سے باہر کی صداقت کو سمجھنے میں معنی بن جاتا ہے۔ وہ ناصح کی بات کو اہمیت نہیں دیتے ، خواہ وہ کتنا ہی قابل اعتبار کیوں نہ ہو، خواہ وہ خدا کا رسول ہی کیوں نہ ہو۔ ایسے لوگ اسی وقت مانتے ہیں جبکہ خدا کا عذاب انہیں ماننے پر مجبور کر دے۔ اب مثلاً مولانا نے کہیں لکھا ہے کہ کسی انگریز نے قرآن پڑھا، پڑھنے کے بعد اس نے جو ہے اپنا فیڈ بیک میں اس نے کہا کہ "The supreme concern of the Quran is Allah." قرآن کا جو سب سے مین جو سبجیکٹ ہے وہ اللہ ہے۔ تو یہ پیراگراف پڑھنے سے جب ایسا لگ رہا ہے کہ جو ہے "The supreme concern of the Quran is tazkeer." یعنی قرآن جو ہے ہر وقت انسان کے تھاٹس کریکشن کی کوشش کرتا ہے۔ جب بھی انسان تھوڑا سا اوور اسٹیمیٹ ہوتا ہے کسی اپنے حالات کی وجہ سے تو قرآن فوراً وہاں پر انٹرفیئر کرتا ہے اور کہتا ہے کہ جو ہے یہ بڑھی ہوئی ڈیزائر ہے، یہ حد سے بڑھا ہوا خیال ہے۔ تو اس کو کریکٹ کر کے جو ہے اپنی جگہ پر لاؤ، اس کو واپس۔ تو گویا کہ جو ہے حضرت ہود نے قوم عاد کو یہی کیا کہ خوشحالی اور ان کی اچھے حالات جو ہے ان کے تھاٹس کو جو ہے یہ کر دیے تھے۔ اس کی نیچرل سائز سے زیادہ بڑھا دیے تھے ان کو۔ تو حضرت ہود نے یہی کوشش کی کہ یہ جو ہے اوور اسٹیمیشن ہے تمہارے تھاٹس کا، اس کو واپس کرو پھر نیچرل لیمٹ میں لے کر آؤ اس کو۔ تو تقریباً قرآن کا ہر صفحہ ایسا لگتا ہے کہ یہی چاہتا ہے انسان سے کہ وہ نیچرل لیمٹ میں رہے باتوں کی۔ کوئی بھی سپورٹنگ سچویشن جو ہے اس کو اوور اسٹیمیشن میں نہ ڈالے۔ تقریباً قرآن کا ہر پیج یہ کوشش کرتا ہوا دکھتا ہے انسان سے۔ اور مفسرین کہہ رہے ہیں کہ جو ہے یہ عمارتوں سے مراد، مثانے سے مراد جو ہے وہی چیزیں ہیں جس کو آج کل کلب یا انٹرٹینمنٹ یہ کہتے ہیں۔ انٹرٹینمنٹ کی جگہیں جیسے سوئمنگ پول ہے، کنسرٹ ہال ہے، میوزیکل بلڈنگز ہیں، میوزیکل ایونٹس کے لیے بلڈنگ۔ تو قوم عاد جو ہے یہ سب جو ہے عمارتیں بڑی اس سے بناتے تھے۔ مفسرین کہہ رہے ہیں جہاں وہ انٹرٹین کر سکیں اور نیچر سے خوب جو ہے انجوائے کر سکیں۔ تو مولانا ایک جگہ لکھتے ہیں کہ جو ہے جب بھی انسان کے پاس تھوڑی سی سہولت ہوتی ہے تو یہی سوچتا ہے کہ فلاورز اور جو ہے پلانٹس کے بیچ میں ایک خوبصورت بلڈنگ بنائے، خوبصورت گھر بنائے۔ تقریباً سارے انسان یہی کرتے ہیں، چھوٹے بڑے۔ اور پھر وہیں سے جو ہے اوور اسٹیمیشن کی غلطی شروع ہوتی ہے انسان کی کہ میں لینڈ سٹی میں رہتا ہوں اور گیٹڈ کمیونٹیز میں رہتا ہوں۔ اس طرح کی جو ساری چیزیں ہیں وہاں سے ٹریڈ شروع ہوتا ہے انسان کے مائنڈ میں۔ پھر وہ نیچرل سائز سے باہر سوچنا شروع کرتا ہے اپنے کو لے کر۔ اور پھر نصیحت اور اس طرح کی باتیں اس کو صحیح نہیں لگتی ۔</w:t>
      </w:r>
    </w:p>
    <w:p/>
    <w:p>
      <w:bookmarkStart w:id="25" w:name="cl15"/>
      <w:bookmarkEnd w:id="25"/>
      <w:r>
        <w:rPr>
          <w:i/>
          <w:color w:val="77786F"/>
          <w:sz w:val="20"/>
        </w:rPr>
        <w:t>30 Apr 2026 (English)</w:t>
      </w:r>
    </w:p>
    <w:p>
      <w:pPr>
        <w:jc w:val="right"/>
        <w:bidi/>
      </w:pPr>
      <w:r>
        <w:rPr>
          <w:rFonts w:ascii="Noto Nastaliq Urdu" w:hAnsi="Noto Nastaliq Urdu" w:eastAsia="Noto Nastaliq Urdu" w:cs="Noto Nastaliq Urdu"/>
          <w:sz w:val="26"/>
          <w:rtl/>
          <w:lang w:bidi="ur"/>
        </w:rPr>
        <w:t>عامر بھائی، ان آیتوں میں جن لگژریز کا ذکر ہے، مثانے اور اسٹون بلڈنگز وغیرہ، تو اس پر غور کرنے سے یہ لگتا ہے کہ قد یم زمانے میں انسان جو ہے، جتنا بھی یہ پایا تھا، بہت ہی لمیٹڈ تھا۔ بہت کچھ پایا ان لوگوں نے، لیکن آج کے کمپیریزن میں ایسا لگتا ہے کہ اس دور میں جو ہے، تھاؤزنڈز ٹائم جو ہے، زیادہ ملا ہوا ہے۔ یہ سب جیسے روز ہم اخبار دیکھیں تو اس کے اندر جو ہے، ایک اسپیشل پیج ہی ہوتا ہے، اسپورٹس کے نام سے۔ پورے ایک دو پیج ہوتے ہیں جس میں دنیا میں کہاں کہاں گیم چل رہے ہیں، کون میڈلز لے رہے ہیں۔ اس طرح کی جو ہے، پوری ایک یہی ہوتا ہے سیکشن ہی۔ اولمپکس گیمز اور لوکل نیشنل گیمز، اس طرح جو ہے، دسیوں ٹائپ کے پوری دنیا میں گیم چلتے رہتے ہیں، اور لوگ جو ہے، اس میں سٹہ بازی کرتے ہیں۔ اور ایک پورا ایک یہ ہے، سب مرج ہونے کے لیے پورا ایک ورلڈ ہے لوگوں کے لیے۔ اسی طرح جو ہے، یہ جو کہتے ہیں ٹورزم ، ٹورزم کے نام سے جو ہے، اتنی ایکٹیویٹیز ہیں دنیا میں۔ قوم عاد کی ایکٹیویٹیز کچھ بھی نہیں ہے اس کے سامنے۔ ہر ملک میں، ہر نیشن میں۔ اسی طرح فیشن ڈیزائننگ کے نام سے اتنے زیادہ جو ہے، ایکٹیویٹیز ہیں فیشن ڈیزائننگ کے نام سے، کلوت ھ کی تراش خراش کو لے کر کہ عاد و ثمود کچھ بھی نہیں ہے اس کے سامنے۔ اسی طرح بیوٹی سیلون اور یہ ایکسٹرنل اپیئرنس کو لے کر اتنا زیادہ لوگ خرچ کرتے ہیں۔ ہر کارنر پہ جو ہے، اس طرح کے بیوٹی پارلر، اسپا، اس ٹائپ کی چیزیں بھری ہوئی ہیں۔ تو عاد اور ثمود سے زیادہ جو ہے، لوگ اب ایکسٹرنل چیزوں کے اوپر اور لگژریز کے اوپر یہ کرتے ہیں، خرچ کرتے ہیں۔ تو اس کا نقصان یہ ہو رہا ہے کہ لوگوں کے اندر جو ہے، ڈیپ تھنکنگ ، گہری سوچ جو ہے، نہیں پیدا ہوتی۔ یہ سب ایکٹیویٹیز کی وجہ سے۔ بس لوگ سخی سوچتے ہیں، کچھ سخی نیک کام کرتے ہیں، بس۔ کوئی گہری فکر پیدا نہیں ہوتی۔ تو غالباً وہ جو حدیث میں ہے کہ قیامت کے قریب لوگوں کی عقلیں جو ہے، پرندوں کے عقلوں کی طرح ہلکی ہوں گی۔ تو جتنا انسان جو ہے، اس طرح کا یہ کلچر جو ہے، ریل کلچر وغیرہ وغیرہ، جتنا اس میں انوالو ہوتا جاتا ہے، اتنا زیادہ وہ یہ ہوتا جاتا ہے۔ تھنکنگ کے لحاظ سے بہت ہی سادہ اور ہلکا۔ تو پھر اس کو کوئی بڑی بات نہ سمجھ میں آتی ہے، نہ سمجھائی جا سکتی ہے۔ تو غالباً لوگ جو ہے، اسی لیے آج گہری باتوں کو سمجھتے نہیں ہیں۔ آج ہر ایک ایکسٹرنل اپیئرنس اور اس طرح کی ایکٹیویٹیز میں اتنا خوش ہے، اتنا کانفیڈنس میں ہے کہ وہ سمجھتا ہے کہ وہ بالکل پرفیکٹ ہے، وہ اس کا معاملہ۔ حالانکہ ایسا نہیں ہے۔ صرف وہ انٹرٹینمنٹ کلچر ہے، بس۔ اس سے زیادہ اس کی کوئی ویلیو نہیں ہے۔ تو گویا کہ یہ آیتیں یہ کہہ رہی ہیں کہ آدمی جو ہے، اس طرح کے عفت عقل، ہلکی عقل کا سبب بننے والی چیزوں سے بچے۔ وہ کسی ڈیپ ایکٹیویٹی میں رہے۔ جب تک وہ ایسا نہیں کرے گا، اس کے اندر نصیحت پکڑنا، لیسن لینا، اپنی غلطیوں کو جاننا ، یہ سب باتیں نہیں پیدا ہوں گی۔ اگر وہ اسی میں رہا، اس طرح کے انٹرٹینمنٹ کلچر اور دکھاوا کلچر میں۔ تو جو کوئی بھی اس طرح کی ایکٹیویٹی میں ہے، اس سے جو ہے، ڈیپ تھنکنگ اور ڈیپ ریزننگ جو ہے، ختم ہو جاتی ہے۔ پھر وہ اس پر نہ خدا کی کتاب کا اثر ہوتا ہے، نہ پیغمبر کی بات کا ، نہ کسی داعی کے تحریر یا تقریر کا۔ وہ اس کو بھی ایسے ہی لائٹ لیتا ہے، جس طرح باقی چیزوں کو لائٹ لے رہا ہے۔ ایک روایت ہے کہ ایک مرتبہ حضرت عمر رسول اللہ سے ملاقات کے لیے آئے تو دیکھا کہ رسول اللہ جو ہے، ایک کھجور کی چٹائی پر لیٹے ہوئے ہیں، اور اس کی وجہ سے رسول اللہ کے جسم پر اس کے نشان ہیں۔ کھجور کی چٹائی کے نشان رسول اللہ کی سکن پر۔ تو حضرت عمر کو جو ہے، بہت تکلیف ہوئی اس سے، اور رسول اللہ سے کہا کہ اللہ کے رسول، یہ ایران اور روم تو جو ہے، بہت ہی لگژریس لائف گزارتے ہیں، اور آپ خدا کے رسول ہیں، اور آپ ایسے گزار رہے ہیں۔ تو رسول اللہ نے کریکشن کیا اور کہا کہ ایران اور روم جو ہے، ان باتوں میں رہنے کی وجہ سے ان کی تھنکنگ بھی ایسی ہی ہو گئی ہے، ایک دم سیدھی سادی۔ تو اس پر کوئی یہ افسوس کی کوئی بات نہیں ہے۔ کھجور کی چٹائی پر میں لیٹا ہوا ہوں، تو یہ کوئی افسوس کی بات نہیں ہے۔ اس سے تو جو ہے، ہائی تھنکنگ آتی ہے، سمپل ذہن سے ۔ اور ایران اور روم جو ہے، ان چیزوں کی وجہ سے ان کے اندر سے یہ ختم ہو گئی ہے۔ ڈیپ تھنکنگ۔ اس اس ٹائپ کے آپ نے حضرت عمر کو کریکشن کیا، اس ٹائپ کی باتوں سے۔ تو مولانا کو بھی ہم دیکھتے ہیں، وہ کوئی لگژری پسند ہی نہیں کرتے تھے اپنے لیے، بالکل۔ کیونکہ اس سے آدمی کے اندر سیلف پرائیڈ پیدا ہوتا ہے کہ میں بہت ہی کوالٹی چیزوں کا یوزرز ہوں، آئی ایم سمتھنگ اسپیشل۔ تو جتنے ایسے لوگ ہیں، وہ سادگی کو نعمت سمجھتے ہیں، اور جو اس بات کو نہیں جانتے، وہ اس طرح کی چیزیں نہ ملنے پر وہ سمجھتے ہیں کہ وہ کوئی محروم لوگ ہیں۔ تو رسول اللہ نے جو ہے، حضرت عمر کے تھنکنگ کو کریکٹ کیا وہاں پر کہ یہ کوئی پرابلم کی بات نہیں ہے، نیڈ بیس لائف گزارنا۔ کیونکہ نیڈ بیس زندگی گزارنا آدمی کو زیادہ موقع دیتا ہے سوچنے سمجھنے کا ۔</w:t>
      </w:r>
    </w:p>
    <w:p/>
    <w:p>
      <w:bookmarkStart w:id="26" w:name="cl16"/>
      <w:bookmarkEnd w:id="26"/>
      <w:r>
        <w:rPr>
          <w:i/>
          <w:color w:val="77786F"/>
          <w:sz w:val="20"/>
        </w:rPr>
        <w:t>17 May 2026 (Urdu)</w:t>
      </w:r>
    </w:p>
    <w:p>
      <w:pPr>
        <w:jc w:val="right"/>
        <w:bidi/>
      </w:pPr>
      <w:r>
        <w:rPr>
          <w:rFonts w:ascii="Noto Nastaliq Urdu" w:hAnsi="Noto Nastaliq Urdu" w:eastAsia="Noto Nastaliq Urdu" w:cs="Noto Nastaliq Urdu"/>
          <w:sz w:val="26"/>
          <w:rtl/>
          <w:lang w:bidi="ur"/>
        </w:rPr>
        <w:t>جی، السلام علیکم۔ ایک سیکنڈ۔ جی، ابھی مولانا عبدالسلام صاحب نے ذکر کیا کہ کیسے ماڈرن ٹیکنالوجی جو ہے، ایولو ہو گئی، اور ہم لوگوں نے ماس اف ویپنز، اف ماس ڈسٹرکشن بنا دیے۔ تو میرے ذہن میں آیا کہ ہماری جو یہ پریزنٹ سیولائزیشن ہے، تو اس میں بھی اتنے سارے ڈسٹریکشن کے آئٹمز آ گئے کہ ہم کہہ سکتے ہیں کہ we are living in an age where we live with آئٹمز اف ماس ڈسٹریکشن۔ ماس ڈسٹرکشن ایک جگہ ہے، تو ماس ڈسٹریکشن بھی دوسری جگہ ہے۔ تو مولانا اکثر کہتے تھے کہ ڈسٹریکشن سے اپنے آپ کو بچاؤ۔ ڈسٹریکشن از کلنگ، بتاتے تھے مولانا۔ تو غالباً اسی لیے بتاتے تھے کہ جب ایک انسان ڈسٹریکشن میں پھنس جاتا ہے، تو اس کے پاس پھر ٹائم نہیں آتا کہ وہ تذکیر پہلو جو قرآن کا ہے، جو اپلائیڈ وزڈم قرآن سے ملنی چاہیے، اس پہ وہ سوچے۔ اور انفارچونیٹلی، ڈسٹریکشن کے آئٹمز اتنے زیادہ ہو گئے کہ ہم سب کانشیسلی اور انکانشیسلی کسی نہ کسی ڈسٹریکشن میں پھنسے ہوئے ہیں۔ تو میں جو ریویژن کلاس ہماری ہو رہی تھی، تو اس میں چیک کر رہا تھا کہ کہاں پہ گائیڈنس ملتی ہے کہ کیسے ہم اپنے آپ کو ڈسٹریکشن سے بچائیں۔ فارمولا کیا ہے؟ تو مجھے جو ورسز 83 ٹو 89 ہیں، جس میں پرافٹ ابراہیم دعا کرتے ہیں اللہ سے، اور ان کی دعا سٹارٹ ہوتی ہے کہ کہ اللہ گرانٹ می وزڈم ۔ پہلی، پہلی جو دعا ابراہیم علیہ السلام مانگتے ہیں، وہ وزڈم مانگتے ہیں اللہ سے۔ اور ایک دن میں مولانا کے پاس بیٹھا تھا، اور بھی دو چار لوگ تھے، کشمیر سے وہاں آئے تھے۔ تو پھر وزڈم کے بارے میں مولانا نے بولا کہ آپ انسائیکلوپیڈیا کھولیے، ڈکشنریز کھولیں، آپ بتائیں میرے کو کہ وزڈم کی کیا ڈیفینیشن ڈکشنریز میں لکھی ہوئی ہے۔ تو اب کئی ساری ڈیفینیشنز ہم گوگل سے سرچ کر کے بتا رہے تھے مولانا کو۔ اور اس کے بعد مولانا یہ فرما رہے تھے کہ اس ساری ان ڈیفینیشنز میں کوئی کلیرٹی نہیں ہے۔ اور پھر مولانا نے بتایا کہ وزڈم کی ڈیفینیشن یہ ہونی چاہیے کہ it is an ability to sort relevant from irrelevant اور یہ ڈیفینیشن اگر ہم لے لیں وزڈم کی، تو آپ دیکھیں کہ کتنی امپورٹنس یہ وزڈم رکھتی ہے ہماری زندگی میں۔ تو پہلا سٹارٹنگ پوائنٹ ہماری زندگی میں اگر ہم کو اللہ سے کوئی بلیسنگ مانگنی ہے، وہ وزڈم ہی ہے۔ کیونکہ وزڈم آئے گی تو تبھی تو ہم چیک کر پائیں گے کہ کیا صحیح ہے، کیا غلط ہے، کیا ریلیونٹ ہے، کیا ارریلیونٹ ہے۔ آج کل ڈسٹریکشنز اتنا زیادہ پیک پہ پہنچا ہے کہ ایٹ ٹائمز ہم کسی ڈسٹریکشن میں پھنسے ہوتے ہیں اور ہم کو پتہ ہی نہیں ہوتا ہے کہ یہ ریلیونٹ ہے کہ ارریلیونٹ ہے ہماری لائف میں۔ اس کے بعد جو پرافٹ ابراہیم دعا کرتے ہیں، وہ وزڈم کے بعد کی ایک جرنی ہے۔ جب انسان کے پاس وزڈم آتی ہے، تو پھر اس کو پتہ چلتا ہے کہ گاڈ جو ہے، یہ گریٹسٹ ایک ریلیٹی ہے۔ he starts his journey to discover God اس کو پتہ چلتا ہے کہ یہ دنیا جو ہے، وہ ٹیمپرری ہے، اور ایٹرنل ورلڈ اصل چیز ہے۔ اس کے دل میں ویل وشنگ آتی ہے ہر کسی کے لیے، اور وہ وہ ڈیولپ کرتا ہے ایک ساؤنڈ ہارٹ، ایک پیور ہارٹ، جس کو قرآن نے قلب سلیم کہا گیا ہے۔ تو جو چیز آج کی ڈیٹ میں مسنگ ہے، وہ ہے وزڈم۔ کیسے وزڈم کو ہم حاصل کریں؟ یہ صرف اللہ سے مانگنے کی چیز نہیں ہے، بلکہ ہم کو بھی اپنا ایفرٹ دینا ہے کہ ہم اپنے ہم وزڈم کو جو ہے، وہ گین کر پائیں، وزڈم کو ڈیولپ کر پائیں، وزڈم ہمارے اندر آ پائے۔ تو اس پہ اگر اور زیادہ اس میں گائیڈنس مل سکتی ہے کہ وزڈم کو کیسے ہم اپنی زندگی میں جو ہے، وہ امپلیمنٹ کر سکیں، تاکہ جو باقی چیزیں ہیں، وہ فٹ ہو جائیں ہماری زندگی میں۔ جی، جزاک اللہ ۔ جی، سوال ڈاکٹر صاحب۔ ڈاکٹر صاحب، کچھ بتائیں۔ وعلیکم السلام۔ میں اصل میں ابھی سفر سے آیا ہوں، تو کچھ خاص تیاری نہیں کر پایا۔ تو انشاءاللہ اگلی بار کچھ باتیں کرنے کی کوشش کروں گا۔ ٹھیک ہے۔ اقبال صاحب، اس پورے سورہ میں، سورہ اشعراء میں، تین سینٹنس جو ہیں، مجھے بہت اسٹرائیکنگ کیے۔ ایک جو ہے، ہر واقعہ شروع ہوتا ہے "کذبت" سے۔ كَذَبَتْ قَوْمٌ وَحِنِ الْمُرْسَلِينَ یعنی صرف نوح کا انکار نہیں، اور بھی نوح کے علاوہ بھی کئی مرسلین تھے، ایسا لگتا ہے اس آیت سے۔ یعنی نوح کا انکار نہیں کیا، بلکہ اور بھی قوم نوح میں غالباً پیغمبر بھیجے گئے، ان سب کا انکار ہوا۔ تو جتنے بھی قوم شعیب، قوم صالح، قوم ہود، سب کے واقعے کو قرآن جو ہے، "کذبت" سے شروع کر رہا ہے۔ یہ بہت تعجب کی بات ہے۔ اور پھر جو ہے، ہر واقعہ جو ہے، اس طرح ختم ہوتا ہے پورے سورہ میں۔ إِنَّ فِي ذَٰلِكَ لَا عَيْنَ وَمَا كَانَ أَكْثَرُهُمْ مُؤْمِنِينَ وَإِنَّ رَبَّكَ لَهُ الْعَزِيزُ الْرَّحِيمُ اس میں سبق ہے، اور اکثر لوگ سبق لینے والے نہیں ہیں۔ اور تمہارا رب بڑا عزیز ہے اور بڑا رحیم۔ تو تقریباً ہر واقعہ اسی پر ختم ہوتا ہے، شروع ہوتا ہے "کذبت" سے اور اس طرح ختم ہوتا ہے۔ تو یہ ابتدا اور اینڈنگ جو ہے، بہت ہی عجیب لگی مجھے اس سورہ میں۔ وَمَا كَانَ أَكْثَرُهُمْ مُؤْمِنِينَ وَإِنَّ رَبَّكَ لَهُ الْعَزِيزُ الْرَّحِيمُ صحیح بات ہے۔ کلکتہ ہم جاتے ہیں تو کلکتہ کی جو ٹیکسیز ہوتی ہیں، اس پر لکھا رہتا ہے "ریفیوزل"۔ "نو ریفیوزل" لکھا رہتا ہے۔ شاید وہاں کوئی ایسا واقعہ ہوا تھا نائٹ ٹائم میں، کہ کسی پریگنینٹ لیڈی نے جو ہے، یہ مانگا تھا لفٹ کہیں جانے کے۔ تو انکار کر دیا، اور وہ لیڈی کا کچھ انتقال ہوا تھا۔ تو اس کے بعد یہ آرڈر پاس ہوا کہ جو ہے، ہر ٹیکسی پر لکھا رہے گا "نو ریفیوزل"۔ تو تقریباً وہاں کلکتہ میں جو ہے، ہر ٹیکسی پر میں نے دیکھا تھا "نو ریفیوزل" لکھا رہتا ہے۔ تو تقریباً جو ہے، پوری ہی اقوام، قوم عاد، قوم ثمود، اور آج تک ہر داعی اور ہر نبی کو جو ہے، اسی کا جو ہے، ایکسپیرینس ہوا ہے ریفیوزل کا۔ گویا کہ ہر ایک گاڑی پر جو ہے، ریفیوزل لکھا ہوا ہے۔ دعوت و تبلیغ کی ہر جو مخاطب قومیں ہیں، وہ اپنے پیشانی پر گویا کہ ریفیوزل کا یہ لگائے چل رہی ہیں۔ یہ تکذیب کو جو ہائی لائٹ کیا گیا ہے، اس میں بہت عجیب ہے نہیں؟ وَمَنْ أَسْتَخْفُ مِنَ اللَّهِ خِيلَهُ واقعے کو ایز اٹ از ذکر کیا ہے۔ إِنَّ رَبَّكَ لَهُ الْعَزِيزُ الْرَّحِيمُ یعنی فریڈم کو اللہ تعالی نے باقاعدہ دیا ہے، اس لیے تکذیب ہوا ہے۔ پھر اس کے بعد وہ مسلسل تکذیب چلتی رہی۔ وہ سبب یہ ہے کہ عزیز الرحیم ہے اللہ تعالی۔ تو فریڈم اف چوائس کا جو اللہ تعالی کا منصوبہ ہے، وہ قیامت تک چلتا رہے گا۔ چاہے کذبت ہوں، تکذیب کے واقعات ہوتے رہیں۔ ایک عجیب احساس ہوا، تکذیب کو اتنا ہائی لائٹ ہوا ہے۔ ڈاکٹر صاحب نے جو ہے، مولانا کے مشن کو بہت قریب سے دیکھا ہے، شروع سے آج تک۔ تو یہ جو ڈاکٹر صاحب کا احساس تھا کہ مولانا نے جو ہے، ہر جتن کیے لوگوں کو سمجھانے کے لیے، یعنی علمی، عملی ملاقات، ہر طریقے سے جو ہے، یہ ہماری اردو قوم، جس کو کہتے ہیں عام طور پر ہم اردو سپیکنگ کمیونٹی، اس کو سمجھانے کی ہر طریقے سے کوشش کی۔ لیکن نو اویل معاملہ ہوا، کوئی بہت زیادہ لوگوں کی طرف سے جو ہے، قبولیت کا کوئی تجربہ دیکھنے میں نہیں آیا۔ تو ڈاکٹر صاحب کا جو احساس تھا، وہ یہاں اس سورہ شعراء میں جو ہے، صدیوں کا یہ ہے ری ایکشن ، اس طرح دیکھنے میں آ رہا ہے سورہ شعراء میں۔ یعنی لوگوں نے انبیاء جیسی پہاڑ شخصیات کو جو ہے، ریفیوز کیا۔ اور آج کے دوات بھی جو ہے، اس کا کم یا زیادہ ایکسپیرینس کرتے رہتے ہیں۔ تو ایک طرف تو وہ جو ہے، لوگوں کا یہ ہے اسٹربنس، جس کو کہتے ہیں۔ اور دوسری طرف جو ہے، داعی کی سچائی کی بھی علامت ہے۔ اگر داعی جو ہے، پلیزنگ لینگویج بولنے لگے، سچائی کو چھوڑ کر، تو وہ مقبول ہو جائے لوگوں میں۔ جیسے اکثر اسپیکر یہ ہیں مقبول۔ تو کسی کا آج کے دور میں مقبول نہ ہونا جو ہے، وہ اصل میں اس کے سچے ہونے کی یہ ہے نشانی ہے۔ اس کا مطلب یہ ہے کہ وہ کھری باتیں سنا رہا ہے اور خدا کی پیور نمائندگی کر رہا ہے۔ اگر وہ ایسا نہ کرتا تو بھیڑ لگ جاتی اس کے پیچھے۔ جیسے اکثر اسپیکرز کے پیچھے لگی ہوئی ہے بھیڑ ۔ ایک منٹ، تمہارا وقت بہت زیادہ ہو گیا، 15 منٹ زیادہ ہو گئے۔ راز بھائی، کچھ کہنا ہے؟ راز صاحب، کچھ کہیں گے آپ ؟ کچھ بتائیں۔ جی، میں جو ایک منٹ، یہ یہ سارے قصوں میں جو ایک پوائنٹ نکل کے آیا تھا، وہ یہ کہ خدا نے ہر طریقے سے ساری جو بھی یہ لوگ کرتے تھے، لیکن آخری حد تک خدا نے ڈھیل دی تھی، اور اس کے باوجود بھی دعوت کا کام چلتا رہا ہے۔ تو اس میں ہم لوگوں نے کنکلوڈ کیا تھا کہ ہمیں بھی اسی طریقے سے، ہر طریقے سے، چاہے ہمیں کوئی کوئی رسپانس ملے یا نہ ملے، یا ہمیں کوئی بھی ایسا کنکریٹ رزلٹ نہ ملے، تب بھی ہمیں خدا کی اس سنت کو باقی رکھنا ہے اور ہمیشہ دعوت کا کام کرتے رہنا ہے۔ تو یہ یہ ایک پوائنٹ تھا ، جو بڑی تھی۔ صاحب، آپ کی آواز صحیح نہیں آئی۔ ہاں، آپ کچھ گیجٹ یوز کر رہے ہیں شاید۔ آپ کی آواز صحیح نہیں آئی، دوبارہ بتائیے۔ اب اب صحیح آ رہی ہے، فیاض بھائی؟ ہاں، اب صحیح ہے، اب صحیح ہے۔ جی، تو اس میں میں یہ بتا رہا تھا، فیاض بھائی، کہ جو ایک پوائنٹ نکل کے آیا تھا اس ساری ڈسکشن میں کہ خدا کی ایک سنت ہے کہ آخری حد تک وہ اپنی رحمتیں نازل رکھتا ہے، اور جو بھی قوم کرتی رہیں، یہ ساری، اس کے باوجود نبیوں نے آخری حد تک یہ چاہا کہ یہ لوگ سدھر جائیں، یہاں تک کہ حضرت ابراہیم علیہ السلام فرشتوں سے بھی لڑ پڑے تھے اس کے لیے کہ بھئی 10 بج جائیں یا پھر 20 لوگ بھی ہوں، تب بھی ان لوگوں کو نجات ملے۔ تو اس سے یہ سمجھ میں آتا ہے کہ چاہے کیسا بھی امکان رہے، کیسا بھی رزلٹ رہے، رزلٹ ملے نہ ملے، دعوت کا کام اور خدا کی رحمت کا کنٹینیوسلی چلتا رہنا، یہ خدا کی ایک بہت بڑی سنت ہے۔ تو ہمیں بھی اسی طریقے سے دیکھنا ہے اپنے ہر کام کو کہ جو بھی رزلٹس آئیں، جو بھی وہ رہے، لیکن ہمیں اپنا دعوت کا کام مسلسل چلتے رہنا ہے۔ یہ ایک پوائنٹ تھا۔ بہت گریٹ ہے، یہ پوائنٹ بہت گریٹ پوائنٹ ہے۔ یعنی عام طور پر جو ہے، فرسٹریٹڈ ہو جاتے ہیں کام کرنے والے، تو اس پوائنٹ سے جو ہے، وہ فرسٹریشن کے بغیر ہی ہم کو ہر وقت اپنا کام جاری رکھنا ہے، چاہے ہزاروں میں جو ہے، ہم کو ایک دو افراد ہی ملے، تب تب بھی اس کو جاری رکھنا ہے۔ یہ بہت اچھا اینگل ہے۔ واہ، یہ پوائنٹ بہت بیسک تھا۔ مطلب جیسے تجارت میں ایسا ہوتا ہے کہ ڈیمانڈ پر، ڈیمانڈ کی بنیاد پر سپلائی کی جاتی ہے، مگر دعوت کا معاملہ بالکل اس کے برعکس ہے۔ ڈیمانڈ ہو نہ ہو ، ریجیکشن کا سامنا ہو، تب بھی اس کو جاری رکھا جائے گا۔ جس طریقے سے اللہ عزیز ہے، یعنی طاقتور ہونے کے باوجود سزا نہیں دے رہا ہے، ورنہ کبھی کا دنیا ختم ہو چکی ہوتی۔ عزیز کے ساتھ وہ رحیم بھی ہے، تو اس نے رحمت والے اینگل کو ایکٹیویٹ کر رکھا ہے۔ تو اسی طریقے سے داعی کو بھی یونی لیٹرل طور پر ڈسٹریبیوشن کا کام جاری رکھنا ہے، لوگوں کی خیر خواہی کرتے ہی رہنا ہے، بد دل نہیں ہونا ہے۔ جس طریقے سے ایک طرفہ رحم کے معاملے کو خدا نے جاری رکھا ہے، اسی طریقے سے یونی لیٹرلی داعی کو خیر خواہی کا تسلسل باقی رکھنا ہے۔ بہت امپورٹنٹ ہے یہ سوال ۔</w:t>
      </w:r>
    </w:p>
    <w:p/>
    <w:p>
      <w:pPr>
        <w:pStyle w:val="Heading1"/>
      </w:pPr>
      <w:bookmarkStart w:id="27" w:name="vg9"/>
      <w:bookmarkEnd w:id="27"/>
      <w:r>
        <w:t>The Poets (Al-Shu‘ara’) - 26:136-140</w:t>
      </w:r>
    </w:p>
    <w:p>
      <w:bookmarkStart w:id="28" w:name="cl17"/>
      <w:bookmarkEnd w:id="28"/>
      <w:r>
        <w:rPr>
          <w:i/>
          <w:color w:val="77786F"/>
          <w:sz w:val="20"/>
        </w:rPr>
        <w:t>01 May 2026 (Urdu)</w:t>
      </w:r>
    </w:p>
    <w:p>
      <w:pPr>
        <w:jc w:val="right"/>
        <w:bidi/>
      </w:pPr>
      <w:r>
        <w:rPr>
          <w:rFonts w:ascii="Noto Nastaliq Urdu" w:hAnsi="Noto Nastaliq Urdu" w:eastAsia="Noto Nastaliq Urdu" w:cs="Noto Nastaliq Urdu"/>
          <w:sz w:val="26"/>
          <w:rtl/>
          <w:lang w:bidi="ur"/>
        </w:rPr>
        <w:t>بہت ساری حدیثوں میں رسول اللہ نے جو ہے یہ دعا کی ہے: اللهم إني أسألك قلباً خاشعاً ولساناً صادقاً تو قلب خاشع، خدا سے ڈرنے والا دل جو ہے، یہ ایسا لگتا ہے کہ سب سے زیادہ صحیح استعمال ہے دماغ کا۔ یعنی انسان جو ہے زمین پر ایک اچھا دماغ لے کر پیدا ہوتا ہے، لیکن وہ اس کا استعمال صرف جو ہے دنیا کے اینگل سے سکسیس فلی کر پاتا ہے۔ خدا کے خوف کی نسبت سے جو ہے اس کا استعمال نہیں کرتا۔ تو قوم عاد، قوم نوح، قوم ابراہیم ذکر یہاں پر ہے، تو ان کا کیس بھی یہی لگتا ہے کہ ان کو ذہن ملا ہوا تھا۔ ذہن کا استعمال انہوں نے صرف دنیاوی اینگل سے کیا، خدا اور آخرت کے انجام کو لے کر انہوں نے نہیں کیا۔ قالوا: سواءٌ علينا أواعظتَ أم لم تكن من الواعظين یعنی نہ خود کیا، نہ اس طرف توجہ دلانے والوں کو پسند کیا انہوں نے۔ قرآن کہتا ہے کہ وما يتذكر إلا أولو الألباب اپنے دماغ کا جو ہے صحیح استعمال جو ہے، جو لوگ کریں گے ان کو نصیحت ملتی ہے۔ جنہوں نے صرف کسی ایک اینگل سے کیا دماغ کا استعمال، دنیاوی اینگل سے، ان کو دنیا کی کامیابی ملتی ہے اور پھر بعد میں بربادی ملتی ہے۔ جنہوں نے دونوں اینگل سے کیا، ان کو دنیا کی کامیابی جو ہے، اس کی یہ ملتی ہے، بقا ملتی ہے، اس کی باقی رہتی ہے وہ کامیابی۔ اور جو لوگ اس طرح نہیں کر پاتے ہیں، ان کی دنیا کی کامیابی بھی ختم ہوتی ہے اور آخرت کی بھی۔ إن في ذلك لآية یہ ہر واقعے کے آخر میں اللہ تعالیٰ جو کہہ رہے ہیں، اس کا مطلب یہ ہے کہ اپنا ذہن کا اور برین کا جو ہے، وہ پہلو بھی ایکٹیویٹ کرنا چاہیے جو خدا کے خوف اور آخرت سے متعلق ہے۔ اگر صرف ایک ہی ایکٹیویٹ رہا تو سارا آخر میں جو ہے بیکار ہو جاتا ہے۔ پوری کی پوری کمیونٹی یا پوری سویلائزیشن ہی جو ہے، ڈسٹروئے کر دی جاتی ہے۔ تو نوح کے بعد جو ہے قوم عاد کا جو ہے معاملہ وہی ہوا۔ قوم نوح کو جو ہے بڑے پیمانے پر تباہ کیا گیا اور قوم عاد کو جو ہے ان کے اپنے ریجنل اس میں ایریے میں، ان کے اپنے علاقے میں، جیسے مولانا کہہ رہے ہیں کہ عمان اور یمن کے بیچ میں۔ تو آج بھی جو ہے داعیوں کو یہی مشکل پیش آتی ہے۔ داعی ان سے کہتا ہے کہ اپنے دماغ کے دونوں یہ چیپٹر یوز کرو۔ لیکن لوگ کہتے ہیں کہ نہیں، ہم صرف ایک ہی کریں گے، دوسرا ڈی ایکٹیویٹ ہی رکھیں گے۔ تو رسالہ مشن کو بھی جو ہے یہی ایکسپیرینس ہو رہا ہے کہ رسالہ مشن یہ کہہ رہا ہے کہ جو ہے دماغ کا دونوں استعمال کرو، اخروی اور دنیاوی۔ لیکن لوگ یہ کہہ رہے ہیں کہ نہیں، اخروی کی بات آپ مت کیجیے، یہ تو پرانی باتیں ہیں۔ صرف ہمیں یہی باتیں کیجیے جو تعمیر ہے دنیا کی ہے، تعمیر آخرت کی بات ہم سے نہ کیجیے۔ تو وما كان أكثرهم مؤمنين جو ہے، صدیوں سے انسان کی روش رہی ہے اور نیکسٹ بھی ایسی ہی رہے گی۔ تو اس کی وجہ سے اگر آدمی دعوتی کام چھوڑ دے کہ انسانی روش تو جو ہے انکار ہے، تو پھر ہم یہ کام کیوں کریں؟ تو یہ جو ہے بہت بڑی بھول ہے داعیوں کی کہ وہ رزلٹ کو دیکھ کر کام کرنے لگیں۔ یہ کوئی صحیح اینگل نہیں ہے رزلٹ کے لیے کام کرنے کا۔ بغیر رزلٹ کے بھی کام کرنا ہے، جیسے انبیاء نے کیا۔ تو تجارتوں میں وغیرہ میں جو ہے وہ ماڈل ٹھیک ہے۔ آدمی جو ہے ڈیمانڈ سپلائی کو دیکھ کر پلان بناتا ہے بزنس میں۔ بزنس کامرس کا اصول یہ ہے کہ ڈیمانڈ سپلائی پر چلتی ہے۔ لیکن دعوت جو ہے ڈیمانڈ سپلائی کی بات نہیں ہے۔ یہ یونی لیٹرل ویل وشنگ ہے انسانوں کی۔ چاہے ڈیمانڈ نہ ہو، تب بھی اس کو کرتے رہنا ہے۔ تو وما كان أكثرهم مؤمنين جو ہے، یہ نو ڈیمانڈ سچویشن ہے اصل میں۔ تو نو ڈیمانڈ سچویشن کے باوجود ہمیں نصیحت کی سپلائی دیتے ہی رہنا ہے۔ پیغمبرانہ ٹیچنگ کی سپلائی ہر وقت جاری رکھنا ہے۔ چاہے لوگ یہی بولتے رہیں کہ آپ یہ بتائیں یا نہ بتائیں، ہمیں اس سے کوئی دلچسپی نہیں ہے۔ تو إن في ذلك لآية میں غالباً یہ اینگل ہے کہ جو ہے نو ڈیمانڈ سچویشن کے باوجود جو ہے سپلائی کو جاری رکھو انظار اور تبشیر کی۔ قرآن کی اور پیغمبروں کے کام کی جو ہے سپلائی ہر وقت جاری رہنا چاہیے۔ اگرچہ یہ لوگوں کی طرف سے یہ میسج ملے کہ ہمیں اس میں دلچسپی نہیں، آپ یہ بند کیجیے۔ جیسے اللہ تعالیٰ جاری رکھے ہوئے ہے اس کو۔ یعنی عزیز اور رحیم ہے۔ رحیم ہے اس لیے انسانوں کے ریجیکشن کے باوجود جاری رکھا ہوا ہے۔ اگر طاقت طاقتور ہونے کے اینگل سے خدا اگر دیکھے تو یہ جاری نہیں رکھنا چاہیے، ختم کر دینا چاہیے تب تک دنیا کو۔ لیکن چونکہ رحیم ہے اس لیے مسلسل جاری رکھے ہوئے ہے انظار کو۔ یعنی طاقتور ہونے کے باوجود جو ہے خاتمے کا فیصلہ نہیں لیتا۔ رحم کی وجہ سے جو ہے انظار کو جاری رکھتا ہے ہر وقت۔ تو ہمیں بھی جو ہے وہ رحم والے اینگل کو ایکٹیویٹ رکھنا ہے غالباً۔ یعنی ہم چاہیں تو بند کر دیں سارا کام ، قرآن ڈسٹریبیوشن، قرآن پرنٹنگ، یہ سب چاہیں تو ہم بند کر دیں۔ لیکن جو ہے یہ خدائی طریقہ نہیں ہے۔ خدائی طریقہ یہ ہے کہ جو ہے نو ڈیمانڈ کے باوجود جو ہے لوگوں کے ساتھ رحم کا معاملہ کرنا۔ یونی لیٹرل ویل وشنگ کو ہمیشہ جاری رکھنا۔ تو غالباً اس بے دلی سے نکالنے کے لیے بھی ہے یہ واقعات کا ذکر کہ داعی جب بد دل ہو جاتا ہے لوگوں کی خیر خواہی کرتے کرتے تو یہ سوچتا ہے کہ کیا فائدہ یہ سب ایکٹیویٹیز کا۔ تو اس خیال کو کریکٹ کرنے کے لیے بھی جو ہے اللہ تعالیٰ یہ واقعات کو کوٹ کرتا ہے کہ ہم نے کبھی بھی انظار کو ختم نہیں کیا ہے رحم کی وجہ سے۔ تو داعی کو بھی ہمیشہ ایک طرفہ طور پر رحم کے معاملے کو جاری رکھنا ہے۔ کبھی بھی اس کو بند نہیں کرنا ہے کسی بھی ریزنز یا ایکسکیوز کی وجہ سے۔</w:t>
      </w:r>
    </w:p>
    <w:p/>
    <w:p>
      <w:pPr>
        <w:pStyle w:val="Heading1"/>
      </w:pPr>
      <w:bookmarkStart w:id="29" w:name="vg10"/>
      <w:bookmarkEnd w:id="29"/>
      <w:r>
        <w:t>The Poets (Al-Shu‘ara’) - 26:141-152</w:t>
      </w:r>
    </w:p>
    <w:p>
      <w:bookmarkStart w:id="30" w:name="cl18"/>
      <w:bookmarkEnd w:id="30"/>
      <w:r>
        <w:rPr>
          <w:i/>
          <w:color w:val="77786F"/>
          <w:sz w:val="20"/>
        </w:rPr>
        <w:t>03 May 2026 (Urdu)</w:t>
      </w:r>
    </w:p>
    <w:p>
      <w:pPr>
        <w:jc w:val="right"/>
        <w:bidi/>
      </w:pPr>
      <w:r>
        <w:rPr>
          <w:rFonts w:ascii="Noto Nastaliq Urdu" w:hAnsi="Noto Nastaliq Urdu" w:eastAsia="Noto Nastaliq Urdu" w:cs="Noto Nastaliq Urdu"/>
          <w:sz w:val="26"/>
          <w:rtl/>
          <w:lang w:bidi="ur"/>
        </w:rPr>
        <w:t>السلام علیکم، اہ، بھیا صاحب نے ایک حدیث بتائی تھی چند دنوں پہلے: الرَّجُلُ عَلَى دِينِ خَلِيلِ ف َلْيَنْظُرْ أَحَدُكُمْ مَن يُخَالِلُ "A person is upon the religion of his friend, so let each of you look at whom he befriends." یہ بڑی اچھی حدیث ہے۔ اور ایسے ہی ایک اور حدیث ذہن میں آئی ہے: المؤمن للمؤمن كَالْبُنِيَانِ یعنی ایک مومن دوسرے مومن کے لیے ایک عمارت کی طرح ہے، دونوں ایک دوسرے کو سپورٹ کرتے ہیں۔ اگر ہم کہیں تو یہ صحیح ہوگا کہ، یعنی، ایسے ساتھی ہوں آپ کے جو آپ کے مشن میں ساتھ دیں۔ اور اس کی جو سب سے اچھی مثال ہمیں ملتی ہے، وہ صحابہ کی زندگی سے ملتی ہے۔ انتہائی ڈیڈیکیٹڈ اور لائک مائنڈڈ تھے صحابہ، کیونکہ رسول اللہ صلی اللہ علیہ وسلم نے ایسی ٹریننگ کی تھی صحابہ کی کہ وہ بالکل فوکسڈ تھے، اور مشن، اہ، ان کے لیے سب سے اہم چیز تھی۔ ایسے ہی ایک اور حدیث ، اہ، ہے: رَجُلَانِ تَحَبَّ ف ِي اللَّهِ اجْتَمَعَ عَلَيْهِ وَتَفَرَّقَا عَلَيْهِ "Two people who love each other for the sake of Allah, they meet for His sake and depart for His sake." تو یہ بہت ہی اہم بات ہے کہ انسان کو بہت سوچ سمجھ کے دوست بنانے چاہییں۔ ایسے دوست جو ایک دوسرے کی سپرچویلیٹی میں اضافہ کریں۔ یعنی ایک لحاظ سے مشن کے ساتھی۔ مولانا سے جو لوگ ملنے آتے تھے، میں نے دیکھا ہمیشہ کہ وہ سب سیریس لوگ ہوتے تھے۔ اور مولانا بہت سیریس باتیں کرتے تھے۔ کوئی ادھر ادھر کی بات نہیں، کوئی جوک ، پولیٹکس وغیرہ کی بات کبھی مولانا نہیں کرتے تھے۔ ایک، مجھے یاد ہے، پرانی بات ہے یہ۔ ایک جرنلسٹ آتے تھے مولانا کے پاس ، مسلم تھے وہ ، نوجوان۔ تو ایک بار انہوں نے کہا کہ مولانا، آپ کے ریلیٹوز یہاں مجھے کبھی نظر نہیں آتے۔ مطلب، آپ کے ریلیٹوز یہاں آتے جیسے اور لوگوں کے یہاں ہوتے ہوں گے، دھوم ۔ تو مولانا نے کہا کہ میرے جو ریلیٹوز ہیں، وہ میرے مشن کے ساتھی ہیں۔ اور مولانا نے ریلیٹوز کو بھی کبھی خاص اہمیت نہیں دی۔ اکثر ہمارے جو ریلیٹوز ہیں، وہ مولانا سے تھوڑا ناراض رہتے تھے کہ یہ ملتے جلتے نہیں، آتے جاتے نہیں، شادی وغیرہ میں۔ تو یہ بہت اہم بات ہے۔ کہ، یعنی، ایک مومن کو مشن والا انسان ہونا چاہیے۔ بلا وجہ کی دوستی، ہُوہا کرنے والی، وہ میننگ لیس ہے۔ صرف ایسے لوگوں کو اپنا ساتھی بنانا چاہیے جو ایک دوسرے کی معرفت میں اضافہ کریں، اور ایک دوسرے کے سپرچول پارٹنر بنیں۔</w:t>
      </w:r>
    </w:p>
    <w:p>
      <w:pPr>
        <w:jc w:val="right"/>
        <w:bidi/>
      </w:pPr>
      <w:r>
        <w:rPr>
          <w:rFonts w:ascii="Noto Nastaliq Urdu" w:hAnsi="Noto Nastaliq Urdu" w:eastAsia="Noto Nastaliq Urdu" w:cs="Noto Nastaliq Urdu"/>
          <w:sz w:val="26"/>
          <w:rtl/>
          <w:lang w:bidi="ur"/>
        </w:rPr>
        <w:t>ڈاکٹر صاحب، ایک حدیث یاد آ رہی ہے آپ کی گفتگو سننے کے بعد، بخاری میں ہے وہ، اہ، شاید اس عنوان سے ہے: بَابُ الن َّهْيُ عَنِ الْجُلُوسِ عَلَى الطَّرِيقِ یعنی راستوں پر بیٹھنے کی ممانعت۔ تو رسول اللہ نے جو ہے، یہی جیسے آج کل کلچر ہے، شاید اس زمانے میں بھی تھا، لوگ راستوں کے پاس جو ہے کھڑے ہوتے، بات کرتے۔ تو رسول اللہ نے اس سے منع کیا کہ اس طرح راستوں پر جو ہے نہیں بیٹھنا چاہیے وہاں۔ تو صحابہ رسول نے کہا کہ جو ہے، ہمیں اس سے کوئی چھٹکارا نہیں ہے۔ یعنی ہم اس کو چھوڑ نہیں سکتے، یہ ہماری غالباً سوشل ضرورت ہے، ہم باتیں کرتے ہیں، میٹنگ کرتے ہیں، یا جو بھی۔ تو اس وقت رسول اللہ نے کہا تھا کہ جو ہے، اگر یہ تمہاری مجبوری ہے تو جو ہے، تم کو اجازت ہے، ایک شرط کے ساتھ کہ الأمر بالمعروف والنهي عن المنكر یعنی راستوں پر اگر کھڑے ہو رہے ہو، وہاں کوئی یہ ہے، تو أمر بالمعروف ونهي عن المنكر ہونا چاہیے تمہارے اندر۔ اگر یہ شرط منظور ہے تو تمہیں اجازت دی جا سکتی ہے۔ أمر بالمعروف ونهي عن المنكر تو گویا کہ وہی جو آپ بات کہہ رہے ہیں کہ لوگوں کی سوشل گیدرنگ ہونا بھی چاہیے، تو وہ اس لیے ہونا چاہیے کہ لوگ ایک دوسرے کو کریکٹ کریں، یا ایک دوسرے کی یہ بتائیں کمی اور خوبی کو، اور آپس میں اس پر گفتگو ہو، کمی اور خوبی کو لے کر۔ اور یہ من یخالل والی بات بالکل صحیح لگ رہی ہے، لیکن عام طور پر ایسا ہوتا نہیں ہے۔ جہاں بھی کچھ گیدرنگ ہوتی ہے تو لوگ جو ہے چیچاٹ اور الٹی سیدھی اس پر ہی اس کو ختم کرتے ہیں، بالعموم۔ تو غالباً وہ النهي عن الجلوس على الطريق بھی اسی سلسلے کی بات ہو سکتی ہے، رسول اللہ کی۔ بلکہ وہ جو ہے، آرٹ آف لیزننگ، اس پر مولانا بہت بولتے تھے۔ مجلسوں میں بھی، اگر آرٹ آف لیزننگ نہ ہو تو آدمی کچھ سیکھ بھی نہیں پاتا ہے، نہ کچھ سکھا پاتا ہے۔ تو کوئی مجلس کامیاب مجلس بننے کے لیے، یا کوئی سرکل جو ہے، پروڈکٹیو سرکل بننے کے لیے، لوگوں کو بہت ٹریننگ کی ضرورت ہوتی ہے اصل میں۔ چونکہ ایسا ہوتا نہیں ہے، لوگ کوئی ٹرینڈ نہیں ہوتے، آپس میں ملتے ہیں لیکن وہ ٹرینڈ نہیں ہوتے۔ تو کچھ بھی ان کے پاس ہوتا نہیں، دین یا دنیا کا کوئی ٹیک اوے۔ بس ایسی ویسٹ ٹائپ کی گیدرنگ ہوتی ہے، اور پھر وہ ختم ہو جاتی ہے۔ تو آرٹ آف لرننگ، آرٹ آف گیدرنگ بھی جو ہے، یہ مولانا ہی کے پاس دیکھنے میں ملتی ہے۔ ہم نے کہیں بھی دیکھا نہیں مولانا کے علاوہ، اور مولانا کے پاس ہی کریکشن ہوا اس کا۔ تو مولانا اتنے زیادہ متحمل مزاج تھے کہ جہاں دیکھتے تھے کہ بات جو ہے، لوگ سمجھ نہیں پا رہے ہیں، تو بحث کرنے کے بجائے فوراً خاموش ہو جاتے تھے۔ عمرآباد میں بھی ہم نے دیکھا، فلسطین وغیرہ کے مسئلے پر بات ہوئی تھی، تو مولانا کی تقریر کے بعد جو ہے، ایک صاحب اٹھے ہمارے، اور انہوں نے فوراً کہا کہ ہم ہرگز نہیں مانیں گے آپ کی بات کو، ہم دعوت بھی کریں گے، یا دعوت بھی کریں گے۔ یعنی اس ملک میں ہم دعوت کریں گے، اور فلسطین میں مار کاٹ ہی کریں گے۔ ایک بڑے صاحب نے کہا تھا وہاں پر، عمرآباد میں۔ تو میں نے دیکھا کہ جو ہے، ایسے موقع پر ہم اپنی بات کو ثابت کرنے پر لگتے ہیں کہ ہم صحیح ہیں، آپ اس کو سمجھیے۔ لیکن فوراً مولانا نے کہا، اچھا اس کو چھوڑ دیجیے۔ ایک دم بھری مجلس میں، گرم ہیٹ جو ہے، ایکسچینج میں، فوراً مولانا کہتے ہیں کہ جو ہے، اچھا اس کو چھوڑ دیجیے، اس کو رہنے دیجیے۔ تو اکثر یہ دیکھنے میں آیا ہے کہ ہم اپنا نقطہ نظر بتانے کے لیے، لوگ اس پوزیشن میں بھی نہیں ہیں، تو ہم اڑے رہتے ہیں، اپنا نقطہ نظر لوگوں کے ذہن میں اتارنے کے لیے۔ مولانا یہ کرتے تھے کہ جب سامنے والا اتنا میچور نہیں ہے، اور مینٹلی اتنا پریپیئر نہیں ہے، تو فوراً پیچھے ہٹ جاتے تھے، سمجھانے سے۔ یہ مولانا سے جو جن کی ٹریننگ ہوئی، ان کے اندر ہی میں نے دیکھا ہے، پھر اس کے علاوہ کہیں دکھائی نہیں دیتا یہ۔ پیچھے ہٹنا۔ اسی لیے مولانا کے تربیت یافتہ لوگ جو ہے، زیادہ فائدہ اٹھا پاتے ہیں مجلسوں سے، یا کسی بھی گیدرنگ سے۔ باقی لوگ ایسے ہی ختم ہو جاتے ہیں ان کی مجلس میں۔</w:t>
      </w:r>
    </w:p>
    <w:p>
      <w:pPr>
        <w:jc w:val="right"/>
        <w:bidi/>
      </w:pPr>
      <w:r>
        <w:rPr>
          <w:rFonts w:ascii="Noto Nastaliq Urdu" w:hAnsi="Noto Nastaliq Urdu" w:eastAsia="Noto Nastaliq Urdu" w:cs="Noto Nastaliq Urdu"/>
          <w:sz w:val="26"/>
          <w:rtl/>
          <w:lang w:bidi="ur"/>
        </w:rPr>
        <w:t>بھیا صاحب، اس پر کچھ بات ہوئی کیا؟ رَبِّ حَبْلِ حُكْمَهُ عَلَيْهِ حِكْمَهُ الْحَتْمِيُّ الْوَسْتَالِينِ 83، verse 83 ؟</w:t>
      </w:r>
    </w:p>
    <w:p>
      <w:pPr>
        <w:jc w:val="right"/>
        <w:bidi/>
      </w:pPr>
      <w:r>
        <w:rPr>
          <w:rFonts w:ascii="Noto Nastaliq Urdu" w:hAnsi="Noto Nastaliq Urdu" w:eastAsia="Noto Nastaliq Urdu" w:cs="Noto Nastaliq Urdu"/>
          <w:sz w:val="26"/>
          <w:rtl/>
          <w:lang w:bidi="ur"/>
        </w:rPr>
        <w:t>نہیں، نہیں۔</w:t>
      </w:r>
    </w:p>
    <w:p>
      <w:pPr>
        <w:jc w:val="right"/>
        <w:bidi/>
      </w:pPr>
      <w:r>
        <w:rPr>
          <w:rFonts w:ascii="Noto Nastaliq Urdu" w:hAnsi="Noto Nastaliq Urdu" w:eastAsia="Noto Nastaliq Urdu" w:cs="Noto Nastaliq Urdu"/>
          <w:sz w:val="26"/>
          <w:rtl/>
          <w:lang w:bidi="ur"/>
        </w:rPr>
        <w:t>تو اس میں عام طور سے ربیع ضدنی علماء کی دعا تو ہم کرتے ہیں، لیکن ربیع حبلی حکمہ علیکنی وستالین کی جو تفسیر مولانا نے حکم کی تفسیر کی ہے، بہت زبردست۔ پہلی مرتبہ مجھے ذہن میں یہ بات آئی کہ فہم صحیح کی دعا کیا ہوتی ہے۔ مولانا لکھتے ہیں کہ اس آیت میں حکم سے مراد فہم صحیح ہے، یعنی چیزوں کو ویسا ہی دیکھنا جیسا کہ فی الواقع ہے۔ نبوت کے بعد کسی بندے خدا کے لیے سب سے بڑی نعمت ہے۔ اسی لیے حدیث میں آیا ہے کہ مَن يُرِدِ اللَّهُ بِهِ خَيْرًا يُفَقِّهُ فِي الدِّينِ یعنی اللہ جس شخص کے لیے خیر کا ارادہ کرتا ہے، اس کو دین کی سمجھ دے دیتا ہے۔ تو نصاً جو ہے، فہم صحیح کی دعا کرنا، یہ اس سے پہلے ذہن میں نہیں تھا ایسا۔ کیا بھیا صاحب ؟</w:t>
      </w:r>
    </w:p>
    <w:p>
      <w:pPr>
        <w:jc w:val="right"/>
        <w:bidi/>
      </w:pPr>
      <w:r>
        <w:rPr>
          <w:rFonts w:ascii="Noto Nastaliq Urdu" w:hAnsi="Noto Nastaliq Urdu" w:eastAsia="Noto Nastaliq Urdu" w:cs="Noto Nastaliq Urdu"/>
          <w:sz w:val="26"/>
          <w:rtl/>
          <w:lang w:bidi="ur"/>
        </w:rPr>
        <w:t>ہاں، ہاں۔ یہ بہت، میرے خیال میں، بہت امپورٹنٹ بات ہے۔ فہم صحیح والی بات۔ یعنی حضرت ابراہیم کو نبوت ملی ہوئی ہے، لیکن ایک الگ چیز اس پر مان رہے ہیں، ربیع حبلی حکمت کہہ کر۔ نبوت تو الریڈی ہے، لیکن پھر حکم مان رہے ہیں۔ تو مولانا وہ جو لکھے ہیں، مفسرین اس بات کا ذکر کر رہے ہیں سارے، کہ حکم سے مراد یہاں پر علین والفہم صحیح ہے۔ یعنی ہماری گفتگو ہوئی تھی کہ اس سے مراد جو ہے، اجتہادی فکر ہے۔ قرآن میں اور بھی جگہ ذکر ہے، اس کا: أَلَيْكَ الَّذِينَ أَتَيْنَاهُمُ الْكِتَابَ وَالْحُكْمَ وَالنَّبُوَّةَ تو اللہ نے نبوت سے الگ بیان کیا ہے حکم کو، حکمت کو۔ یعنی ایک سچا مشن مل جانا، یہ کافی نہیں ہے۔ اس کے ساتھ اللہ سے جو ہے، اس سچے مشن کے لیے کریٹیوٹی بھی مانگنا چاہیے، تخلیقی سوچ بھی۔ کہ آدمی اس کو صحیح سے پروموٹ کر سکے، صحیح سے اس کو اپلائی کر سکے اپنی زندگی میں۔ اس میں اگر انسان غلطی کر جائے، تو پھر جو ہے، سچا مشن اس کے پاس رہ کر بھی وہ فیل ہو جائے گا، اپنی کسی غلط سوچ یا غلط فیصلے سے۔ تو غلط فیصلوں سے بچنے کی جو ہے، خواہش اور اس کے لیے دعا۔ گویا کہ یہ آیت کا میسج ہے انسان کے لیے۔ جیسے وہ حضرت یونس کی مثال اس سلسلے میں ہو سکتی ہے، حضرت یونس کا اجتہادی خطا تھی وہ، حضرت یونس کی۔ وہاں سے نکلنا۔ تو اللہ تعالیٰ نے مچھلی کے پیٹ میں پہنچا دیا، ڈائریکٹ۔ اور پھر یہ بھی ہے کہ جو ہے، لَلَّبِسَ فِي بَطْنِهِ إِلَى يَوْمِ يُبَاسُونَ اللہ تعالیٰ کو اس پر اتنا شدید ردعمل تھا کہ اگر حضرت یونس اپنی غلطی کا اعتراف نہ کرتے، تو قیامت تک جو ہے، سمندر میں، سمندروں میں، دنیا کے اسی مچھلی کے پیٹ میں رہتے۔ قیامت تک زندہ حالت میں مچھلی کے پیٹ میں، یہ سزا دی جاتی۔ تو اجتہادی خطا جو ہے، اگر آدمی اس میں اعتراف نہ کرے، تو یہ بہت بڑی، یہ ہے انسان کی بڑی مسٹیک مانی جائے گی، خطا کو نہ ماننا۔ تو مولانا وہ جو کہہ رہے ہیں کہ بَرْنَى مَجْنَىٰهُ عَدَادُ الْمُبْرِرِّينَ وہ بہت بڑی بات ہے اصل میں۔ ربیع حبلی حکمہ والی بات ہی ہے۔ لوگ یہ سمجھ رہے ہیں کہ وہ کوئی ایک ماڈرن سینٹنس ہے، ایک عربی ماڈرن عربی کا۔ وہ نہیں ہے، وہ ربیع حبلی حکما سے ہی اس کا تعلق ہے اصل میں۔ چلیں، یہ وقت کافی ہو گیا۔ پھر نیکسٹ سنڈے کرتے ہیں۔ عامر موری کہیں بزی ہیں آج، فیملی میں کوئی بات ہوئی ہے تو بزی ہیں۔ ان شاء اللہ نیکسٹ سنڈے پھر کرتے ہیں۔</w:t>
      </w:r>
    </w:p>
    <w:p>
      <w:pPr>
        <w:jc w:val="right"/>
        <w:bidi/>
      </w:pPr>
      <w:r>
        <w:rPr>
          <w:rFonts w:ascii="Noto Nastaliq Urdu" w:hAnsi="Noto Nastaliq Urdu" w:eastAsia="Noto Nastaliq Urdu" w:cs="Noto Nastaliq Urdu"/>
          <w:sz w:val="26"/>
          <w:rtl/>
          <w:lang w:bidi="ur"/>
        </w:rPr>
        <w:t>اوکے، ٹھیک ہے۔</w:t>
      </w:r>
    </w:p>
    <w:p/>
    <w:p>
      <w:bookmarkStart w:id="31" w:name="cl19"/>
      <w:bookmarkEnd w:id="31"/>
      <w:r>
        <w:rPr>
          <w:i/>
          <w:color w:val="77786F"/>
          <w:sz w:val="20"/>
        </w:rPr>
        <w:t>04 May 2026 (Urdu)</w:t>
      </w:r>
    </w:p>
    <w:p>
      <w:pPr>
        <w:jc w:val="right"/>
        <w:bidi/>
      </w:pPr>
      <w:r>
        <w:rPr>
          <w:rFonts w:ascii="Noto Nastaliq Urdu" w:hAnsi="Noto Nastaliq Urdu" w:eastAsia="Noto Nastaliq Urdu" w:cs="Noto Nastaliq Urdu"/>
          <w:sz w:val="26"/>
          <w:rtl/>
          <w:lang w:bidi="ur"/>
        </w:rPr>
        <w:t>جب ان کے بھائی صالح نے ان سے کہا: کیا تم ڈرتے نہیں ؟ میں تمہارے لیے ایک معتبر رسول ہوں۔ پس تم اللہ سے ڈرو اور میری بات مانو، اور میں تم سے اس پر کوئی بدلہ نہیں مانگتا ۔ میرا بدلہ صرف خداوند عالم کے ذمے ہے۔ کیا تم کو ان چیزوں میں بے فکری سے رہنے دیا جائے گا جو یہاں ہیں؟ باغوں اور چشموں میں، اور کھیتوں اور رس بھرے خوشوں والی کھجوروں میں ۔ اور تم پہاڑ کھود کر فخر کرتے ہوئے مکان بناتے ہو ۔ پس اللہ سے ڈرو اور میری بات مانو، اور حد سے گزر جانے والوں کی بات نہ مانو ۔ جو زمین میں خرابی کرتے ہیں اور اصلاح نہیں کرتے۔ تشریح: عاد کے بعد دوسری قوم جس کو عروج ملا وہ ثمود کی قوم تھی۔ الأعراف سورة نمبر 7 آیت 74. اس قوم کی آبادیاں خیبر اور تبوک کے درمیان اس علاقے میں تھیں جس کو الحجر کہا جاتا ہے۔ اس قوم کو بھی زبردست خوشحالی اور غلبہ حاصل ہوا، مگر اس کے افراد کی بھی ساری توجہ دوبارہ صرف مادی ترقی کی طرف لگ گئی۔ پہاڑوں کو کاٹ کر بڑے بڑے مکان بنانے کا فن غالباً اسی قوم نے شروع کیا، جس کی زیادہ ترقی یافتہ صورت اجنتا اور ایلورا کے غاروں کی شکل میں پائی جاتی ہے۔ ہر شخص اور ہر گروہ جس کو دنیا کا ساز و سامان ملتا ہے، وہ اس غلط فہمی میں پڑ جاتا ہے کہ یہ سب اس کا حق ہے، اور وہ جس طرح چاہے اسے استعمال کرے۔ مگر یہ سب سے بڑی بھول ہے۔ حقیقت یہ ہے کہ دنیا کا اسباب صرف امتحان کی مدت تک کے لیے ہے، اس کے بعد وہ اس طرح چھین لیا جائے گا کہ آدمی کے پاس ان میں سے کچھ بھی باقی نہ رہے گا۔ حد سے گزرنے والا یعنی مصرف وہ شخص ہے جس کے پاس دولت آئے تو وہ شکر کے بجائے فخر کی نفسیات میں مبتلا ہو جائے۔ وہ اقتدار پائے تو تواضع کے بجائے گھمنڈ کرنے لگے۔ اس کو عہدہ دیا جائے تو وہ اس کو خدمت کے بجائے اپنا نام بلند کرنے کے لیے استعمال کرے۔ مواقع کے یہی غلط استعمالات ہیں جو معاشرے میں بگاڑ پیدا کرتے ہیں۔ قوم ثمود کے بڑے لوگ اسی قسم کے اسراف میں مبتلا تھے، اور ان کے عوام ان کی پیروی کر رہے تھے۔ پیغمبر نے انہیں متنبہ کیا کہ یہ لوگ جن کو تم بڑا سمجھتے ہو ، وہ تو خود بے راہ ہیں، پھر وہ تم کو کیسے راستہ دکھائیں گے؟ تشریح دوبارہ: عاد کے بعد دوسری قوم جس کو عروج ملا وہ ثمود کی قوم تھی۔ اس قوم کی آبادیاں خیبر اور تبوک کے درمیان اس علاقے میں تھیں جس کو الحجر کہا جاتا ہے۔ اس قوم کو بھی زبردست خوشحالی اور غلبہ حاصل ہوا ، مگر اس کے افراد کی بھی ساری توجہ دوبارہ صرف مادی ترقی کی طرف لگ گئی۔ پہاڑوں کو کاٹ کر بڑے بڑے مکان بنانے کا فن غالباً اسی قوم نے شروع کیا، جس کی زیادہ ترقی یافتہ صورت اجنتا اور ایلورا کے غاروں کی شکل میں پائی جاتی ہے۔ ہر شخص اور ہر گروہ جس کو دنیا کا ساز و سامان ملتا ہے، وہ اس غلط فہمی میں پڑ جاتا ہے کہ یہ سب اس کا حق ہے، اور وہ جس طرح چاہے اسے استعمال کرے۔ مگر یہ سب سے بڑی بھول ہے۔ حقیقت یہ ہے کہ دنیا کا اسباب صرف امتحان کی مدت تک کے لیے ہے، اس کے بعد وہ اس طرح چھین لیا جائے گا کہ آدمی کے پاس ان میں سے کچھ بھی باقی نہ رہے گا۔ حد سے گزرنے والا یعنی مصرف وہ شخص ہے جس کے پاس دولت آئے تو وہ شکر کے بجائے فخر کی نفسیات میں مبتلا ہو جائے۔ وہ اقتدار پائے تو تواضع کے بجائے گھمنڈ کرنے لگے۔ اس کو عہدہ دیا جائے تو وہ اس کو خدمت کے بجائے اپنا نام بلند کرنے کے لیے استعمال کرے۔ مواقع کے یہی غلط استعمالات ہیں جو معاشرے میں بگاڑ پیدا کرتے ہیں۔ قوم ثمود کے بڑے لوگ اسی قسم کے اسراف میں مبتلا تھے، اور ان کے عوام ان کی پیروی کر رہے تھے۔ پیغمبر نے انہیں متنبہ کیا کہ یہ لوگ جن کو تم بڑا سمجھتے ہو ، وہ تو خود بے راہ ہیں، پھر وہ تم کو کیسے راستہ دکھائیں گے؟ عبدالسلام صاحب، یہ جو آیتوں کے اندر ہے، جن نعمتوں کا ذکر ہے، یہاں پر أتتركون فيما هاهنا آمنين في جنات وعيون وزروع ونخل طلعها هضيم وتنحتون من الجبال بيوتًا فارهين تو اس میں جو ہے دو ٹائپ کی نعمتوں کا ذکر ہے۔ في جنات وعيون کا مطلب یہ ہوا کہ جو ہے، جس کو آج کل بولتے ہیں ایڈیبل، یعنی معقولات و مشروبات، ڈرنکیبل، اور جو ہے ایڈیبل چیزیں۔ جنات وعيون وزروع ونخل طلعها هضيم اسی طرح وتنحتون من الجبال بيوتًا فارهين یعنی ریسیڈینشل ایریاز یا اس طرح کی چیزیں۔ تو مولانا، یہ جو کہہ رہے ہیں کہ جو ہے قوم ثمود کے پاس جو سنگ تراشی کا جو فن جو تھا، اس کی ڈویلپ شکل جو ہے اجنتا ہے، ایلورا ہے، اورنگ آباد، انڈیا میں، تو انہی چیزوں کی جو ہے آج کتنی زیادہ بڑی ڈویلپ شکل جو ہے ہمارے پاس آ گئی ہے۔ یہ سب چیزوں کی، یعنی معقولات و مشروبات، اور جو ہے ریسیڈینشل یا کمرشل یا اس طرح کی جو بلڈنگیں جو ہیں، چاہے کھانے پینے کی چیزیں ہوں، چاہے اس طرح کی چیزیں ہوں، سواری اور سفر اور کلوتھنگ، رہن سہن، تو ہر ہر چیز جو ہے تھاؤزنڈز ٹائم جو ہے زیادہ ڈویلپ ہو گئی ہے اب انسانوں کے پاس ۔ تو اسی کے ساتھ ساتھ جو ہے تھاؤزنڈ ٹائمز انسانوں کی یہ جو پلیزنٹ فیلنگ جو ہے، یا پریسٹیجس آؤٹ لک ، فخریہ انداز ، یہ جو ہے اتنا ہی زیادہ پڑا ہوگا اس دور کے مقابلے میں۔ تو پھر اب جو ہے ان باتوں کو کتنی گمبھیرتا سے لینا ہے، وہ گویا کہ یہ آیتیں جو ہیں اس کی مثال ہم کہہ سکتے ہیں۔ یعنی روزانہ جو ہم آج کل ایکسپیرینس کر رہے ہیں، گھروں میں کوئی چیز کی تھوڑی سی ضرورت محسوس ہوتی ہے، فوراً یہ کر دیتے ہیں بلینکٹ، اور تھوڑی ہی دیر میں جو ہے وہ ساری چیزیں حاضر ہیں۔ تو اب انسان جو ہے کتنا زیادہ انجوائے بل انداز میں نعمتوں کو استعمال کر رہا ہے قدیم لوگوں کے مقابلے میں۔ اسی طرح کپڑا اور گیجٹس، موبائل فون، ٹی وی، فریج، ہر چیز جو ہے اس سے تھاؤزنڈز ٹائم جو ہے ڈویلپ ہو گئی ہے۔ اور اسی کے ساتھ انسانی سوچ کا بگاڑ بھی جو ہے اسی لیول پر پہنچا ہے، عاد اور ثمود سے بھی زیادہ ۔ اور اس سے پہلے جو کہا گیا تھا وإذا بطشتم بطشتم جبارين قوم عاد کے بارے میں، جب تم کسی کو پکڑتے ہو تو بہت ہی سیویئر پنشمنٹ کرتے ہو اس کو۔ تو اب انسانوں نے جو ہے وار ہیڈ اور اس طرح کی جو ڈیفنس گیجٹ کے نام سے جو بربادی کے جو اوزار بنائے ہیں، وہ کتنا زیادہ ان لوگوں کے مقابلے میں جو ہے تھاؤزنڈ ٹائمز زیادہ ہیں۔ اور تباہی میں بھی ویسے ہی ہے۔ تو کوئی انسانی زندگی کا کوئی کارنر ایسا باقی نہیں ہے جس میں ہم قدیم لوگوں سے جو ہے بہت ہی زیادہ ڈویلپ ہو گئے ہیں۔ تو یہ بہت ہی ساتھ ہی ساتھ جو ہے بہت گمبھیرتا کی بھی بات ہے یہ کہ اتنا زیادہ ڈویلپ ہو جانا اور پھر اتنا ہی زیادہ غافل ہو جانا اس کے ساتھ ، یہ دونوں بھی نوٹس کرنے کی چیزیں ہیں۔ جس کو مولانا کہتے ہیں کہ جو ہے ویپنز آف ماس ڈسٹرکشن، یعنی جو ہے یہ ڈویلپمنٹ جو ہے کسی کے لیے وہ معرفت کی غذا ہے، اور کسی کے لیے جو ہے وہ سرکشی کی غذا ہے۔ تو بظاہر تو ڈویلپمنٹ ہے، لیکن کسی کے لیے وہی اعلیٰ معرفت کا ذریعہ ہے موجودہ ترقی، اور کسی کے لیے جو ہے وہ اعلیٰ سرکشی کا سبب بھی ہے۔</w:t>
      </w:r>
    </w:p>
    <w:p/>
    <w:p>
      <w:bookmarkStart w:id="32" w:name="cl20"/>
      <w:bookmarkEnd w:id="32"/>
      <w:r>
        <w:rPr>
          <w:i/>
          <w:color w:val="77786F"/>
          <w:sz w:val="20"/>
        </w:rPr>
        <w:t>05 May 2026 (English)</w:t>
      </w:r>
    </w:p>
    <w:p>
      <w:pPr>
        <w:jc w:val="right"/>
        <w:bidi/>
      </w:pPr>
      <w:r>
        <w:rPr>
          <w:rFonts w:ascii="Noto Nastaliq Urdu" w:hAnsi="Noto Nastaliq Urdu" w:eastAsia="Noto Nastaliq Urdu" w:cs="Noto Nastaliq Urdu"/>
          <w:sz w:val="26"/>
          <w:rtl/>
          <w:lang w:bidi="ur"/>
        </w:rPr>
        <w:t>کہ "ولا تطيعوا أمر المصرفين" یہ اس پر "امر مصرف" کیا ہے، اس کی تشریح مولانا نے جو کی ہے، اس پر کچھ فرمائیں؟ الذين يفسدون في الأرض ولا يصلحون یعنی مواقف کا غلط استعمال ہی اسراف ہے۔ یہ حد سے گزرنے والا مصرف وہ شخص ہے جس کے پاس دولت آئے تو وہ شکر کے بجائے فخر کی نفسیات میں مبتلا ہو جائے۔ وہ اقتدار پائے تو تواضع کے بجائے گھمنڈ کرنے لگے۔ اس کو عہدہ دیا جائے تو وہ اس کو خدمت کے بجائے اپنا نام بلند کرنے کے لیے استعمال کرے۔ یعنی مواقف کے یہی غلط استعمالات ہیں جو معاشرے میں بگاڑ پیدا کرتے ہیں۔ قوم ثمود کے بڑے لوگ اسی قسم کے اسراف میں مبتلا تھے، اور ان کے عوام ان کی پیروی کر رہے تھے۔ تو "امر مصرف" شکل بدل بدل کے آتے رہتا ہے۔</w:t>
      </w:r>
    </w:p>
    <w:p>
      <w:pPr>
        <w:jc w:val="right"/>
        <w:bidi/>
      </w:pPr>
      <w:r>
        <w:rPr>
          <w:rFonts w:ascii="Noto Nastaliq Urdu" w:hAnsi="Noto Nastaliq Urdu" w:eastAsia="Noto Nastaliq Urdu" w:cs="Noto Nastaliq Urdu"/>
          <w:sz w:val="26"/>
          <w:rtl/>
          <w:lang w:bidi="ur"/>
        </w:rPr>
        <w:t>جی، سورہ یونس میں ایک آیت ہے، سورہ یونس میں آیت نمبر 22۔ والذي يسيركم في البر والبحر حتى إذا كنتم في الفلك وجرينا بهم بريح طيبة وفرحوا بها جاءتها ريح عاصفة وجاءهم الموج من كل مكان وظنوا أنهم أحيط بهم ۗ دعوا الله قيسين له الدين لئن أنجينا من هذه لنكونن من الشاكرين وہی ہے جو تمہیں خشکی اور سمندروں میں چلاتا ہے، یہاں تک کہ تم جب کشتی میں ہوتے ہو تو وہ تمہیں لے کر چلتی ہے خوشگوار ہواؤں کے ساتھ۔ تو انسان خوش ہو جاتا ہے، اچانک طوفانی ہوائیں چلتی ہیں اور موجیں ہر طرف سے آتی ہیں، تو سارا ان کا خوشی کا معاملہ غائب ہو جاتا ہے۔ اب وہ گمان کرنے لگتے ہیں کہ وہ گھیر لیے گئے ہیں۔ تو اس وقت وہ خدا کو پکارتے ہیں کہ اگر تو نے ہمیں اس ان وانٹڈ کنڈیشن سے بچا لیا تو ہم پھر شکر گزار بنیں گے۔ یعنی یہ جو قوم عاد، قوم ثمود، قوم نوح وغیرہ کا معاملہ یہی ہوا کہ اسٹیبل کنڈیشن جو ہے آدمی کو مس کیلکولیشن کا شکار کرتی ہے۔ یعنی یہ دیکھنے میں آتا ہے کہ ہیومن نیچر ہے، انڈیویجول بھی یا کسی کمیونٹی بھی، اگر ان کے معاشی، سیاسی، صحت ، یہ چیزیں جو ہیں، اگر اسٹیبل ان کو مل رہی ہیں تو فوراً وہ مس کیلکولیٹڈ سچویشن میں چلے جاتے ہیں۔ تو اس وقت اللہ جو ہے ان وانٹڈ ہواؤں کو بھیجتا ہے۔ کشتی کی مثال سے بتایا گیا کہ کشتی چل رہی ہے تو آدمی نے سوچا کہ اب ہمارا معاملہ جو ہے ہر اینگل سے وہ کیا ہے۔ لیکن اس کو پتہ ہی نہیں تھا کہ اگلے ہی لمحے جو ہے طوفانی ہوائیں چلنے والی ہیں، اور ساری خوشی جو ہے ڈس اپیئر ہونے والی ہے انسان کی۔ تو پوری خشکی اور قریب میں جو ہے یہی ہوتا رہتا ہے انسانوں کا معاملہ، چاہے انسان سمندروں میں ہو، چاہے زمین پر ہو۔ تو اسٹیبل کنڈیشن اس کو مس انٹرپریٹ کرتا ہے انسان، اور خدا جو ہے کریکشن کے لیے اس کو حالات سے دوچار کراتا ہے۔ تو پھر اس کی نیچر جو ہے اس کی طرف آتی ہے۔ تو اس سے بچا رہنا اور فراخ سے بچنا، فریحو بہا، یہی اصل عقلمندی ہے۔ فراخ سے بچے رہنا اور فراخ میں پڑ جانا، مس کیلکولیشن میں یا اوور جوئے میں، یہی جو ہے ان وانٹڈ بات ہے۔ تو ان اللہ عندہ علم اس نے بتایا گیا کہ جی اس آیت میں کہ وما تدري نفس ماذا تكسب غداً کسی انسان کو خبر نہیں ہے کہ کل کیا ہونے والا ہے اس کے ساتھ۔ یعنی صحت کے اینگل سے، فائنینس کے اینگل سے، یا کوئی بھی دوسرے ان سین اینگل سے، کیا اس کے ساتھ پیش آنے والا ہے پتہ ہی نہیں ہے کسی بھی انسان کو۔ لیکن انسان جو ہے جونہی تھوڑا سا اسٹیبل حالات مل گئے تو پھر فراخ میں پڑ گیا۔ فراخ یہ ہے یعنی اوور تھنکنگ میں یا اوور ایسٹیمیشن میں، مس انٹرپریٹیشن میں۔ تو قوم عاد، ثمود، قوم نوح، قوم شعیب، سب اسی کا شکار ہو گئے۔ اسٹیبل کنڈیشن کو انہوں نے مس کیلکولیشن کر لیا۔ آج بھی یہی ہے موجودہ ہماری سوسائٹیز کہ انڈیویجول اور گروپس کا یہی حال ہے۔ فریحو، فریحو بہا ہی ہے۔ جو موجودہ جو سچویشن ہے دنیا میں وار کی، وہ بھی اسی کا یہ ہے۔ ہر نیشن جو ہے اپنا مس کیلکولیشن کی ہوئی ہے۔ کسی کو یہ پتہ ہی نہیں تھا کہ جو ہے اس جنگ کا اتنا برا انجام ہوگا کہ مہنگائی اور انفلیشن پوری دنیا کو ہلا دے گا، رچ نیشنز کو بھی اور انڈر ڈویلپ نیشنز کو بھی۔ پتہ ہی نہیں تھا، بس مس کیلکولیشن میں جو ہے سب اپنی اپنی ہی بولتے رہے اور پوری دنیا کی اکانومی کو جو ہے انفلیٹڈ کر دیا ہم نے۔ اب خود ہی پریشان ہیں سارے کہ کیا کیا جائے اس کے لیے۔ تو غالباً یہی وہ باتیں ہیں جو عاد اور ثمود کے واقعات میں بتائی جاتی ہیں۔ تو خشکی اور تری میں جو انسانوں کی یہ جو حالت ہے، بہت ہی قابل دید ہے فرد کی سطح پر بھی اور کلیکٹیو لیول پر بھی۔ یہ جو سورہ شعراء میں ایک دم بریفلی کئی پاسٹ کی کمیونٹیز کا جو ذکر ہے، غالباً وہ یہی بتانے کے لیے کہ کس طرح انسانوں کو جو ہے ان کے اسٹیبل حالات بگاڑ دیتے ہیں، پھر خدا کس طرح ان کو ٹھیک کرتا ہے۔ اگر وہ ٹھیک نہیں ہوتے ہیں تو بالکل صافی زمین سے صاف ہی کر دیے جاتے ہیں۔ افراد بھی اور قومیں بھی۔ وہ جو آیت میں فَاتِّلْكَ مَسَاکِنُهَا لَمْ يُسْكَنْ بَعْدَهَا إِلَّا خَلِيلٌ جو اس طرح کی جو آیت ہے، یہ ان کے مونومنٹس ہیں، ان کے بنانے والے ان میں بہت کم دن ہی رہے۔ جو ہمارے ملک میں ہر طرف پھیلے ہوئے ہیں، مغلوں کے اور وغیرہ وغیرہ کے، وہ خوبصورت بلڈنگز وغیرہ، لیکن مشکل سے 200، 300 سال وہ لوگ ان کو انجوائے کر سکے۔ تو دو یا تین سو سال میں ہی پوری طرح کمزور ہو گئے۔ آج کوئی بھی دکھائی نہیں دیتا، لیکن عمارتیں ہر طرف خالی پڑی ہوئی ہیں۔ ان میں سے کون روئل فیملی کا تھا، ایک آدمی کو ڈھونڈنا مشکل ہے اس میں سے۔ تو اس ڈیسپشن سے اپنے آپ کو بچانا، یعنی موجودہ کہاں کھڑے ہوئے ہیں وہ نہ دیکھنا، بلکہ یہ دیکھنا کہ نیکسٹ لمحہ کہاں کھڑے ہوں گے۔ یہ زیادہ بڑی عقلمندی ہے۔ آدمی یہ نہ دیکھے کہ آج اس کو کیا اسٹیبلٹی ملی ہوئی ہے، بلکہ وہ یہ سوچے کہ خدا جو ہے نیکسٹ لمحے اس اسٹیبلٹی کو ختم کر سکتا ہے۔ جب انسان اس طرح سوچے، صحت، فائنانس ، پولیٹیکل یا دوسرے بہت سارے جو اینگلز، کہ نیکسٹ لمحہ میرا خدا کے ہاتھ میں ہی ہے، چاہے موجودہ لمحہ میرا کتنا ہی اچھا ہو۔ اگر اس تھنکنگ میں ہے تو آدمی کا معاملہ صحیح رہتا ہے۔ اگر اسٹیبلٹی کے ڈیسپشن میں آ گیا آدمی تو پھر جو ہے وہ بگڑنے لگتا ہے اور اس کو پتہ ہی نہیں ہوتا کہ نیکسٹ لمحے میں کیا ہونے والا ہے اس کے ساتھ۔ تو اس ڈیسپشن سے بچانا اپنے آپ کو، اسٹیبلٹی وغیرہ کے، یہی اس کا سبق لگ رہا ہے۔ إِنَّ فِي ذَٰلِكَ ٱلْأَيَات ِ اس میں یہ سبق ہے کہ جو ہے اسٹیبلٹی کے ڈیسپشن میں ٹریپ نہ ہونا، کانسٹنٹلی جو ہے اس خیال میں رہنا کہ یہ خدا ایک موتی ہے اور میں ریسیور ہوں بس۔ خدا الٹیمیٹ گیور ہے اور میں ریسیور ہوں، اس سے زیادہ یہ کیس کچھ بھی نہیں ہے۔ اس اس مائنڈ سیٹ میں رہنا، گویا کہ إِنَّ فِي ذَٰلِكَ ٱلْأَيَاتِ تو روز اس طرح کے واقعات ہو رہے ہیں، ہر گھر میں، ہر کمیونٹی میں، کہ خدا نے جو ہے ان کے اسٹیبل حالات کو جو ہے فوراً کرائسز میں کنورٹ کر دیا ہے۔ کل جو تھے، آج وہ نہیں ہیں اس طرح۔ تو فرد کی سطح پر بھی دسیوں واقعات اگر ہم غور کریں تو اویلیبل ہیں، اور کمیونٹی کی سطح پر بھی اس طرح کے حالات اویلیبل ہیں کہ اسٹیبلٹی ڈس اپیئر ہو گئی اور انسان کا ڈیسپشن بن گئی وہ ۔</w:t>
      </w:r>
    </w:p>
    <w:p/>
    <w:p>
      <w:pPr>
        <w:pStyle w:val="Heading1"/>
      </w:pPr>
      <w:bookmarkStart w:id="33" w:name="vg11"/>
      <w:bookmarkEnd w:id="33"/>
      <w:r>
        <w:t>The Poets (Al-Shu‘ara’) - 26:153-159</w:t>
      </w:r>
    </w:p>
    <w:p>
      <w:bookmarkStart w:id="34" w:name="cl21"/>
      <w:bookmarkEnd w:id="34"/>
      <w:r>
        <w:rPr>
          <w:i/>
          <w:color w:val="77786F"/>
          <w:sz w:val="20"/>
        </w:rPr>
        <w:t>06 May 2026 (Urdu)</w:t>
      </w:r>
    </w:p>
    <w:p>
      <w:pPr>
        <w:jc w:val="right"/>
        <w:bidi/>
      </w:pPr>
      <w:r>
        <w:rPr>
          <w:rFonts w:ascii="Noto Nastaliq Urdu" w:hAnsi="Noto Nastaliq Urdu" w:eastAsia="Noto Nastaliq Urdu" w:cs="Noto Nastaliq Urdu"/>
          <w:sz w:val="26"/>
          <w:rtl/>
          <w:lang w:bidi="ur"/>
        </w:rPr>
        <w:t>السلام علیکم۔ ایاس صاحب، ایک بات میرے ذہن میں آ رہی ہے کہ ایک آدمی نے جرم کیا اور ساری قوم کو سزا دی گئی۔ یعنی اللہ کی نظر میں ساری قوم مجرم ٹھہرائی گئی۔ کیونکہ قوم کے اس آدمی کا ہاتھ نہیں روکا لوگوں نے ، نہ اس کو برا بھلا کہا۔ تو اس طرح سے ساری قوم پوری بھی جرم میں شامل ہو گئی۔ کچھ ایسی صورت موجودہ مسلمانوں کی بھی ہے۔ آج مسلمانوں کا ایک طبقہ وائلنس کرتا ہے، بم پھوڑتا ہے، اور مسلمان اندر اندر خوش ہوتے ہیں اور خاموش رہتے ہیں، اور ان کے خلاف ایک لفظ بھی نہیں بولتے۔ جب دوسرے لوگ ریٹیلیٹ کرتے ہیں، برا ہے۔ اور اس کی سب سے بڑی مثال غزہ کی لڑائی ہے۔ چونکہ فلسطینیوں نے 1400 انوسنٹس کو مارا سب سے پہلے، اور اس کے بعد دنیا کے مسلمانوں نے بڑی خوشی منائی کہ بہت زبردست کام کیا۔ اور جب اسرائیل نے ریٹیلیٹ کیا تو ساری دنیا کے مسلمانوں نے ہنگامہ مچایا، ظلم ظلم چلانے لگے۔ لیکن اللہ تعالیٰ نے فلسطینیوں کا ذرہ برابر بھی ساتھ نہیں دیا۔ تو کیا یہ کمپیریزن کچھ ٹھیک لگ رہا ہے؟</w:t>
      </w:r>
    </w:p>
    <w:p>
      <w:pPr>
        <w:jc w:val="right"/>
        <w:bidi/>
      </w:pPr>
      <w:r>
        <w:rPr>
          <w:rFonts w:ascii="Noto Nastaliq Urdu" w:hAnsi="Noto Nastaliq Urdu" w:eastAsia="Noto Nastaliq Urdu" w:cs="Noto Nastaliq Urdu"/>
          <w:sz w:val="26"/>
          <w:rtl/>
          <w:lang w:bidi="ur"/>
        </w:rPr>
        <w:t>ڈاکٹر صاحب، یہی صحیح ہے۔ یہ کمپیریزن ہی بہت صحیح ہے۔ بالکل یہی عین بات ہے۔ 23 اکتوبر 2024 کو شاید ان لوگوں نے وہ اسمال ڈرونز سے حملے کیے تھے۔ وہ اسکول اسٹوڈنٹس کا کوئی پروگرام چل رہا تھا اس وقت۔ تو خوب خوشی منایا مسلمانوں نے، دیکھو بڑا کارنامہ کیا حماس نے۔ لیکن اب سب جو ہے دانت پیستے رہتے ہیں۔ تو یہ جو مولانا کہہ رہے ہیں کہ جو ہے ہر نبی جو ہے، ایسا نہیں ہے کہ غیر مذہبی لوگوں میں کام کرتا ہے۔ وہ الریڈی پہلے ہی سے مذہبی ہوتے ہیں۔ تو یہ بات بہت صحیح ہے۔ آج کے مسلمان بھی جو ہے، وہ موم نین کی لسٹ میں ہی آتے ہیں، اگرچہ کہ وہ بڑے مذہبی ہیں۔ یہ جو ہمارے ملک کے جو غیر مسلم ہیں، ان کے اندر بھی جو ہے یہ سینسٹیوٹی خود مسلمانوں نے پیدا کی ہے۔ اینٹی مسلم، یعنی پارٹیشن کے وقت جو ہے، ون ٹو آل، سب نے مل کر جو ہے پارٹیشن کی آواز کا ساتھ دیا۔ حالانکہ وہ بہت ہی غلط یہ تھا۔ یعنی غیر مسلموں کے ہمارے ملک کے عقیدے کے مطابق جو ہے، دھرتی ان کے پاس ماتا ہوتی ہے۔ ماتا کے جو ہے ٹکڑے، وہ بائیفرکیشن جو ہے، ان کے لیے بہت یہ تھا، وہ تکلیف دہ، پین فل ایکٹیویٹی۔ لیکن سارے مسلمانوں نے ہنگامہ مچایا تھا اس دور میں، جنات کو لے کر، مسٹر اور مولوی دونوں۔ کچھ تھوڑے سے ایکسیپشن کے، جیسے حسین احمد مدنی اور مولانا آزاد وغیرہ۔ باقی سب پورے اسی طرف بھاگ رہے تھے۔ اور انہوں نے کر کے بھی دکھایا۔ لیکن اب جو ہے، کہیں تھوڑی جیت ہوتی ہے دوسروں کو، تو انہوں نے پارٹیشن کی جیت حاصل کی، وہ نہیں کہتے اس پر کچھ۔ لیکن اگر کوئی پارٹی جیت رہی ہے تو بڑا ہنگامہ اور بڑے فرسٹریٹڈ ہوتے ہیں۔ گویا کہ جو ہے ہماری وش فل تھنکنگ تو جو ہے خوب چلے، لیکن لوگوں کی نہ چلے۔ ثمود کا واقعہ پڑھنے سے اس طرح لگ رہا ہے، ثمود کی جو دکھتی رگ جو تھی، وہ تھی ان کا ریسورسز کو لے کر جو ہے سینسٹیوٹی اور پرائیڈ۔ یعنی ہم بڑے اچھے انجینئر ہیں اور بہت اچھے ہمارے پاس ریسورسز ہیں۔ غالباً جو ہے وہ اسی میں جینے لگے تھے۔ یعنی ریسورسز کو لے کر پرائیڈ اور جو ہے سینسٹیوٹی۔ تو ان کو آخرت کی بات جو ہے اس میں اچھی نہیں لگی۔ ان کے یہ ریسورسز کے بیچ میں ان کو لگا یہ ڈسٹربنس ہے، آخرت کی بات۔ تو اللہ تعالیٰ نے جو ہے مختلف اینگل سے ان کو آزمایا۔ یعنی مٹیریل تھنگز کو لے کر وہ بہت زیادہ یہ تھے، سینسٹیو تھے۔ تو اللہ تعالیٰ نے جو ہے ایک یہ پیدا کر دیا، اونٹنی کی شکل میں۔ تو اب ان کے جو ریسورسز تھے، اس کا ایک بڑا حصہ اونٹنی کو دینا پڑا۔ تو اس پر وہ بے فرق ہے کہ ایک دن جو ہے سارا وہ اونٹنی کی باری ہوتی ہے، اور ایک دن ان کے لیے ہوتی ہے جنرل، اور ایک اسپیشل۔ اونٹنی کے لیے اسپیشل ڈے، اور سب کے لیے جنرل ڈے۔ تو اس پر وہ جو ہے بھڑک اٹھے، ریسورسز شیئرنگ پر۔ کیونکہ یہ ریسورسز شیئرنگ جو ہے، نہ کوئی کمیونٹی پسند کرتی ہے اور نہ کوئی فرد پسند کرتا ہے دلوں میں۔ تو اسی ریسورسز شیئرنگ کو اللہ تعالیٰ نے جو ہے گویا کہ ایک یہ بنایا، ایک حیلہ ان کی پکڑ کے لیے۔ اصل ان کی سرکشی تو یہ نہیں تھی کہ ایک اونٹنی کو یہ کرنا۔ یعنی ریزن یہ نہیں تھا کہ صرف انہوں نے ایک اونٹنی کو قتل کیا، اس کی ان کو سزا دی گئی۔ ایسا نہیں تھا۔ اونٹنی تو جو ہے حیلہ تھی، اصل ان کا مائنڈ سیٹ تھا۔ یعنی اپنی انجینئرنگ اور اپنی دنیا میں خوش رہنا، ریسورسز پہ، اور اس کی بنیاد پر جو ہے اگریشن اور بگاڑ کرنا زمین پر، وہ ریسورسز کو لے کر۔ اور پیغمبر کی نصیحت کو ریجیکٹ کرنا، یہ اصل ان کا یہ تھا۔ تو خدا نے جو ہے اس کے لیے ایک بہانہ کیا ہے کہ ان کو کہا ہے کہ ریسورس شیئرنگ کریں گے اب تم ، آج کے بعد سے۔ تو یہ ان کو ایک دم اینگر کر دیا۔ اس پر ان کو جو ہے بہت فرسٹریشن ہوئی۔ تو وہ پھٹ پڑے۔ تو اللہ تعالیٰ بھی جو ہے اسی واقعے کو ذریعہ بنا دیا ان کی سزا کے لیے۔ تو بالعموم انسان جو ہے ریسورسز اور پوسٹ، عہدے، اسٹیٹس، اس میں شیئرنگ پسند نہیں کرتا۔ اور پھر یہی چیزوں کو لے کر جو ہے زمین میں فساد بھی کرتا ہے۔ تو اللہ تعالیٰ جو ہے آزمائش کے لیے اسی میں اس کے یہ پیدا کرتا ہے، کاؤنٹر پارٹ ، برابر کے حصے دار۔ تو پھر جو ہے وہی اس کے لیے سزا بن جاتی ہے وہ چیز۔ تو غالباً ثمود کے ساتھ بھی یہی ہوا۔ ساجدہ پیدا ہو گئے، ساجدہ۔ تو یہ ساجدہ ان کو پسند نہیں آئی، اور انہوں نے خود ہی سرکشی کر دی۔ اور پھر پکڑ کے لیے جو ہے جسٹیفیکیشن دے دیا۔ تو ریسورس کی ساجدہ جو ہے انسان پسند نہیں کرتے عام طور پر۔ حالانکہ اللہ تعالیٰ یہ کہتا ہے کہ اس کا صحیح استعمال، کنسٹرکٹو استعمال ہو ریسورسز کا۔ اور دوسرے انسانوں کا اس میں یہ مانا جاتا ہے۔ لیکن انسان جو ہے اس کو پسند نہیں کرتا۔ تو دنیا میں جو ہے ایک نیشن دوسرے نیشن پر اگریشن کر رہی ہے، وہ ریسورسز کی ساجدہ کو لے کر ہی کرتی ہے عام طور پر۔ کہ ہم دوسروں کو حصے دار نہیں مانتے۔ فرد کے اندر بھی یہ بات ہوتی ہے، نیشنز کے اندر بھی یہ بات ہوتی ہے۔ اور اسی پر جنگیں، لڑائیاں، ساری برائیاں پیدا ہوتی ہیں، ساجدہ نہ کرنے کی وجہ سے۔ جیسے عام طور پر جو ہے یہ دیکھنے میں آتا ہے کہ ایک نیشن دوسرے نیشن سے ریسورس شیئرنگ پر بڑا جھگڑا رہتا ہے۔ پھر خود جو ہے ایک نیشن کے اندر خود ہی ہر جگہ جھگڑے ہوتے ہیں۔ جیسے واٹر ریسورسز کے جھگڑے ہوتے ہیں ہر جگہ۔ ہمارے ملک کے اندر بھی جو ہے واٹر شیئرنگ پر بڑے بڑے ڈسپیوٹ چلتے رہتے ہیں کورٹس میں۔ جیسے مشہور ہمارا کرناٹک، تمل ناڈو میں کاویری کا ایشو ہے۔ اس طرح کے ایشو ہر جگہ ہیں کہ ریسورس شیئرنگ میں جو ہے ہر آدمی یہ سمجھتا ہے کہ میں زیادہ حقدار ہوں، دوسرے کم حقدار ہیں۔ اور پھر جو ہے ایک ہی نیشن آپس میں لڑتے رہتے ہیں۔ پھر آج کل جو ہے پورے ملک کے اندر جو ہے ایس سی، ایس ٹی کوٹے کے لیے جو ہے ہر وقت دھرنے چلتے رہتے ہیں روڈوں پر۔ ہر کمیونٹی نکل کر یہ کہتی ہے کہ ہم کو ایس سی ٹیگ چاہیے، ایس ٹی ٹیگ چاہیے۔ کیونکہ اس ٹیگ کو ملنے کے بعد جو ہے ان کو ریزرویشن اور گورنمنٹ الاٹمنٹ وغیرہ میں جو ہے کچھ اسپیشل یہ مل جاتا ہے حصہ۔ تو ہر ایک کو چاہیے ایس سی ٹیگ اور ریزرویشن ملک کے اندر۔ تو پوری پولیٹکس جو ہے ہمارے ملک میں اسی کے لیے ہوتی ہے کہ ریزرویشن اور الاٹمنٹ میں کچھ ہم کو زیادہ مل جائے۔ اسی کے لیے جو ہے ساری سیاست چلتی رہتی ہے۔ یعنی آپس میں ہی ایک ہی نیشن ریسورسز کی فائٹ کرتے رہتی ہے۔</w:t>
      </w:r>
    </w:p>
    <w:p/>
    <w:p>
      <w:bookmarkStart w:id="35" w:name="cl22"/>
      <w:bookmarkEnd w:id="35"/>
      <w:r>
        <w:rPr>
          <w:i/>
          <w:color w:val="77786F"/>
          <w:sz w:val="20"/>
        </w:rPr>
        <w:t>07 May 2026 (English)</w:t>
      </w:r>
    </w:p>
    <w:p>
      <w:pPr>
        <w:jc w:val="right"/>
        <w:bidi/>
      </w:pPr>
      <w:r>
        <w:rPr>
          <w:rFonts w:ascii="Noto Nastaliq Urdu" w:hAnsi="Noto Nastaliq Urdu" w:eastAsia="Noto Nastaliq Urdu" w:cs="Noto Nastaliq Urdu"/>
          <w:sz w:val="26"/>
          <w:rtl/>
          <w:lang w:bidi="ur"/>
        </w:rPr>
        <w:t>السلام علیکم۔ آہ، فہد صاحب، یہ verses کو پڑھنے کے بعد ، آہ، ایک یہ feeling آ رہی ہے کہ، کہ کیسے ایک individual یا ایک گروپ یا community جو ہے، conditioning کا شکار ہو جاتی ہے۔ آہ، اس level کی شکار ہو جاتی ہے کہ وہ اپنے forefathers کے religion کو ہی divine religion سمجھتے ہیں۔ تو یہ، یہ صرف religion کی بات نہیں ہے، forefathers religion کی بات نہیں ہے۔ ہمارے case میں، آج کی date میں، materialism کو ہم وہ status دے رہے ہیں، divine status، اور اسی میں ہم occupy ہو جاتے ہیں۔ تو یہ بڑا difficult ہو جاتا ہے داعی کے لیے، ایک individual یا ایک گروپ کی conditioning کو توڑنا۔ آہ، at the same time، جو انسان اس suffer ہوتا ہے، اس conditioning سے، اس کے لیے بھی بڑا tough ہوتا ہے کہ اپنے آپ کو وہ decondition کر لے۔ تو یہ جو process of deconditioning ہے، تو اس کے بارے میں قرآن یا حدیث کیا روشنی دیتا ہے؟ کہ کیسے انسان اس، اس کو start کر لے، اپنے لیے اس چیز کو جو ہے، وہ practical بنا لے۔ تو اس کے بارے میں، آہ، please guide کیجیے۔ عامر بھائی، ابھی جو ہم سورہ پڑھ رہے ہیں، اس میں ہر واقعے کے بعد جو ہے، "إن في ذاتك لا يرى" ہے، تقریباً اب تک کئی بار آیا ہے۔ إن في ذاتك لا يرى، وما كان أكثرهم مؤمنين. یہ "إن في ذاتك لا يرى" اس پر غور کرنے سے پتہ چل رہا ہے کہ اس میں نشانی ہے، عبرت ہے۔ تو اب کوئی قومِ ثمود کی طرح literal ہونا ضروری نہیں ہے۔ آہ، قومِ ثمود اور قومِ عاد، قومِ نوح، قومِ ابراہیم، اس کی طرح literal ہونا ضروری نہیں۔ آہ، شکل بدل کے جو ہے، ہمیشہ انسان ویسے ہی رہتے ہیں، جیسے یہ قومیں ہیں۔ اور attitude بھی جو ہے، اسی type کا ہوتا ہے۔ آہ، mindset بھی جو ہے، اسی type کا ہوتا ہے، لیکن بدلے ہوئے فارم میں رہتا ہے۔ تو یہ آیتیں پڑھنے کے بعد ، lesson اس لیے نہیں ملتا ہے کہ آدمی چیزوں کو literal دیکھ رہا ہے۔ یعنی کوئی یہ نہیں سوچ رہا ہے کہ جو ہے، ہم بھی کئی اونٹوں کو جو ہے، touch کر رہے ہیں، خدا کی اونٹوں کو۔ سب یہ سوچ رہے ہیں کہ ہم نے تو کسی اونٹ کو touch نہیں کیا۔ حالانکہ ہر آدمی انفرادی سطح پر، یا collective ، وہ جو ہے، کسی نہ کسی خدا کی assigned اونٹنی کو جو ہے، touch کر رہا ہے۔ تو lesson اس لیے نہیں ملتا ہے کہ ہم literal معنی میں لیتے ہیں، اور اس کی بدلی ہوئی شکل کو نہیں دیکھ پاتے۔ تو بدلی ہوئی شکل کو دیکھنا، اپنی زندگی میں ، اسی سے غالباً deconditioning ہوتی ہے۔ اگر وہ دیکھنے کی صلاحیت نہ ہو، بدلے ہوئے فارم کو، تو پھر وہ سبق بھی نہیں ملتا جو اس کے اندر ہے۔ إن في ذاتك لا يرى جیسے یہ مولانا مثال دے رہے ہیں کہ ایک آدمی نے اس اونٹنی کو ہاتھ لگایا، بری نیت سے ، لیکن دوسرے لوگ جو ہیں، اس act میں شامل تھے، intentionally۔ گویا کہ ان لوگوں کا approval اس کو حاصل تھا۔ تو آج جیسے مسلمان ہیں، آہ، وہ بھی ایسے ہی کر رہے ہوں۔ تو اسی sense میں ہم دیکھیں تو ہم سب جو ہے، اس میں شامل ہیں، خدا کے کام میں۔ یعنی کوئی ایک آدمی کر رہا ہے، اور باقی سب silent approval دے رہے ہیں اس کو، کہ ہاں تم نے بہت اچھا کیا، حالانکہ وہ بالکل ہی غلط بات ہے۔ اور خوف اس لیے نہیں آتا ہے کہ ہم literal دیکھ رہے ہیں آیتوں کو، اس کا extended فارم نہیں دیکھ پا رہے ہیں کہ ہم، ہم سے کیا غلطی ہو رہی ہے۔ تو مولانا کا جو literature ہے، آہ، جیسے اسباقِ تاریخ، وہ یہی ہے، وہ literal فارم کو جو ہے، discover کرنے کا۔ کہ توصیحی sense میں ہم سے کیا اس طرح کے کام ہو رہے ہیں، اور توصیحی sense میں ہم کو کیا سزائیں مل رہی ہیں۔ اور بالکل مل رہی ہیں، آیت، آیت جو ہے، آہ، ہم سب کے لیے ہے اس کے اندر۔ یعنی سزا والی بات جو ہے، سب کو مل رہی ہے، فارم بدل کر۔ یعنی فارم بدل کر ہم سب، آہ، culprit ہیں، اور بدلے ہوئے فارم میں ہم سب جو ہے، سزا بھی پا رہے ہیں، ہم سب۔ اس type کی ساری سزائیں۔ جیسے کل بات ہوئی تھی ہماری ، کہ Middle East میں غزہ کی جو حالت ہے، وہ منظر دیکھ کر جو ہے، آہ، آپ سوچیے، آہ، کیا وہ قومِ ثمود کی طرح کا منظر نہیں ہے؟ آہ، لیکن جو ہے، سارے لوگ ظلم، ظلم، ظلم بولتے ہیں۔ آہ، حالانکہ مولانا کہتے ہیں کہ اسلام میں البادی ازلم، جو initiate کرتا ہے، وہ real culprit ہے۔ تو ہم نے initiate کیا، آہ، انہوں نے جو ہے، اس کو انجام تک پہنچایا، تو اس کا ذمہ دار جو ہے، ہم ہی ہیں۔ آہ، سارے لوگ وہ دیکھ رہے ہیں، لیکن کوئی بھی غلطی کو نہیں بتاتا۔ آہ، اور جو ہے، آہ، ذہنی اذیت سے بھی نہیں نکل پاتا ہے، دیکھ کر وہ منظر۔ نہ غلطی کو ماننے کا، ماننے کی توفیق ہے، نہ سزا کو برداشت کرنے کا یہ ہے جذبہ کہ ہم نے کیا، اور ہم بھگت رہے ہیں، یہ بھی تیار نہیں۔ إن في ذاتك لا يرى کا ترجمہ اگر ہم کریں، یہ ایک eye-opener ہے۔ بات سمجھ میں آتی ہے۔ یعنی extended meaning میں جو ہے، سب کو یہ سزائیں دی جا رہی ہیں، انسانوں کو ، فارم بدل بدل کر۔ لیکن وما كان أكثرهم مؤمنين اکثر لوگ اس کو پکڑ نہیں پاتے، اس بات کو ۔ جیسے جو ہے، پوری دنیا جو ہے، اپنی ساری ٹیکنالوجی وغیرہ کے باوجود، اس کا شکار ہو گئی ہے، global warming کا۔ اور آئے دن جو ہے، باقاعدہ یہ study آ رہی ہے کہ جو ہے، آہ، species decline ہو رہا ہے۔ مطلب، آہ، sub-type کی جو یہ animal وغیرہ وغیرہ، وہ جو ہے، آہ، یہ threat in، اس میں داخل ہو چکی ہے، threat in circle میں۔ یعنی، آہ، یہی حالت رہی تو وہ بالکل ہی یہ ہو جائے گی، disappear ہو جائے گی زمین سے۔ اس طرح، آہ، ایک دو چیزیں نہیں ہیں فی الوقت زمین پر۔ آہ، ایسے کئی، آہ ، یہ ہیں جو بالکل near extinction آ گئے ہیں، بالکل ختم ہونے کے اس پر ہیں، کنارے پر کھڑے ہوئے ہیں۔ تو یہ خود کتنی بڑی بات ہے، پوری گلوب کے لیے سمجھنے کے لیے۔ آہ، اگر عاد اور ثمود کا ایک limited area میں معاملہ تھا، تو اب پوری زمین ہی گویا کہ، آہ، endangered globe کی اس میں آ گئی ہے۔ یعنی آہستہ آہستہ وہ مارس اور دوسرے planets کی طرح، کی طرف جو ہے، وہ شکل لینے کی طرف جا رہی ہے، studies کے حساب سے۔ اور یہ سب انسانوں کی وجہ سے ہی ہوا ہے۔ انسانوں نے خود اس طرح بنا دیا ہے۔ اور ایسا لگتا ہے کہ جو ہے، آہستہ آہستہ پوری human race کو جو ہے، wipe out کر دیا جائے گا، جیسے عاد اور ثمود کو limited sense میں کیا گیا۔ آہ، extended sense میں جو ہے، پوری humanity کو ہی wipe out کرنے کی طرف جو ہے، زمین کو دھکیلا جا رہا ہے۔ تو إن في ذاتك لا يرى کی جو ہے، ہمارے پاس، آہ، extended شکل موجود ہے، مختلف اس طرح کی چیزوں سے۔ مطلب جو ہے، کتنا زیادہ جو ہے، آہ، cancer کے cases بڑھ رہے ہیں، اور انسانوں کے پاس اس کا کوئی علاج نہیں ہے۔ اور گلوب پر جو ہے، آہ، کیسے سر پھیرے لوگ جو ہے، یہ کیے ہوئے ہیں، اہم posts جو ہے، سنبھالے ہوئے ہیں، تقریباً۔ آہ، ایسا لگتا ہے سب سارے mad type کے لوگ جمع ہوئے ہیں، جو زمین کو جو ہے، مسلسل بدامنی اور اس کی طرف دھکیل رہے ہیں، جنگوں کی طرف۔ تو یہ خود جو ہے، آہ، آیت ہی ہے، یہ بھی ایک وہی آیت، عاد اور ثمود والی۔ یعنی ایسا نہیں کہ جو ہے، آہ، کوئی غیر مسلم ہی اس طرح کے ہیں۔ آہ، خود مسلم nation میں ایسے ہی لوگ ہیں، جو اپنی nations کو اور اپنی community کو بربادی کی طرف لے جا رہے ہیں، اور بڑی ڈھٹائی سے لے جا رہے ہیں۔ یعنی ambition ان کی ہے، اور جنرل public کو جو ہے، وہ bear کرنا پڑتا ہے، ان کی ambitions کے لی ے۔</w:t>
      </w:r>
    </w:p>
    <w:p/>
    <w:p>
      <w:pPr>
        <w:pStyle w:val="Heading1"/>
      </w:pPr>
      <w:bookmarkStart w:id="36" w:name="vg12"/>
      <w:bookmarkEnd w:id="36"/>
      <w:r>
        <w:t>The Poets (Al-Shu‘ara’) - 26:160-166</w:t>
      </w:r>
    </w:p>
    <w:p>
      <w:bookmarkStart w:id="37" w:name="cl23"/>
      <w:bookmarkEnd w:id="37"/>
      <w:r>
        <w:rPr>
          <w:i/>
          <w:color w:val="77786F"/>
          <w:sz w:val="20"/>
        </w:rPr>
        <w:t>08 May 2026 (Urdu)</w:t>
      </w:r>
    </w:p>
    <w:p>
      <w:pPr>
        <w:jc w:val="right"/>
        <w:bidi/>
      </w:pPr>
      <w:r>
        <w:rPr>
          <w:rFonts w:ascii="Noto Nastaliq Urdu" w:hAnsi="Noto Nastaliq Urdu" w:eastAsia="Noto Nastaliq Urdu" w:cs="Noto Nastaliq Urdu"/>
          <w:sz w:val="26"/>
          <w:rtl/>
          <w:lang w:bidi="ur"/>
        </w:rPr>
        <w:t>جب ان کے بھائی لوط نے ان سے کہا : کیا تم ڈرتے نہیں ؟ میں تمہارے لیے ایک معتبر رسول ہوں ۔ پس اللہ سے ڈرو اور میری بات مانو ۔ میں اس پر تم سے کوئی بدلہ نہیں مانگتا ۔ میرا بدلہ تو خداوند عالم کے ذمے ہے۔ کیا تم دنیا والوں میں سے مردوں کے پاس جاتے ہو ؟ اور تمہارے رب نے تمہارے لیے جو بیویاں پیدا کی ہیں، ان کو چھوڑتے ہو ؟ بلکہ تم حد سے گزر جانے والے لوگ ہو. تشریح: حضرت لوط جس قوم میں آئے، وہ شہوت پرستی میں حد کو پار کر گئی تھی۔ ان کے لیے ان کی بیویاں کافی نہ تھیں۔ وہ نوجوان لڑکوں سے مباشرت کا فعل کرنے لگے تھے۔ حضرت لوط نے انہیں خدا پرستی اور تقویٰ کی تعلیم دی ، اور برے افعال سے انہیں منع کیا۔ حضرت لوط ان کے درمیان ایک ایسے داعی کی حیثیت سے اٹھے جس کی شخصیت جھوٹ اور فضول گوئی سے صد فیصد پاک تھی۔ قوم سے مادی مفاد کا جھگڑا چھیڑنے سے بھی انہوں نے مکمل پرہیز کیا۔ یہ واقعات یہ ثابت کرنے کے لیے کافی تھے کہ حضرت لوط جو کچھ کہہ رہے ہیں، پوری سنجیدگی کے ساتھ کہہ رہے ہیں۔ مگر چونکہ آپ کی بات قوم کی روش کے خلاف تھی، وہ آپ کی دشمن ہو گئی۔ حضرت لوط کی بات کو وزن دینے کے لیے ضروری تھا کہ لوگوں کے اندر خدا کا خوف ہو۔ مگر یہی وہ چیز تھی جس سے ان کی قوم کے لوگ پوری طرح خالی ہو چکے تھے۔ پھر وہ پیغمبر کی بات پر دھیان دیتے تو کس طرح دیتے؟ تشریح دوبارہ: حضرت لوط جس قوم میں آئے، وہ شہوت پرستی میں حد کو پار کر گئی تھی۔ ان کے لیے ان کی بیویاں کافی نہ تھیں۔ وہ نوجوان لڑکوں سے مباشرت کا فعل کرنے لگے تھے۔ حضرت لوط نے انہیں خدا پرستی اور تقویٰ کی تعلیم دی، اور برے افعال سے انہیں منع کیا۔ حضرت لوط ان کے درمیان ایک ایسے داعی کی حیثیت سے اٹھے جس کی شخصیت جھوٹ اور فضول گوئی سے صد فیصد پاک تھی۔ قوم سے مادی مفاد کا جھگڑا چھیڑنے سے بھی انہوں نے مکمل پرہیز کیا۔ یہ واقعات یہ ثابت کرنے کے لیے کافی تھے کہ حضرت لوط جو کچھ کہہ رہے ہیں، پوری سنجیدگی کے ساتھ کہہ رہے ہیں۔ مگر چونکہ آپ کی بات قوم کی روش کے خلاف تھی، وہ آپ کی دشمن ہو گئی ۔ حضرت لوط کی بات کو وزن دینے کے لیے ضروری تھا کہ لوگوں کے اندر خدا کا خوف ہو ۔ مگر یہی وہ چیز تھی جس سے ان کی قوم کے لوگ پوری طرح خالی ہو چکے تھے۔ پھر وہ پیغمبر کی بات پر دھیان دیتے تو کس طرح دیتے؟</w:t>
      </w:r>
    </w:p>
    <w:p>
      <w:pPr>
        <w:jc w:val="right"/>
        <w:bidi/>
      </w:pPr>
      <w:r>
        <w:rPr>
          <w:rFonts w:ascii="Noto Nastaliq Urdu" w:hAnsi="Noto Nastaliq Urdu" w:eastAsia="Noto Nastaliq Urdu" w:cs="Noto Nastaliq Urdu"/>
          <w:sz w:val="26"/>
          <w:rtl/>
          <w:lang w:bidi="ur"/>
        </w:rPr>
        <w:t>عبدالسلام حضرت ابراہیم اور حضرت لوط جس علاقے سے نکل کر گئے تھے، اس نئے علاقے کو تو جہاں یہ لوگ تھے، وہاں شرک کی برائی تھی۔ باقی سب چیزیں، ایسا لگتا ہے، ٹھیک ٹھاک تھیں اس قوم میں۔ حضرت ابراہیم کی جو آبائی قوم جو تھی، ازر وغیرہ، تو قرآن ان کے بارے میں جو رپورٹنگ کرتا ہے، وہ زیادہ تر شرکیہ باتوں کی رپورٹنگ ہے۔ لیکن یہ لوگ نکل کر جب نئے علاقے میں گئے تو وہاں ڈفرنٹ ٹائپ کے یہ تھے، مسائل تھے۔ تو حضرت ابراہیم جہاں تھے، وہاں حضرت ابراہیم کو شرک کا وغیرہ سے ہی سامنا تھا فلسطین کے علاقے میں۔ لیکن حضرت لوط کو جو ہے، شرک کے ساتھ ایک نیا ظاہرہ بھی تھا وہاں پر، نیا فینامینا، جو کہ قرآن کہتا ہے کہ جو ہے، وہ ظاہرہ جو ہے، کہیں اور نہیں تھا۔ تو معلوم یہ ہوا کہ جو ہے، آدمی جب کام کے لیے نکلتا ہے تو وہ اس ٹائپ کے جو ہے، ان یوزل سچویشن سے بھی اس کا یہ ہوتا ہے، الگ الگ حالات کے لحاظ سے۔ جیسے حضرت لوط کو جو ہوا، وہ کسی بھی دوسرے نبی کو نہیں ہوا اس طرح کا ایکسپیرینس۔ تو آدمی جب اپنے اپنے دور میں کام کے لیے نکلتا ہے تو عجیب عجیب اس کے سامنے جو ہے، حالات آ سکتے ہیں۔ جیسے ہمارا یہ دور ہے، اس میں جو سب سے بڑی بات جو جو سامنے آ رہی ہے، وہ ہے فریڈم، یعنی لامحدود فریڈم۔ انسان مغرب کی طرف سے جو تصور دیا گیا ہے زندگی کا، وہ لامحدود فریڈم کا ہے، جو کہ اس سے پہلے اس طرح نہیں تھا۔ کسی بھی معاملے میں، کسی بھی ٹائپ کا ریسٹرکشن ، انڈیویجول جو ہے، پسند نہیں کرتے ہیں آج کل۔ اور قانوناً جو ہے، یہ حق بھی پوری دنیا میں جو ہے، مان لیا گیا ہے کہ اگر دو انسان جو ہے، کوئی بھی ایکٹ کرتے ہیں میوچول کنسنسس سے، آپسی رضا سے، تو اکثر دنیا کے اکثر ممالک جو ہے، قانوناً اس کو برائی نہیں مانتے۔ جس کو کہتے ہیں ڈی کریمینلائز کرنا، یعنی ایک چیز جو ہے، سماج میں کرائم ہے، لیکن نئی سوچ کے تحت جو ہے، اس کو ڈی کریمینلائز کیا جاتا ہے۔ یعنی اس کا جرم ہونا جو ہے، ابولش کر دیا جاتا ہے۔ تو یہ جو ہے، ہمارے اس دور میں حضرت لوط کے واقعے کو دیکھیں گے تو وہ لیگلائز ہو گیا ہے۔ کچھ عرب ممالک وغیرہ میں اس کی یہ ہے، لیکن ہندوستان اور اس طرح کے جو ممالک ہیں، تو وہاں اس پر اب کوئی سزا نہیں ہے۔ اس کو ڈی کریمینلائز کیا گیا۔ تو حضرت لوط کو جو سچویشن کا سامنا ہے، وہ جو ہے، کسی اور فارم میں جو ہے، آج ہر طرف موجود ہے، فریڈم کے نام سے، ان لمیٹڈ فریڈم۔ تو حضرت نوح کو غالباً جو ہے، اس کی ایکسپیکٹیشن نہیں تھی وہاں سے نکلتے ہوئے اس طرح کی سچویشن میں فیس کرنا پڑے۔ تو مولانا جو ہے، میرا جسم میری مرضی جو ایک یہ ہے، آج کل کا سلوگن ہے۔ اسی طرح جو ہے، آپسی رضا سے کوئی بھی ایکٹ قابل جرم نہیں ہے، نہیں کاؤنٹ کیا جائے گا۔ اس کو لے کر مولانا کہتے ہیں کہ جو ہے، یہ حضرت لوط کے دور سے بھی زیادہ جو ہے، بڑی گمبھیر بات ہے۔ مولانا کے کئی اس پر آرٹیکل کہ ہر برائی کرنے والے جو ہے، کٹائی سے اس کو کرتے ہیں اور قانونی جواز بھی ان کو مل جاتا ہے۔ اس کا فریڈم کے نام سے تو مولانا کہتے ہیں کہ جو ہے، زمین پر یہ بہت ہی زیادہ گمبھیر حالت ہے۔ یہ عین وہی ہے جو حضرت لوط اور اس طرح کے واقع ات میں دیکھنے کو ملتی ہے۔</w:t>
      </w:r>
    </w:p>
    <w:p/>
    <w:p>
      <w:bookmarkStart w:id="38" w:name="cl24"/>
      <w:bookmarkEnd w:id="38"/>
      <w:r>
        <w:rPr>
          <w:i/>
          <w:color w:val="77786F"/>
          <w:sz w:val="20"/>
        </w:rPr>
        <w:t>09 May 2026 (English)</w:t>
      </w:r>
    </w:p>
    <w:p>
      <w:pPr>
        <w:jc w:val="right"/>
        <w:bidi/>
      </w:pPr>
      <w:r>
        <w:rPr>
          <w:rFonts w:ascii="Noto Nastaliq Urdu" w:hAnsi="Noto Nastaliq Urdu" w:eastAsia="Noto Nastaliq Urdu" w:cs="Noto Nastaliq Urdu"/>
          <w:sz w:val="26"/>
          <w:rtl/>
          <w:lang w:bidi="ur"/>
        </w:rPr>
        <w:t>Reading finished. یے آیتوں پر غور کرنے سے ایک بات سمجھ میں آ رہی ہے۔ وو یے کہ جو ہے، حضرت ابراہیم اور لوط دونوں جو ہے، مائیگریٹ پروفیٹ ہیں۔ یانی اپنے ہوم ٹاؤن یا نیٹیوز، اپنی اون جو ہے، نیشن کو چھوڑ کر کہیں اور جگہ انکو کام کرنا پڑا، پرسیکیوشن کی وجہ سے۔ یانی وہاں پر انکو آگ میں ڈالا گیا اور جگہ چھوڑنے پر جو ہے، مجبور کیا گیا۔ تو حضرت ابراہیم اور حضرت لوط جو ہے، عراق یا اور کا علاقہ چھوڑ کر فلسطین چلے گئے تھے۔ بعد میں حضرت ابراہیم جو ہے، مکہ بھی مائیگریٹ ہوئے، دو جگہ مائیگریشن ۔ حضرت لوط کی ایک ہی جگہ ہوئی، حضرت ابراہیم کے ساتھ فلسطین کی طرف ۔ تو دونوں جو ہے، مائیگریٹ پروفیٹ ہیں۔ تو خدیم زمانے میں جو ہے، مختلف ریزن سے انسانوں کو مائیگریٹ ہونا پڑتا تھا، سپیشلی پرسیکیوشن وغیرہ کی وجہ سے۔ تو لوط جو ہے، قوم لوط کی بستی میں ان کے آدمی نہیں ہیں۔ لیکن قرآن انہیں جو ہے، اخوم کہ رہا ہے، ڈیر برادر، برادر لوط تو اس سے یہ معلوم ہوا کہ جو ہے، آدمی کسی نئی کمیونٹی میں کام کرنے لگے تو اس کا بیہیویئر ان لوگوں کے ساتھ جو ہے، برادرہوڈ کا ہونا چاہیے۔ یعنی وہاں وو ایسے نہ رہے جیسے کوئی اجنبی رہتا ہے، بلکہ لوگوں کو یہ احساس دلائے کہ جو ہے، میں امین ہوں، میں ناصر ہوں، اور جو ہے، میں تمہارا بھائی ہوں۔ حالانکہ وو نسل کے اعتبار سے، ریس کے اعتبار سے ان کے بھائی نہیں تھے، وہ تو اور کے رہنے والے تھے، نا کہ فلسطین کے۔ لیکن اس "قال لهم أخوهم لوط" ان کے بھائی لوط کہ رہا ہے قرآن میں۔ تو گویا کہ جو ہے، وہاں مقامی لوگوں میں جا کر وہ اس طرح رہے تھے کہ لوگوں کو لگتا تھا کہ جو ہے، یہ فارنر نہیں ہیں، بلکہ ہمارے ہی ممبر ہیں۔ اور پھر وہاں کوئی میٹیریل کانفلکٹ بھی نہیں کیا ان ہوں نے۔ یعنی میرا رائٹ اور میرا فلاں، میرا فلاں، ایسا بھی نہیں تھا معاملہ۔ اور رسول اللہ بھی مکے سے مدینہ مائیگریٹ ہوے، تقریبن 500 کلومیٹر دور۔ تو رسول اللہ کا بہیویئر بھی وہی تھا، مدینے کے لوگوں کے ساتھ دوستانہ اور امین انسان کا، آنیسٹ انسان کا بیہیویئر تھا مدینے کے اندر۔ ہاں، آد اور قوم حضرت صالح علیہ السلام اور حضرت ہود علیہ السلام مائیگریٹ پروفیٹ نہیں تھے، وو وہیں لوکلائزڈ تھے، وہیں لوگوں میں پیدا ہوئے تھے، وہیں بڑے ہوئے تھے۔ لیکن حضرت ابراہیم لوط جو ہے، وو اس طرح نہیں ہیں، مائیگریٹ پروفیٹ ہیں۔ رسول اللہ بھی جو ہے، مائیگریٹ ہیں، مکے سے مدینے کی طرف ۔ گویا کہ یے تین پیغمبر ایسے ہیں: حضرت ابراہیم، حضرت لوط، اور محمد رسول اللہ۔ پرسیکیوشن کی وجہ سے جو ہے، میگریٹ ہوئے، اپنے اپنے ہومٹاؤن سے یا اپنے لوگوں سے۔ پرسیکیوشن کی وجہ سے جو ہے، مائیگریشن کرنا پڑا ان تینوں کو۔ حضرت یوسف کو بھی جو ہے، اپنے علاقے میں رہنے کا موقع نہیں ملا۔ بچپن ہی سے انہوں کو مصر میں رہنا پڑا ۔</w:t>
      </w:r>
    </w:p>
    <w:p/>
    <w:p>
      <w:pPr>
        <w:pStyle w:val="Heading1"/>
      </w:pPr>
      <w:bookmarkStart w:id="39" w:name="vg13"/>
      <w:bookmarkEnd w:id="39"/>
      <w:r>
        <w:t>The Poets (Al-Shu‘ara’) - 26:167-175</w:t>
      </w:r>
    </w:p>
    <w:p>
      <w:bookmarkStart w:id="40" w:name="cl25"/>
      <w:bookmarkEnd w:id="40"/>
      <w:r>
        <w:rPr>
          <w:i/>
          <w:color w:val="77786F"/>
          <w:sz w:val="20"/>
        </w:rPr>
        <w:t>10 May 2026 (Urdu)</w:t>
      </w:r>
    </w:p>
    <w:p>
      <w:pPr>
        <w:jc w:val="right"/>
        <w:bidi/>
      </w:pPr>
      <w:r>
        <w:rPr>
          <w:rFonts w:ascii="Noto Nastaliq Urdu" w:hAnsi="Noto Nastaliq Urdu" w:eastAsia="Noto Nastaliq Urdu" w:cs="Noto Nastaliq Urdu"/>
          <w:sz w:val="26"/>
          <w:rtl/>
          <w:lang w:bidi="ur"/>
        </w:rPr>
        <w:t>دوسرا، کل جو ہماری بات ہوئی تھی، یعنی حضرت ابراہیم اور حضرت لوط، مائیگرنٹ پرافٹ تھے، یعنی وہ کسی اور علاقے کے تھے۔ انہوں نے ہجرت کر کے کنعان کے علاقے کو اڈاپٹ کر لیا تھا اپنے لیے مشن کے لیے اور اپنے پرماننٹ سیٹلمنٹ کے لیے۔ تو بائبل میں ہے کہ جو ہے، کنعان جانے کے بعد حضرت ابراہیم اور حضرت لوط میں گفتگو ہوئی، اور دونوں نے جو ہے، نائبرنگ علاقے طے کر لیے رہنے کے لیے۔ یعنی ایک حصے میں حضرت ابراہیم رہنے لگے، کنعان وغیرہ، اور اس سے قریب کے جو ہے، پڑوس کے علاقوں میں حضرت لوط آباد ہوئے۔ صدوم اور عمورہ اور اس طرح کے کچھ نام ہیں بائبل میں، صدوم، عمورہ، زغر۔ تو جو وہاں تفصیلات ہیں کہ جو ہے، آپس میں وہ علاقے میں لوگ ایک دوسرے پر حملہ کرتے تھے اور جنگیں ہوتی تھیں وغیرہ وغیرہ۔ تو ایک مرتبہ حضرت لوط جہاں آباد تھے، وہاں جنگ ہوئی، کسی نے قریب کے بادشاہ نے جو ہے، اٹیک کر دیا۔ تو اس اٹیک میں جو ہے، حضرت لوط بھی قیدی بنا لیے گئے تھے، کیپچر کر لیے گئے تھے، بائبل میں موجود ہے۔ بعد میں حضرت ابراہیم نے ان کو چھڑایا تھا اس اسیری سے۔ تو قرآن اور بائبل کے مطالعے سے ایسا لگتا ہے، مائیگرنٹ ہونے کے باوجود جو ہے، یہ دونوں وہاں پر بہت زیادہ برادرانہ انداز میں رہتے تھے۔ یعنی انہوں نے ان کو اپنی قوم بنا لیا، اپنی قوم کنسیڈر کیا۔ قرآن میں ہے کہ جب فرشتے قوم لوط کو سزا دینے کے لیے آئے تو حضرت ابراہیم جو ہے، جھگڑ پڑے فرشتوں سے۔ يجادلون في قوم لوط قوم لوط کے سلسلے میں جو ہے، فرشتوں سے انہوں نے جو ہے، یہ کیا بچاؤ میں آ کر جو ہے، کسی طرح قوم لوط کو بچایا جائے۔ تو بائبل میں اس کی تفصیل میں ہے کہ جو ہے، انہوں نے جب فرشتوں نے کہا کہ جو ہے، ہم قوم لوط کو تباہ کرنے کے لیے آئے ہیں، تو حضرت ابراہیم نے ان سے پوچھا کہ اگر اس بستی میں 50 نیک لوگ ہوں تو کیا تب بھی آپ لوگ اس بستی کو تباہ کریں گے، قوم لوط کی؟ تو فرشتوں نے کہا کہ اگر وہاں 50 لوگ بھی ہوں گے تو ہم جو ہے، پوری بستی کو چھوڑ دیں گے، معاف کر دیں گے اور سزا نہیں دیں گے۔ تو بائبل میں ہے کہ اس کے بعد انہوں نے پوچھا کہ اگر 50 نہ ہوں، صرف 40 ہی ہوں تو کیا کریں گے؟ تو فرشتوں نے کہا کہ اگر 40 بھی آدمی وہاں پر صحیح ہیں، تب بھی ہم جو ہے، اس بستی کو چھوڑ دیں گے۔ تو حضرت لوط نے پھر کہا، حضرت ابراہیم نے پھر کہا کہ اگر 40 نہ ہوں، مان لیں صرف 30 ہی ہوں تو کیا کریں گے آپ لوگ؟ تو فرشتوں نے کہا کہ اگر 30 بھی ہیں تو ہم چھوڑ دیں گے۔ اس طرح وہ گھٹاتے آتے تھے، حضرت ابراہیم تو گھٹا کر جو ہے، وہ 10 تک بھی پہنچ گئی وہ تعداد۔ فرشتوں نے یہاں تک کہا کہ اگر 10 بھی آدمی ہیں تو ہم چھوڑ دیں گے۔ تو جو قوم لوط کے سلسلے میں ہم سے جھگڑنے لگے، غالباً یہی ہے، یہی گفتگو۔ یعنی یہ جذبہ نہیں تھا دونوں میں بھی کہ ایک تو یہ ہماری نسل نہیں ہے، دوسرا یہ کہ ہم جو ہیں، یہاں مائیگرنٹ ہیں، کسی طرح ان کو برباد کیا جائے اور ان کو سزا دلائی جائے، یہ فیلنگ نہیں تھی دونوں کی بھی۔ حضرت لوط اور حضرت ابراہیم کی بیچ بچاؤ کرنے کی فیلنگ تھی دونوں کی۔ قرآن میں بھی یہ بات ہے اور بائبل میں بھی۔ تو قرآن خود جو ہے، حضرت ابراہیم کی تعریف کرتے ہوئے کہتا ہے کہ إنَّ إِبْرَاهِيمَ لَا غُوَّاهٌ حَلِيمٌ ابراہیم جو ہے، بڑے بردبار اور بڑے آہ و بکا کرنے والے تھے۔ تو بہرحال جو ہے، حضرت لوط اور حضرت ابراہیم کی سفارش کام نہیں آئی، ان کی چاہت کے باوجود جو ہے، وہ بستی کو تباہ کر دیا گیا۔ تو دو اس میں لیسن مل رہے ہیں کہ مدعو قوم کے بارے میں ہماری برادرہوڈ کیسی ہونی چاہیے، ہماری ویلیوایشن۔ یہ قوم لوط اور حضرت ابراہیم کے اس میں یہ واضح جھلک رہا ہے کہ وہ انتہائی جو ہے، کائنڈ اور انتہائی ویلیوشر تھے اپنی قوم کے۔ اور دوسرا سبق یہ مل رہا ہے کہ جو ہے، خدا کے فیصلے کے سامنے جو ہے، ابراہیم اور لوط جیسے خدا کے دوست بھی جو ہے، کبھی کچھ نہیں کر سکتے، ان کی بھی سفارش جو ہے، خدا نہیں لیتا ہے۔ تو دونوں باتیں واضح ہیں، وہ انتہائی رحیم اور شفقت والے تھے اپنے لوگوں پر ، اپنے ایڈریسز پر۔ اور دوسری طرف جو ہے، اس کے باوجود جب خدا نے فیصلہ کر دیا تو اس طرح کے جلیل القدر پیغمبر حضرت ابراہیم کی بھی اللہ نے بات کو کنسیڈر نہیں کیا۔ تو آج جو ہے، یہ دونوں معاملے میں جو ہے، مسلمانوں میں کافی بگاڑ ہے۔ دنیا کی مدعو قوموں کو لے کر انتہائی نفرت، مختلف ریزن سے۔ اور دوسرا یہ خیال کہ ہمارے بزرگ اور ہمارے اہل اللہ، اللہ والے لوگ جو ہے، ہماری بخششیں کروائیں گے خدا کے پاس۔ یہ دونوں بھی جو ہے، باتیں اپسیٹ ٹائپ کی ہیں۔ اس ٹائپ کی نفرت یہ بھی جو ہے، ریجیکٹڈ یہ کریکٹر ہے، ریجیکٹڈ تھنکنگ ہے۔ اور اس طرح یہ سوچنا کہ ہمارے اللہ والے لوگ جو ہے، خدا سے ہم کو بچا لیں گے، یہ بھی جو ہے، یہ ہے وش فل تھنکنگ۔ ایون جو ہے، وہ اپنی بیوی کو بھی نہیں بچا سکے وہ لوگ۔ اور نوح جو ہے، اپنے بیٹے کو نہیں بچا سکے، حضرت لوط اپنی بیوی کو نہیں بچا سکے۔</w:t>
      </w:r>
    </w:p>
    <w:p/>
    <w:p>
      <w:bookmarkStart w:id="41" w:name="cl26"/>
      <w:bookmarkEnd w:id="41"/>
      <w:r>
        <w:rPr>
          <w:i/>
          <w:color w:val="77786F"/>
          <w:sz w:val="20"/>
        </w:rPr>
        <w:t>11 May 2026 (English)</w:t>
      </w:r>
    </w:p>
    <w:p>
      <w:pPr>
        <w:jc w:val="right"/>
        <w:bidi/>
      </w:pPr>
      <w:r>
        <w:rPr>
          <w:rFonts w:ascii="Noto Nastaliq Urdu" w:hAnsi="Noto Nastaliq Urdu" w:eastAsia="Noto Nastaliq Urdu" w:cs="Noto Nastaliq Urdu"/>
          <w:sz w:val="26"/>
          <w:rtl/>
          <w:lang w:bidi="ur"/>
        </w:rPr>
        <w:t>ریڈنگ اینڈز۔ اب ہم سورہ تحریم میں، سورہ تحریم آیت نمبر 10 میں، وہاں تین لیڈیز کا ذکر ہے: امرات نوح، امرات لوط، اور امرات فرعون۔ لوط علیہ السلام کی بیوی، نوح علیہ السلام کی بیوی، اور فرعون کی بیوی۔ فرعون کی بیوی کا نام لوگ آسیہ بتاتے ہیں۔ تو یہاں جو ہے، "إن في ذلك لآية" حضرت لوط کے واقعے میں نشانی ہے۔ تو جیسے کل ہم بات کر رہے تھے کہ خدا نے تباہی کا فیصلہ لے لیا قوم لوط کی، لیکن خود اس وقت حضرت ابراہیم اور حضرت لوط کی جو فیلنگ ہے وہ الگ ہے۔ وہ چاہتے ہیں کہ کسی طرح بچا لیں خدا کے قہر سے لوگوں کو۔ جیسے کل ہماری بات ہوئی تھی کہ حضرت ابراہیم "يجادلنا في قوم لوط" قوم لوط کے معاملے میں خدا سے وہ آرگیومنٹ کرنے لگے، اور کہا کہ اگر اس میں 50 لوگ بھی ہوں تو کیا تو اس بستی کو چھوڑ سکتا ہے 50 لوگوں کی خاطر؟ بائبل میں ہے۔ تو اللہ نے کہا کہ اگر 50 بھی اس میں راست باز ہیں تو میں چھوڑ دوں گا، حضرت ابراہیم سے کہا۔ تو حضرت ابراہیم آرگیومنٹ کرتے ہوئے 50 سے 40، 40 سے 30، 30 سے 20 ، 20 سے 10 تک لے آتے ہیں۔ تو اللہ تعالیٰ کہتا ہے کہ اگر 10 بھی اس میں راست باز ہوں گے تو میں پوری بستی کو عذاب سے بچا لوں گا، چھوڑ دوں گا میں۔ تو اس سے اندازہ لگتا ہے کہ انبیاء کا جو اپنی مدعو قوموں کے لیے جو اسپیس دینا چاہتے ہیں وہ بہت زیادہ ہے۔ ان کی ساری سرکشی اور سارے بگاڑ کے باوجود انبیاء یہ نہیں چاہتے ہیں کہ دنیا یا آخرت میں ان کی مدعو قوموں کو پکڑ ملے۔ اس طرح نہیں چاہتے، وہ بہت زیادہ اسپیس دینا چاہتے ہیں۔ رسول اللہ کی اس میں بھی وہ دکھائی دیتا ہے، طائف کے واقعے میں۔ طائف کے وقت فرشتے رسول اللہ سے کہتے ہیں کہ آپ کہیں تو ہم پہاڑوں کے بیچ میں اہل طائف کو کرش کر دیں گے۔ تو رسول اللہ کہتے ہیں: "نہیں، یہ اگر میری بات نہیں سمجھ رہے ہیں تو انہی کی نسلوں میں سے ایسے لوگ اٹھیں گے جو میری بات سمجھیں گے۔" تو اس سے پتہ چلتا ہے کہ کنٹینیوس جدوجہد کے باوجود، لمبی محنت کے باوجود، رزلٹ نہ ملنے پر فرسٹریٹڈ ہونا اور سیویر پنشمنٹ کی فیلنگ رہنا، کسی کے بھی لیے، یہ انبیاء کا ماڈل نہیں ہے۔ کسی بھی فرد یا کسی بھی کمیونٹی کو لے کر اس کی تباہی کی فیلنگ، اس سے ہیٹریٹ کی فیلنگ، یہ انبیاء کے ماڈل میں دکھائی نہیں دیتا ہے۔ کسی طرح لوگوں کو بات سمجھ میں آ جائے اور ان کو مور ٹائم ملے، ان کے لیے مور راستے نکالے جائیں سمجھانے کے، یہی ان کی فیلنگ ہوتی ہے۔ ایک تو بات یہ ہوئی، دوسری بات یہ سمجھ میں آ رہی ہے کہ یہ سب گڈ فیلنگ کے باوجود انبیاء اتنے ہیلپ لیس ہوتے ہیں خدا کے فیصلے کے سامنے کہ نہ وہ اپنی قوم کو بچا پاتے ہیں نہ اپنے فیملی ممبر کو۔ یعنی خدا کے وہ قریبی تو ہیں، لیکن ساتھ ہی ساتھ خدا کے ڈیسیژن کو یہ نہیں کر سکتے، وہ کینسل نہیں کر سکتے، وہ یہاں تک کہ اپنی فیملی کے بارے میں بھی نہیں۔ جیسے سورہ تحریم میں ہے کہ فرعون، حضرت لوط اور حضرت نوح کی بیوی، خدا کے قہر سے وہ بچ نہیں سکے۔ وہ "فَلَمْ يَغْنِيَ عَنْهُمْ مِنَ اللَّهِ شَيْئًا" ان کا پیغمبروں کا فیملی ممبر ہونا خدا کے قہر کے سامنے کچھ کام نہیں آیا۔ تو یہ جو سبق کی جو بات ہے، غالباً وہ یہ بھی ہے کہ فیلنگ کے لیول پر ہمیں کیسا ہونا چاہیے، اور خدا کے لیول پر کیسے ہونا چاہیے۔ خدا کے لیول پر یہ ہے کہ آپ خدا کے قہر سے اپنے فیملی ممبر کو بھی نہیں بچا پائیں گے۔ خدا کے فیصلے کے سامنے کوئی بھی ٹک نہیں سکتا ہے، یہاں تک کہ پیغمبر اور قریبی لوگ بھی ۔ تو یہ ہے خدا کو اس کا صحیح مقام دینا، تعلیمات میں لوگوں کو یہ تاثر نہیں دینا ہے کہ ہم خدا کے معاملے میں انٹرفیئر ہو سکتے ہیں۔ اور دوسری طرف آپ کی فیلنگ اس حد تک بڑھی ہوئی ہو لوگوں کو بچانے کے لیے کہ آپ سارا دیکھتے ہوئے بھی ان کے لیے کوئی اسپیس، کوئی معافی اور ہدایت کا کوئی اینگل نکالیں۔ یعنی خدا کا صحیح ایسٹیمیشن دینا لوگوں کو، اور فیلنگ کی سطح پر آخری کائنڈ بننا، آخری حد تک، جبکہ آپ پوری طرح مایوس ہو چکے اور سارا اپنے حصے کا کام کر چکے، اس کے باوجود ان کو سزا نہ دینے کی سوچ اپنے اندر ڈیولپ کرنا۔ تو یہ دو سبق " إن في ذلك لآية" میں ہو سکتے ہیں۔ فیاض بھائی، ایک یہی ایسا ہی تھاٹ آ رہا تھا مائنڈ میں کہ جب ڈبلیو ٹی سی ہوا تھا نا، تو اس کے بعد، اس کے کچھ وقت کے بعد، کسی کے گھر جانے کا موقع ملا مولانا کے ساتھ، انہوں نے بلایا تھا لنچ پہ، تو وہ جو لیڈی تھیں، ان کے دو بیٹے تھے، ان فیملی کے، جن کے گھر گئے تھے، دونوں یو ایس میں تھے، بڑی سینئر پوزیشن میں تھے۔ تو جب ایسی بات ہوئی ڈبلیو ٹی سی کی تو میں نے انہیں بولا کہ یہ تو ویسا والا کام کیا ہے، انہوں نے جہنم والا، انہوں نے دو بلڈنگز اڑا دیں۔ تو ان کی جو وائف تھی، جو مطلب اتنے، آپ سوچیے کہ ایک بیٹا کوئی ٹیلی کام کمپنی کا سی ای او تھا یو ایس میں، ایک دوسرا بھی، اور ہسبینڈ بھی بڑے سینئر پوزیشن میں تھے، تو انہوں نے مجھے کریکٹ کیا، انہوں نے کہا کہ نہیں بالکل نہیں، وہ تو مسلمان گھر میں پیدا ہوئے ہیں، تو تھوڑی سی سزا ملے گی اور اس کے بعد ان کو جنت میں ڈال دیا جائے گا۔ بٹ یہاں جب قرآن پڑھتے ہیں تو دیکھیں اس میں کتنا صاف ہے کہ اس دنیا کا سٹیٹس کوئی میٹر نہیں کرتا، اگر آپ پرافٹ کے گھر میں، اگر آپ جیسے نوح علیہ السلام کے بیٹے تھے، پرافٹ لوط کی وائف تھی، ادھر فرعون ایک کنگ کی حیثیت تھی، ان کی وائف تھی، تو اللہ کی نظر میں تو اصل چیز وہی ہے، آپ کا تقویٰ، آپ کا ایمان ۔ لیکن آج کل مسلمان بھی وہی، یہی سوچ ان کی آ گئی ہے کہ بس ایک سٹیمپ ہے مسلم فیملی میں پیدا ہونے کی، وہ کافی ہے۔ ایک پروگرام میں میں گیا تھا دلی میں، انٹر فیتھ کوئی پروگرام تھا، تو وہاں پہ ایک یوتھ لیڈی تھی جو اپنے آپ کو انٹروڈیوس کرا رہی تھی کہ میں سید فیملی سے ہوں اور مسلمانوں میں ہی ہم سب سے اونچی کاسٹ مانے جاتے ہیں۔ تو میں سن کے حیران ہو رہا تھا کہ یہ کاسٹ سسٹم تو مطلب ختم کر دیا تھا رسول اللہ نے، یہ کیا نیا سسٹم شروع کر رہے ہیں؟ تو وہی مسئلہ ہے جیسے یہ آیت میں بھی آیا نا کہ "موسٹ آف دی پیپل ڈو ناٹ انڈرسٹینڈ" تو سمجھنے والی چیز یہی ہے کہ آپ کا سٹیٹس کچھ میٹر نہیں کرے گا، سب کا انڈیویجول بیسڈ ہی جو ٹیسٹ ہے، اور اللہ تعالیٰ انڈیویجول لیول پہ ہی ڈیسائیڈ کرے گا کہ آخرت میں کیا آپ کا فیصلہ ہوگا۔ رینڈم تھاٹ تھا یہ فیاض بھائی۔ جی۔ یہ جو خاتون کا آپ ذکر کر رہے ہیں، پھر بھی وہ تھوڑا سا بیٹر لگ رہی ہے۔ یعنی کم سے کم وہ یہ تو مان رہی ہے کہ سزا ملے گی، لیکن خود جو یو ایس اے میں جو مسلمان رہتے تھے یا رہتے ہیں، ان کی فیلنگ یہ نہیں تھی۔ ان کی تو فیلنگ یہی تھی کہ امریکہ کو تو مزہ چکانا ہی تھا۔ مولانا نے کہیں لکھا ہے کہ کسی کانفرنس میں مولانا نے کہا کہ جب میں یہ سنا تو میں رو پڑا۔ میں ایک واحد مسلمان تھا جو اس واقعے پر رو رہا تھا۔ مولانا نے کسی کانفرنس میں کہا تو کوئی وہاں عرب شیخ تھے، وہ اسٹیج پر آئے اور انہوں نے کہا کہ "دا ہول ورلڈ واز، دا ہول مسلم ورلڈ واز کریپنگ اینڈ کرائنگ" اس طرح انہوں نے کچھ کہا۔ تو مولانا کی ان سے جو ہے ڈائننگ ٹیبل پہ ملاقات ہوئی کانفرنس میں، تو مولانا نے پوچھا کہ آپ کہہ رہے تھے کہ "دا ہول مسلم ورلڈ واز ویپنگ اینڈ کرائنگ" تو مجھے ایک نام بتائیے۔ مولانا نے ان سے پوچھا تو جو صاحب اسٹیج پر یہ کہہ رہے تھے، انہوں نے وہاں کھانے کی ٹیبل پر کہا کہ امریکہ کو تو مزہ چکانا ہی تھا۔ تو یہ جو مسلمانوں میں جو دوسروں کو جو کرش کرنے کی جو فیلنگ آئی ہے، وہ بہت ہی زیادہ یہ ہے، سیٹنک ہے۔ یعنی یہاں حضرت ابراہیم تو پوری محنت کرنے کے باوجود کسی طرح بھی بچاؤ کرنا چاہتے ہیں، "اجادلنا فی قوم لوط" یہاں تک کہ عدد کو کم کرتے ہوئے 10 تک بھی لانے کی کوشش کر رہے ہیں، اور اللہ تعالیٰ کو 10 آدمی بھی وہاں نہیں مل رہے اس کمیونٹی میں، قوم لوط کی سیدھے انسان۔ اس کے باوجود بھی حضرت ابراہیم اور لوط کی فیلنگ اس طرح کی نہیں ہے جیسے آج مسلم کمیونٹی کی ہے۔ اور ایک مرتبہ شاید آپ لوگ امریکہ گئے ہوئے تھے مولانا کے ساتھ ، تو بتایا تھا مجھے کسی نے کہ مولانا نے یہ عہد لیا ہے کہ اگر امریکہ سارے مسلم ورلڈ کو تباہ کر دے، تب بھی آپ نیگیٹو نہیں ہوں گے۔ امریکہ کے بارے میں کوئی بھی آدمی نہ بچے، صرف ایک انسان ہی بچے، تب بھی آپ کو نیگیٹو نہیں ہونا ہے۔ امریکنز اور یورپینز اس طرح لوگوں کے لیے۔ شاید مولانا نے اس پر یہ بھی لیا تھا کوئی وعدہ، کسی نے سنایا تھا مجھے، یاد نہیں آ رہا مجھے کس نے سنایا تھا۔ تو ہمارے نیشنلز کے لیے تو اس سے زیادہ ہمارے لیے ذہن صاف ہونی چاہیے۔ یعنی مولانا یورپ اور امریکہ کے بارے میں ہم سے وہ کہہ رہے ہیں، لیکن ہماری نیشن خود اس سے زیادہ مستحق ہے ہماری ویل وشنگ کی اور صحیح تھنکنگ کی۔</w:t>
      </w:r>
    </w:p>
    <w:p/>
    <w:p>
      <w:pPr>
        <w:pStyle w:val="Heading1"/>
      </w:pPr>
      <w:bookmarkStart w:id="42" w:name="vg14"/>
      <w:bookmarkEnd w:id="42"/>
      <w:r>
        <w:t>The Poets (Al-Shu‘ara’) - 26:176-184</w:t>
      </w:r>
    </w:p>
    <w:p>
      <w:bookmarkStart w:id="43" w:name="cl27"/>
      <w:bookmarkEnd w:id="43"/>
      <w:r>
        <w:rPr>
          <w:i/>
          <w:color w:val="77786F"/>
          <w:sz w:val="20"/>
        </w:rPr>
        <w:t>12 May 2026 (Urdu)</w:t>
      </w:r>
    </w:p>
    <w:p>
      <w:pPr>
        <w:jc w:val="right"/>
        <w:bidi/>
      </w:pPr>
      <w:r>
        <w:rPr>
          <w:rFonts w:ascii="Noto Nastaliq Urdu" w:hAnsi="Noto Nastaliq Urdu" w:eastAsia="Noto Nastaliq Urdu" w:cs="Noto Nastaliq Urdu"/>
          <w:sz w:val="26"/>
          <w:rtl/>
          <w:lang w:bidi="ur"/>
        </w:rPr>
        <w:t>فیاض بھائی، ایک چیز تو بہت clearly and obviously emphasis میں آ ہی رہی ہے یہاں پہ کہ داعی کا جو ہے trustworthy ہونا کتنا زیادہ اہم ہے۔ مطلب مولانا کے ساتھ ہم سب لوگوں نے کتنا observe کرا کہ ان کا جو طریقہ ہوتا تھا وہ ہمیشہ مطلب جیسے حق کی بات کرتے تھے۔ جو different faith leaders تھے وہ مولانا پہ جتنا بھروسہ کرتے تھے، میں نے نہیں دیکھا کہ شاید کوئی اور ایسا مسلم leader ہوا ہوگا history میں کہ ان کو اتنی respect دی ہو۔ مطلب شری شری روی شنکر ایک بار مولانا کے ساتھ میں تھا تو انہوں نے کہا کہ یہ تو ہمارے بھیشم پتامہ ہیں۔ مطلب بھیشم پتامہ کا بہت important role ہے۔ مطلب اگر ہندو scriptures کے حساب سے دیکھیں کہ وہ ایک patriarchal figure ہے تو مولانا کو یہ درجہ دینا کہ یہ تو ہمارے بھیشم پتامہ ہیں، کہ کتنا بھروسہ مطلب ہے مولانا پر۔ اور یہی چیز تھی جب وہ اشوک سنگل نے بھی ایک اس میں کہا تھا کہ اگر یہ اسلام ہے تو ہمیں کوئی problem نہیں ہے۔ وہ اس لیے کیونکہ مولانا ہمیشہ جو بات کرتے تھے وہ یہ سوچ کے کبھی نہیں کرتے تھے کہ یہ میرے community کے لوگ کیا کہیں گے یا یہ میرے خلاف جا سکتا ہے۔ وہ سب جانتے تھے کہ مولانا ہمیشہ جو ہے بڑی حق کی بات کریں گے، દેશ کے ہت کی بات کریں گے اور صحیح بات بولیں گے۔ مطلب ایک trust والی جو image تھی مولانا کی، اس وجہ سے مولانا کا acceptance مدھو world میں بہت مطلب اچھے سے establish ہو گیا تھا۔ اسی لیے ان کو invitation بھی آتے تھے جہاں مسلمان leaders جانے سے انکار کرتے تھے، چاہے چرچ ہو یا مندر ہو۔ شروع آتی بات کی کر رہا ہوں یا رشیکیش میں سوامی چیدانند بلاتے تھے، مولانا بڑی خوشی خوشی جاتے تھے۔ مولانا کہتے تھے کہ اگر مجھے تو ڈاکو بھی بلائے گا تو میں جاؤں گا۔ ایک مرتبہ انہوں نے ہمیں بھی کہا جو یہی سبق دے رہا تھا، مطلب یہ trustworthiness کا۔ انہوں نے کہا کہ دیکھیے اپنی سی پی ایس کے accounts جو ہیں نا ایک دم صاف رکھیے گا کہ کوئی انگلی نہ اٹھائے کہ accounts میں کچھ گڑبڑ ہے۔ تو آپ یہ چیز ضرور mind میں رکھیے گا کہ ایک پیسے کی بھی جو ہے نا ہیرا پھیری نہ ہو۔ وہ یہی ہے مطلب ایک trustworthy image بنانا تاکہ لوگ جو ہیں وہ آپ پہ بھروسہ کرنے لگیں۔ جب بھروسہ کریں گے تو آپ کی بات بھی سنیں گے، بات سنیں گے تو پھر message اچھے سے convey ہو جائے گا، خاص کر جو serious لوگ ہیں۔ تو trustworthy image جو ہے بننا یہ ایک بہت important criteria ہے داعی کے لیے۔ اگر trustworthy image نہیں بن پائی تو پھر داعی بھی نہیں ہے وہ۔</w:t>
      </w:r>
    </w:p>
    <w:p>
      <w:pPr>
        <w:jc w:val="right"/>
        <w:bidi/>
      </w:pPr>
      <w:r>
        <w:rPr>
          <w:rFonts w:ascii="Noto Nastaliq Urdu" w:hAnsi="Noto Nastaliq Urdu" w:eastAsia="Noto Nastaliq Urdu" w:cs="Noto Nastaliq Urdu"/>
          <w:sz w:val="26"/>
          <w:rtl/>
          <w:lang w:bidi="ur"/>
        </w:rPr>
        <w:t>جی صحیح سر، یہ بہت صحیح ہے آپ یہ جو بتا رہے ہیں مولانا کے بارے میں trustworthy image کی بات۔ تو یہاں مولانا جو تفسیر میں جو بتا رہے ہیں کہ یہ trustworthiness حاصل کرنے کے لیے اگر آپ کو material sacrifice دینا پڑے، آپ کو justice نہیں مل رہی، وہ آپ کے ساتھ انصاف نہیں ہو رہا، تو اس کو بھی sacrifice کرنے سے یہ حاصل ہوتی ہے جو مولانا کہہ رہے ہیں۔ یہ بہت ہی note کرنے کی بات ہے۔ ایک تو آدمی جو ہے justice پا رہا ہو تو یہ تو ایک الگ situation ہے، لیکن جب injustice ہونے کا معاملہ ہو تب بھی جو ہے پیچھے ہٹ جانا تاکہ credibility میں جو ہے distortion نہ ہو۔ تو یہ بہت important بات مولانا بتا رہے ہیں اور اصحاب رسول کی جو یہ biography اس میں یہی ملتا ہے۔ یہ کیا ان لوگوں نے کر کے بتایا ہے سب۔ جیسے مثال کے طور پر مولانا نے وہ لکھا ہے کہیں کہ جب مکہ فتح ہوا، فتح مکہ کے بعد کچھ لوگ رسول اللہ کے پاس آئے، مکی صحابہ، انہوں نے جو ہے رسول اللہ سے demand کیا کہ اللہ کے رسول اب تو اسلام طاقتور ہو گیا، تو جب ہم یہاں کمزور تھے تو اپنی properties اور اپنے homes وغیرہ ہم جو ہے چھوڑ کر بھاگے تھے یہاں سے اور لوگوں نے اس پر قبضہ کر لیا تھا، تو آپ ہمیں اب انصاف دلائیے، ہم کو ہماری properties جو ہے regain کروائیے۔ تو مولانا سیرت ابن ہشام کے حوالے سے لکھتے ہیں وہاں پر کہ رسول اللہ نے جو ہے فوراً اس کا حکم دے دیا سفر کا، سفر کی وزٹ بجا دی کہ ہم مکہ جس کام کے واسطے آئے تھے اب واپس اپنا آئے بس۔ یعنی ان لوگوں کی request کو جو ہے رسول اللہ نے consider نہیں کیا، واپس جو ہے مدینے کا حکم دے دیا لوگوں کو ان کی properties دلانے کے بجائے۔ خود رسول اللہ کی properties وغیرہ کا بھی یہی حال تھا، دوسرے لوگوں نے جو ہے قبضہ کر لیا تھا اس کو۔ تو وہ سب demand نہیں کیا کہ میں وراثت میں اپنا مجھے برابر حق چاہیے۔ تو یہ جو مولانا جو بول رہے ہیں یہ بہت زیادہ note کرنے کی بات ہے۔ اس کے لیے اگر کوئی ٹیم یا کچھ افراد بھی تیار ہوں ایسے character کے لیے کہ justice نہ ملنے پر بھی جو ہے اپنی credibility کو بچا لینا، نہ کہ justice کی یہ کرنا demand۔ اگر ایسے کچھ بھی لوگ بن جائیں تو جو ہے وہ بہت ہی ایک بڑا miracle ہوگا۔</w:t>
      </w:r>
    </w:p>
    <w:p/>
    <w:p>
      <w:bookmarkStart w:id="44" w:name="cl28"/>
      <w:bookmarkEnd w:id="44"/>
      <w:r>
        <w:rPr>
          <w:i/>
          <w:color w:val="77786F"/>
          <w:sz w:val="20"/>
        </w:rPr>
        <w:t>13 May 2026 (English)</w:t>
      </w:r>
    </w:p>
    <w:p>
      <w:pPr>
        <w:jc w:val="right"/>
        <w:bidi/>
      </w:pPr>
      <w:r>
        <w:rPr>
          <w:rFonts w:ascii="Noto Nastaliq Urdu" w:hAnsi="Noto Nastaliq Urdu" w:eastAsia="Noto Nastaliq Urdu" w:cs="Noto Nastaliq Urdu"/>
          <w:sz w:val="26"/>
          <w:rtl/>
          <w:lang w:bidi="ur"/>
        </w:rPr>
        <w:t>میرے بھائی، مولانا جو ہیں، اللہ اسألكم عليه من أجر، لا أجري إلا على رب العالمين. اگر ایک لفظ میں اگر ہم بولیں کہ مولانا کا جو مشن ہے اور دوسرے جو مومنٹ ہیں فی الوقت دنیا میں، ان دونوں کے بیچ میں کیا distinguish یا difference ہے تو ہم یہی کہہ سکتے ہیں، یعنی پوری دنیا میں جو ہے Islamic movement کے نام سے جو ہے insurgent movement ہے، insurgency ہے جس کو مسلمان کہتے ہیں، صحابہ اسلامیہ، اسلامی بیداری، اسلامی جاگرتی۔ تو وہ جتنے بھی movement ہیں، ان سب میں آپ دیکھیے، سب material demand پر کھڑے ہوئے ہیں، ساری movements ہماری، یعنی اس کے اندر جو ہے شکایت چھپی ہوئی ہے کہ تم نے ہمیں محروم کیا ہے، اب ہمیں ہماری چیز واپس کر دو۔ تو اس لیے مولانا کہتے ہیں کہ جو ہے جتنے activism ہیں مسلمانوں میں فی الوقت، وہ سب reactionary ہیں، ردعمل کے تحت اٹھے ہوئے movement ہیں۔ اس میں سے ایک بھی movement نہیں ہے جو discovery اور positivity اور خدا کو لے کر اٹھی ہو۔ ہر movement اپنے حق کو لے کر اٹھی ہوئی movement ہے، خدا کے حق کے لیے یا انسانوں تک جو ہے خدا کا جو plan ہے، creation plan ، اس کو بتانے، اس کو پہنچانے کے لیے جو unilateral activity ہے، ایک بالکل one-sided ہو کر لوگوں کو بتانا۔ تو ایک بھی ایسی movement نہیں ہے مولانا کو چھوڑنے کے بعد۔ ہر movement جو ہے اسألكم أجري پر کھڑی ہوئی ہے، مجھے میرا اجر دو ، میرا material right دو، اسی پر کھڑی ہوئی ہے ساری movement۔ اور مسلمان جو ہے اسی کی طرف attract ہوتے ہیں، جو material demand پر کھڑی ہوئی ہے، وہ movement مسلمانوں کو attract کرتی ہے۔ تو وہاں بھیڑ اکٹھا ہوتی ہے، تو لوگ سمجھتے ہیں کہ واقعی یہ کوئی movement ہے، حالانکہ وہ قرآن کی روشنی میں جو ہے nothing ہے، وہ اس طرح کی movement۔ تو اس لیے جو ہے کچھ achieve بھی نہیں کر پاتے ہم۔ Positive feeling پر جو ہے مولانا کہتے تھے کہ ایک person کو کھڑا کرنا ہے، نہ کہ محرومی کے ground پر۔ اگر کسی کو محرومی کے ground پر کھڑا کریں گے تو وہ کوئی انبیاء ہی کام نہیں کر سکتا ہو، اس کے بعد کوئی دوسرا کوئی کام ہو سکتا ہے کر لے بڑا، لیکن انبیاء والا کام اس سے نہیں ہو سکے گا۔ ایک دم جو ہے material demand سے free ہو کر خدا کی طرف بلانا، یہی اصل movement ہے۔ باقی سب movement جو ہے وہ تو احساس محرومی پر کھڑے ہوئے movement ہیں۔ یہ جو مولانا کہتے تھے ہمیشہ کہ میرا mission ہے مسلمانوں کو جو ہے اسلام کی rediscovery پر کھڑا کرنا ، مسلمانوں کو جو ہے اسلام ان کی rediscovery بنانا، اور دوسری communities کو جو ہے discovery، یہی اصل بات ہے۔ یعنی جو آدمی احساسِ یافت پر کھڑا ہوا ہو، وہی دعوتی کام کر سکتا ہے۔ احساسِ material محرومی جس کے اندر ہو، material depravity جس کے اندر ہو، تو جو ہے یہ mission تو نہیں کر سکتا ہو اس طرح کا نبیوں والا۔ تو لوگوں کو اس احساس سے نکالنے کا کام اصل mission ہے، نہ کہ یہ احساس کو بڑھانے کا۔ کہ مولانا کو follow کرے تو جائے، یہی یہ مجھے لگتا ہے جو ہے سب سے بڑا reason ہے جس کی وجہ سے مولانا کے پیچھے ایک آدمی آنا چاہیے۔ یعنی ہم مولانا کے علاوہ کسی بھی دوسرے آدمی کے پیچھے جائیں گے تو اس کا معاملہ وہی ہے، وہ material محرومی کے اس پر کھڑا ہوا ہے، material محرومی کے ground پر۔ اور پھر وہ جو ہے دنیا سے یہ demand کرنا چاہتے ہیں، یعنی اسلام کی بھی بات کریں گے اور material محرومی کے conflict بھی کریں گے۔ یہ دونوں جو ہے side by side نہیں چل سکتیں، دو چیزیں۔ تو ہم ایسا غالباً کہہ سکتے ہیں کہ مولانا کا یہ کیا ہے، لوگوں سے الگ مولانا کی کیا یہ خصوصیت۔ تو یہی ہے کہ مولانا یہ کہتے ہیں کہ جو ہے material demand کے ساتھ جو ہے دعوتی کام نہیں ہو سکتا، کیونکہ material demand جو ہے وہ ایک خاندان میں نہیں چل سکتی ہے، تو وہ دو communities کے بیچ میں کہاں چلے گی۔ وہ صحیح ہو، غلط ہو، لیکن بالعموم جو ہے وہ فساد کا ہی سبب بنتی ہے، الا یہ کہ آدمی ignore کرے اور اپنا حصہ چھوڑ دے، تب ہی امن قائم ہوتا ہے۔ ورنہ ایک خاندان میں بھی نہیں ہو پاتا یہ۔ تو دو الگ الگ communities کے بیچ میں تو کبھی نہیں ہو سکتا۔ تو جس کو یہ مولانا کا point سمجھ میں آ گیا، وہ مولانا کی قدر سمجھے گا، کیوں مولانا جو ہے different ہے، یا کیوں مولانا کی movement جو ہے قابلِ یہ ہے، followable ہے۔ یہی مجھے لگتا ہے کہ جو ہے basic بات ہے مولانا میں دوسروں میں ۔</w:t>
      </w:r>
    </w:p>
    <w:p/>
    <w:p>
      <w:pPr>
        <w:pStyle w:val="Heading1"/>
      </w:pPr>
      <w:bookmarkStart w:id="45" w:name="vg15"/>
      <w:bookmarkEnd w:id="45"/>
      <w:r>
        <w:t>The Poets (Al-Shu‘ara’) - 26:185-191</w:t>
      </w:r>
    </w:p>
    <w:p>
      <w:bookmarkStart w:id="46" w:name="cl29"/>
      <w:bookmarkEnd w:id="46"/>
      <w:r>
        <w:rPr>
          <w:i/>
          <w:color w:val="77786F"/>
          <w:sz w:val="20"/>
        </w:rPr>
        <w:t>14 May 2026 (Urdu)</w:t>
      </w:r>
    </w:p>
    <w:p>
      <w:pPr>
        <w:jc w:val="right"/>
        <w:bidi/>
      </w:pPr>
      <w:r>
        <w:rPr>
          <w:rFonts w:ascii="Noto Nastaliq Urdu" w:hAnsi="Noto Nastaliq Urdu" w:eastAsia="Noto Nastaliq Urdu" w:cs="Noto Nastaliq Urdu"/>
          <w:sz w:val="26"/>
          <w:rtl/>
          <w:lang w:bidi="ur"/>
        </w:rPr>
        <w:t>بھائی صاحب، آواز نہیں آ رہی آپ کی، کمنٹری کے بعد سن لوں؟</w:t>
      </w:r>
    </w:p>
    <w:p>
      <w:pPr>
        <w:jc w:val="right"/>
        <w:bidi/>
      </w:pPr>
      <w:r>
        <w:rPr>
          <w:rFonts w:ascii="Noto Nastaliq Urdu" w:hAnsi="Noto Nastaliq Urdu" w:eastAsia="Noto Nastaliq Urdu" w:cs="Noto Nastaliq Urdu"/>
          <w:sz w:val="26"/>
          <w:rtl/>
          <w:lang w:bidi="ur"/>
        </w:rPr>
        <w:t>ہاں، حضرت شعیب کی قوم کو اپنے آبائی طریقے کی صداقت پر اس قدر یقین تھا کہ پیغمبر کی بات اس کو الٹی اور بے جوڑ معلوم ہوئی۔ اس نے کہا کہ تم پر شاید کسی نے سخت جادوئی عمل کر دیا ہے، اس لیے تم ایسی باتیں کر رہے ہو۔ ان کا یہ کہنا کہ ہمارے اوپر آسمانی عذاب لاؤ ، اس کا رخ خدا کی طرف نہیں بلکہ حضرت شعیب کی طرف تھا۔ وہ حضرت شعیب کو بے حقیقت ثابت کرنے کے لیے ایسا کہتے تھے، کیونکہ وہ حضرت شعیب کو ایسا نہیں سمجھتے تھے کہ ان کے کہنے سے آسمانی عذاب آ جائے گا۔ آخر کار قوم کی سرکشی کا نتیجہ یہ ہوا کہ صاحبان کی طرح ایک بادل نے ان کے اوپر سایہ کر لیا، پھر خدا کے حکم سے اس کے اندر سے ایسی آگ برسی جس نے پوری قوم کو مٹا کر رکھ دیا۔ تشریح دوبارہ: حضرت شعیب کی قوم کو اپنے آبائی طریقے کی صداقت پر اس قدر یقین تھا کہ پیغمبر کی بات اس کو الٹی اور بے جوڑ معلوم ہوئی۔ اس نے کہا کہ تم پر شاید کسی نے سخت جادوئی عمل کر دیا ہے، اس لیے تم ایسی باتیں کر رہے ہو ۔ ان کا یہ کہنا کہ ہمارے اوپر آسمانی عذاب لاؤ، اس کا رخ خدا کی طرف نہیں بلکہ حضرت شعیب کی طرف تھا۔ وہ حضرت شعیب کو بے حقیقت ثابت کرنے کے لیے ایسا کہتے تھے، کیونکہ وہ حضرت شعیب کو ایسا نہیں سمجھتے تھے کہ ان کے کہنے سے آسمانی عذاب آ جائے گا۔ آخر کار قوم کی سرکشی کا نتیجہ یہ ہوا کہ صاحبان کی طرح ایک بادل نے ان کے اوپر سایہ کر لیا ، پھر خدا کے حکم سے اس کے اندر سے ایسی آگ برسی جس نے پوری قوم کو مٹا کر رکھ دیا۔</w:t>
      </w:r>
    </w:p>
    <w:p>
      <w:pPr>
        <w:jc w:val="right"/>
        <w:bidi/>
      </w:pPr>
      <w:r>
        <w:rPr>
          <w:rFonts w:ascii="Noto Nastaliq Urdu" w:hAnsi="Noto Nastaliq Urdu" w:eastAsia="Noto Nastaliq Urdu" w:cs="Noto Nastaliq Urdu"/>
          <w:sz w:val="26"/>
          <w:rtl/>
          <w:lang w:bidi="ur"/>
        </w:rPr>
        <w:t>یہ جو فاطمہ خانہ لکھ رہے ہیں، دوسرے پیراگراف میں کہ عذاب ہم پر لا کر دکھاؤ، تو یہ حضرت شعیب کے انکار میں انہوں نے اس طرح کہا تھا، ایسا جو ایٹیٹیوڈ ہے، آج بھی ایک جنرل بات ہی ہے، ہم جو ہے لوگوں میں یہ ایٹیٹیوڈ آج بھی دیکھتے ہیں، مثلاً جو ہے جب ہم کہتے ہیں کہ جو ہے مولانا ایک گاندین یہ ہے، فلاسفر یعنی گاندھی کی طرح جو ہے نا پیس لوور ہیں، تو فوراً لوگ کہتے ہیں کہ ہم کو جو ہے نا گاندھی کا فالوور نہیں چاہیے، اس طرح کا لوگ ری ایکشن دیتے ہیں، حالانکہ جب وہ بات ہم کہتے ہیں تو جو ہے بس ایک ایز اے ریفرنس کے کہتے ہیں، کیونکہ گاندھی جی جو ہے ان کا ایک بڑا رول ہے ہندوستان کے سنیریو میں، نان ویلنس ایکٹیوزم کا ایک قریبی جو ہے ایک سمبل ہے، ایک قریبی ریفرنس ہے، تو اس معنی میں ہم کہتے ہیں اس بات کو مولانا ایک گاندین یہ ہیں، فلاسفر، تو لوگ کہتے ہیں کہ ہم کو نہیں چاہیے کوئی گاندھی کا فالوور، اسی طرح مولانا جاپان کی مثال دیتے ہیں، لوگ کہتے ہیں کہ جو ہے وہ تو کوئی عالم دین نہیں تھے، وہ تو جاپان کی کچھ باتیں کرتے تھے، تو یہ جو یہ ہے مولانا جو کہہ رہے ہیں کہ جو ہے انہوں نے خدا کے انکار میں نہیں کہا بلکہ شعیب کو نتھنگ بتانے کے لیے کیا، تو یہ آج بھی ہم جو ہے دیکھ رہے ہیں لوگوں کے اندر، گویا کہ وہ یہ کہہ رہے ہیں کہ آپ کی کوئی حیثیت ہی نہیں ہے، حالانکہ جو ہے بات کا جو انجام سامنے آتا ہے ہر ایک کا وہ بہت ہی برا رہتا ہے، یہی بات جو ہے مولانا امن کے لیے جب کہتے ہیں کہ مسیحی ماڈل ، تو لوگ کہتے ہیں کہ جو ہے ہم کو مسیحی ماڈل کی ضرورت نہیں، محمدی ماڈل بتائیں، ہم کو مسیحی ماڈل مت بتائیں، یہ بھی وہی لگ رہا ہے، شکل بدل کے جو ہے لوگ وہی سب سفر کرتے ہیں جو بطور انجام کے بتایا جاتا ہے، آخر اسی میں پھر لوگ سارے پھنس جاتے ہیں جا کر، قرآن میں جو یہ پکڑ کے جو واقعات ہیں، اس پر غور کرنے سے ایسا لگتا ہے کہ جو ہے وہ شکل بدل بدل کے ہوتے ہی رہتے ہیں، اس کی ہمارے دور میں کئی مثالیں ملتی ہیں، اب فی الوقت جو اس کی مثال جو لگ رہی ہے، پوری دنیا میں جو انرجی کرائسس جو آیا ہوا ہے، انرجی کرائسس سے جو ہے ہر چیز میں انفلیشن اور مہنگائی اور اس کا امپیکٹ بہت دن تک رہے گا، اور بتا رہے ہیں لوگ، یعنی کچھ نیشن نے جو ہے پوری دنیا کی اکانومی کو جو ہے یہ کر دیا، انفلیٹڈ کر دیا، اور سارے لوگ اس کو لے کر جو ہے پریشان ہیں، تو غالباً یہ جو حالت ہے وہ بھی ایک انسانوں کے بگاڑ کی وجہ سے اس طرح معاملات بگڑتے ہیں، اور اس طرح انسان جو ہے اپنے اعمال میں پھنستے رہتے ہیں، اس کی غالباً ایک اچھی مثال کہہ سکتے ہیں یہ بھی، یعنی خون شعیب کا جو یہ تھا بگاڑ، وہ اقتصادی تھا، اکانومی کو لے کر کہ لوگوں کے ساتھ جو ہے لین دین اور معاشیات میں جو ہے گڑبڑ کا راستہ اختیار کرنا، تو فی الوقت جو موجودہ کرائسز بھی ہے وہ معاشی ٹائپ کا ہی ہے، یعنی دنیا کے اندر لوگوں نے جو ہے اپنے اپنے گروپ بنا لیے ہیں، کوئی جی سیون ہے، کوئی جی 20 ہے، کوئی برکس ہے، تو وہ ایک دوسرے کے ساتھ جو ہے اس سلسلے میں اکانومی کو لے کر ایگریمنٹ کرتے ہیں، اور پھر اس میں ایک دوسرے سے غلط یہ بھی کرتے رہتے ہیں معاملات، تو پھر آپس میں جو ہے اس کی وجہ سے جنگیں ہوتی ہیں، تو مختلف اس ٹائپ کے ایگریمنٹ میں انسان جو ہے ایک دوسرے کو نیچا دکھانے کی کوشش کرتا ہے، پھر یہاں تک وہ جنگوں تک پہنچ جاتا ہے، تو حضرت شعیب کی قوم کی اکانومی جو ہے کسی بادل کی وجہ سے ڈسٹرب کر دی گئی، اور موجودہ اکانومی جو ہے آئل پر جا کر وہ یہ ہو گئی، بلینڈ ایری میں پھنس گئی، وہ ساری جنگیں جو ہیں، تو منصوبہ بنایا تھا کچھ جی 20 نے مل کر کیا، کسی نے اس کے اندر جو ہے کچھ اور ہی ہے، اور سارا معاملہ جو ہے بگڑ گیا، ترقی کے بجائے ڈیکلائن کی طرف چلے گئے، تو موجودہ جو کرائسز ہے وہ حضرت شعیب کے سمیلر ہی لگتا ہے ان کی قوم کے، اور انجام بھی ویسے ہی ہو رہا ہے، آگ اور بمبارڈمنٹ، اور ایک دوسرے پر ایک دوسرے کے ریسورسز کو یہ کرنا، اور سمندروں کو جو ہے برباد کر دینا، سمندری ریسورسز کو اور زمینی ریسورسز کو، اور وہ بھی ایسا برباد کرنا کہ جو ہے دوبارہ پھر زمین جو ہے ٹھیک ہونے کے لائق ہی نہ رہے، حضرت شعیب کی قوم کا جو بگاڑ ہے شرک کے ساتھ جو ہے معاشی ٹائپ کا لگ رہا ہے، اور موجودہ انسانوں کا بگاڑ جو ہے الحاد اور مادہ پرستی کے ساتھ جو ہے معاشی وار، ایک دوسرے پر ٹریڈ وار ، الحاد اور ٹریڈ وار کا مسئلہ دکھائی دیتا ہے، تو حضرت شعیب کی قوم جو ہے شرک اور معاشی اس میں پھنسی ہوئی تھی ایک دوسرے کے ساتھ، ایک دوسرے کے حقوق ادا نہ کرنا، سیم جو ہے ایسے ہی آج کے دور میں لگ رہا ہے، انسان نے ایک طرف الحاد کو اختیار کر لیا، اور دوسرا مٹیریل کنفلکٹ اور ٹریڈ وار کا راستہ اختیار کیا، اور آخر کار انجام جو ہے ایک دوسرے پر جو ہے خطرناک قسم کے ہتھیار کا استعمال، اور پھر ریسورسز کا جو ہے پرماننٹ ڈسٹرکشن، اس پر جو ہے معاملہ پورا ختم ہو رہا ہے، حضرت شعیب کی قوم کی گویا کہ ایک کاپی لگ رہی ہے موجودہ ایونٹس ۔</w:t>
      </w:r>
    </w:p>
    <w:p/>
    <w:p>
      <w:bookmarkStart w:id="47" w:name="cl30"/>
      <w:bookmarkEnd w:id="47"/>
      <w:r>
        <w:rPr>
          <w:i/>
          <w:color w:val="77786F"/>
          <w:sz w:val="20"/>
        </w:rPr>
        <w:t>15 May 2026 (English)</w:t>
      </w:r>
    </w:p>
    <w:p>
      <w:pPr>
        <w:jc w:val="right"/>
        <w:bidi/>
      </w:pPr>
      <w:r>
        <w:rPr>
          <w:rFonts w:ascii="Noto Nastaliq Urdu" w:hAnsi="Noto Nastaliq Urdu" w:eastAsia="Noto Nastaliq Urdu" w:cs="Noto Nastaliq Urdu"/>
          <w:sz w:val="26"/>
          <w:rtl/>
          <w:lang w:bidi="ur"/>
        </w:rPr>
        <w:t>فیاض بھائی، ایک مائنڈ میں کچھ تھاٹس آ رہے تھے۔ مطلب، ایک تو گاسپل آف— کیونکہ اسمیں آیا نہ کہ وو اتنا زیادہ انکو اپنے بزرگوں پے تھا کہ انہوں نے کہا کہ آپ آسمان سے گراؤ۔ تو ہمیشہ اگر اور بھی آیتیں دیکھیں تو فورفادرز اور فادرز کا وو حوالہ دیتے ہیں کہ انہوں نے ہمیں بتایا۔ تو جیسے گاسپل آف برنباز میں ایک بڑا اچھا میرے کو سینٹنس ملا تھا کہ "سیٹن انٹرز تھرو الڈرز۔" تو اسکے ساتھ ایک اور تھاٹ جو یے آ رہا تھا وو یے کہ ایسا کیوں ہوتا ہے کہ جہاں رلیجن کا معاملہ ہوتا ہے تو وہاں تو فادرز، فورفادرز کی دہائی دیتے ہیں لوگ کہ بھائی انہوں نے بتایا تھا اور اس پے کوئی کمپروماز نہیں ہے۔ لیکن جب وہی پرسنل میٹرز آتے ہیں جیسے اکنامک انٹریسٹ ہوتا ہے یا مان لیجیے آج کے زمانے میں لو میرج ہے تو وہی فورفادرز اور فادرز جب منا کرتے ہیں تو نہیں مانتے۔ اگر و ہی وو کہیں گے کہ یے جاب نہ کرو لیکن اس جاب میں انہوں کو زیادہ پیسے مل رہے ہیں تو تب نہیں سنیں گے انہوں کی۔ لیکن ریلیجن کے معاملے میں اکدم ٹھس سے مس نہیں ہوتے۔ تو اک تریقے سے اگر ہم دیکھا جائے کہ جہاں پے اکنامک میٹرز پے جہاں پے وو انہوں کی نہیں سنتے ہیں اینڈ دے دے گو اہیڈ ایڈجسٹمنٹ کے لیے بھی ریڈی ہو جاتے ہیں تو وہاں پروگریس کرتے ہیں۔ مطلب اکنامکلی دے ول پروگریس اے لاٹ۔ اک اگر مسلم بزنسمین ہوگا وو یے نہیں دیکھے گا کہ ہندو اسکا سامان لے رہا ہے، یہودی لے رہا ہے، عیسائی لے رہا ہے۔ وو کچھ بھی کرے گا کہ اپنا بزنس جو ہے وو آگے بڑھ جائے۔ تو ہی ول پروگریس ۔ اکنامکلی بہت اچھا آگے بڑھ جائے گا۔ لیکن رلیجن کے معاملے میں وہ بالکل کلوز مائنڈیڈ ہو جاتا ہے۔ تو وہاں ترقی ہی نہیں کرتا۔ سٹیگنیشن ہو جاتا ہے اس کا کیونکہ وہ از ناٹ ولنگ ٹو اوپن اپ۔ جیسے وہ مولانا نے کتاب میں لکھا تھا نا کہ "وین نیچر بکم سبجیکٹ آف انویسٹی گیشن" تو آدمی نے بہت ترقیاں کری۔ پورا کھول دیا جو جو اوپرچونٹیز جو چھپے ہوئے تھے نیچر میں۔ کیونکہ وہاں پے ہی بکم اوپن مائنڈیڈ۔ لیکن رلیجن میں ایسا نہیں ہوتا۔ تو اک تریقے سے اپنی زندگی میں ہی آدمی ہائپوکریسی کا سبوت دیتا ہے کہ جہاں میرا پرسنل انٹریسٹ ہے، جہاں میرا اکدم کنسرن ہے، وہاں تو میں ایڈجسٹ کر لوں گا۔ وہاں میں اپنے فور فادرز کی بھی نہیں سنوں گا۔ لیکن رلیجن کے میٹر میں میری ایگو اشو ہے۔ میرا سپیریورٹی کمپلیکس ہے۔ وہاں پے میں انہوں کی سنوں گا۔ تو اک تریقے سے یے ہائپوکریسی کا سبوت ہے۔ مطلب میں اسکو پرسنلی رلیٹ کر رہا تھا ایسے کہ مولانا کے پاس آنے سے پہلے میں اس سوچ میں بڑا ہوا اور یے سوچ بڑی پریولنٹ ہے نہ مسلمز میں ہندو کمیونٹی میں خاصکر جہاں پے بہت زیادہ ٹریڈیشنل مائنڈسیٹ ہے جیسے میرے گھر میں بہت رچوئلسٹک انوائرنمنٹ ہے کہ جب تک اک مسلمان چار ہندوؤں کو نہیں مارے گا اسکو جنت نہیں ملے گی اور یے قرآن میں لکھا ہے اور یے میں نے مولانا کو بھی بول دیا تھا جب میں مولانا سے ملا تھا تو مولانا نے جیسے وو تو ہینڈل کیا وو الگ چیز ہے لیکن میں یے سوچ رہا ہوں کہ اک قرآن جو میرے لیے سورس آف ڈسکمفرٹ ڈسٹریس تھی جب تک میں نے ایکسپلور نہیں کرا اسے جب تک میں نے اپنے آپ کو اوپن نہیں کرا سمجھنے کے لیے لیکن وہی قرآن گائیڈ بک بن گئی سورس آف کمفرٹ بن گئی ریلیف مل گئی معرفت بن گئی کیونکہ اسے ایکسپلور کرنا شروع کیا تو اصل چیز مطلب یہی ہے کہ آدمی جو ہے کتنا اوپن مائنڈیڈ ہے اس پے سارا ڈپینڈ کرتا ہے۔ اڈرواز ایوری ون از اے کیس آف ہائپوکریسی۔</w:t>
      </w:r>
    </w:p>
    <w:p>
      <w:pPr>
        <w:jc w:val="right"/>
        <w:bidi/>
      </w:pPr>
      <w:r>
        <w:rPr>
          <w:rFonts w:ascii="Noto Nastaliq Urdu" w:hAnsi="Noto Nastaliq Urdu" w:eastAsia="Noto Nastaliq Urdu" w:cs="Noto Nastaliq Urdu"/>
          <w:sz w:val="26"/>
          <w:rtl/>
          <w:lang w:bidi="ur"/>
        </w:rPr>
        <w:t>جی رجس صاحب یہ جو پارت ہے جی جہاں اس کا مٹیریل گین ہوتا ہے آدمی کا وہاں وہ صرف جو ہے اپنے انٹرسٹ کو دیکھتا ہے اور مذہب کے بارے میں فور فادرز کو اور حضرت یوسف کے بھائیوں کو جو ہے اپنا مٹیریل گین بہت ہی عزیز تھا تو انہوں نے جو ہے اپنے پیغمبر باپ کی بھی بات نہیں سنی حضرت یوسف کے مسئلے میں اور نوح کا بیٹا جو ہے اپنے پیغمبر باپ کی بات کو بھی مان نہیں سکا مذہب کے معاملے میں تو یہ واقعی جو ہے بہت یہ ہے نوٹ کرنے کی بات کہ جہاں مٹیریل گین آتا ہے آدمی کا تو وہ کسی کی نہیں سنتا ہے اور مذہب کے معاملے میں جو ہے بہت ہی سننے والا بن جاتا ہے بڑا ہی کمیونٹی کا فرمانبردار معلوم ہوتا ہے تو اسی لیے شاید یہ جو پیغمبر جو کہہ رہے ہیں لاصلکم علیہ لاصلکم علیہ میں تم سے کوئی مٹیریل ڈیمانڈ نہیں رکھتا ہوں تو انسان کی جو ہے مٹیریل انٹرسٹ کو لے کر یہ سینسٹیوٹی کو دیکھ کر ہی پیغمبر اس معاملے میں پوری طرح اپنے آپ کو سرینڈر کر دیتے ہیں کہ اس میں آپ کا ہمارا کوئی کانفلکٹ نہیں ہے سارا آپ کا ہی ہے تو تقریبا پچھلے جتنے بھی پیغمبروں کا یہاں ذکر ہوا سب ایک ہی سٹیٹمنٹ دے رہے ہیں کہ خدا سے ڈرو اور میرا اجر کے معاملے میں تم سے کوئی کانفلکٹ نہیں ہے مٹیریل انٹرسٹ کو لے کر کوئی کانفلکٹ نہیں ہے تو غالبا اسی سینسٹیوٹی کی وجہ سے پیغمبروں کا یہ معاملہ کیونکہ وہ جانتے ہیں کہ جو ہے انسان اس معاملے میں جو ہے کتنا زیادہ گریڈی ہے مٹیریل انٹرسٹ کو لے کر سورہ محمد میں ایک جگہ ہے کہ مال کے بارے میں کہ اس میں بتایا گیا کہ اگر یہ پیغمبر تم سے تمہارا مال مانگے اور مسلسل جو ہے تم سے خدا کی راہ میں خرچ کرنے کی ڈیمانڈ کرے تو تمہارے دینوں تمہارے سینوں کے کینے باہر آ جائیں گے تو بہت ہی عجیب سٹیٹمنٹ لگتا ہے جب بھی میں پڑھتا ہوں کہ اگر یہ پیغمبر تم سے خدا کی راہ میں خرچ کرنے کے لیے مال مانگے تو جو ہے تمہارے سینے اس کے کینے باہر آ جائیں گے تو تو مال کا معاملہ جو ہے بہت ہی انسان کے لیے سینسٹیوٹی کا معاملہ ہے بہت اتنا زیادہ اس مسئلے میں کیئرفل ہونا چاہیے جتنے انبیاء ہیں ماصلکم علیہ من اجر کے معاملے میں تو کینے کا مطلب فیاض بھائی کینہ مطلب کینے کا مطلب یہ ہے کہ جو ہے میرا مال چلا گیا یہی غالبا ہونا چاہیے کہ سورہ محمد میں ہے کہ اگر وہ تم سے تمہارا مال مانگتا رہے پیغمبر تو تمہارے کینے جو ہے واپس باہر آ جائیں گے تو ایسی کئی مثالیں ہیں وہاں پر جیسے مثال کے طور پر ہم نے ڈسکس کیا تھا کہ مکہ جب فتح ہوا تو مائیگرینٹ صحابہ نے کہا کہ اب ہمیں ہماری پراپرٹیاں واپس دلوائیے لوگوں سے تو رسول اللہ نے کچھ نہیں کہا اس پر اور فورا جو ہے کوچ کا حکم دے دیا کہ واپس مدینے جانا ہے کیونکہ فورا اگر وہ بحث چھیڑتے تو جو لوگ اسلام کو سمجھ رہے تھے وہ مٹیریل کانفلکٹ میں پڑ جاتے کہ ہماری تو پراپرٹی کم ہو رہی ہے اس میں اسی طرح جب مکہ فتح ہوا تو حضرت علی جو ہے بار بار یہ مانگ رہے تھے حجابہ حجابہ کا مطلب یہ ہوتا ہے کعبے کی چابی کس کے پاس ہوگی تو بار بار مانگ رہے تھے اور رسول اللہ جو ہے اگنور کر رہے تھے حضرت علی کو پھر جب معاملہ جو ہے تھوڑا سیٹل ہوا تو بعد میں جو صحابی جن کے پاس ہوتا تھا جو خاندان چابی کا جو یہ ہوتا تھا جس کے پاس چابی ہوتی تھی اسی کو بلایا اور بلا کر کہا کہ یہ جو ہے چابی اپنے پاس رکھنا قیامت تک یہ تمہارے ہی پاس رہے گی کوئی ظالم ہی تم سے چھینے گا تو رسول اللہ نے جو ہے حالانکہ وہ رسول اللہ کے بڑے مخالف تھے وہ جنہوں نے جن کو چابی ملی وہ رسول اللہ کے بڑے مخالف تھے لیکن رسول اللہ نے ان کو جو ہے ان کی پوسٹ سے یہ نہیں کیا ان کو محروم نہیں کیا واپس ان کو پھر ان کی پوسٹ پر بحال کر دیا تو اس کے پیچھے بھی یہی حکمت لگتی ہے کیونکہ اگر وہ کسی اور کو دی جاتی تو پھر ان کے دلوں میں کینے پیدا ہو جاتے تو بہت زیادہ جو ہے انسانی سائیکالوجی کا اہتمام ہے پیغمبروں کے پاس دعوت کے کام کسی کی پوسٹ نہ چھینی جائے کسی کا مال نہ مانگا جائے کسی سے لیا جائے تو بہت ہی جو ہے ریشنل وے میں لیا جائے جیسے رسول اللہ جو ہیں جو ٹیکس کلیکٹر ہوتے تھے ان کو بھیجتے ہوئے یہ نصیحت کرتے تھے ایا کا وہ کرائمہ اموالی لوگوں کے جو ہے بیسٹ مال نہ لینا ان سے یعنی ان سے بھیڑ بکری وغیرہ جب زکوۃ میں لینے جاؤ تو ایسا نہیں کرنا کہ ان کے مال میں سے جو سب سے فائن ہے وہ لینے لگو یہ نہیں کرنا فائن مال پر جو ہے نظر نہیں رکھنا لوگوں کے بہت ہی جو ورکنگ ہے وہی لینا ورکیبل مال یہ سب اگر داعی خیال نہ رکھے سراؤنڈنگ میں لوگوں کی امیج لوگوں کا ویلتھ لوگوں کی پوسٹ وغیرہ کا اگر خیال نہ رکھے تو پھر اس کی دعوت جو ہے ڈسپیوٹ کی نظر ہو جائے گی بہت ہی ہیومن سائیکالوجی جو ہے اتنی فریجائل ہے اس میں کہ جتنا انسان خیال رکھ سکتا ہے اس کو رکھنا چاہیے سب باتوں کا یہ ایتوں سے لگتا ہے انی لاصلکم علیہ مناج نہیں تو لوگوں میں بہت زیادہ ضد اور کینہ اور سب پیدا ہو جائیں گے اگر یہ سب خیال نہیں رکھا گیا اسلام صاحب کیا نمبر ہے وہ سورہ محمد میں وہی خریج اذان ایت نمبر وہ سورہ محمد کی ایت ہے سوری سورہ محمد 47 میں 37 اچھا ایت 29 ہے نہیں نہیں وہ نہیں یہ جو صاحب جو کہہ رہے ہیں وہ 37 ہاں 37 ہاں وہ یہ ہے اف ہی و ٹو اسک اٹ دیٹ از ویلتھ اف ہی و ٹو اسک ویلتھ اف یو اینڈ کنٹینیو ٹو پریس یو یو وڈ بی نگاڈلی اینڈ دس وڈ شو یور ان ول جی جی زبردست ہے یہ جو ہمارے ملک میں جو ضد پیدا ہو گئی ہے کچھ لوگوں میں مسلمانوں کو لے کر اس کا ریزن یہی ہے یہ سب باتوں کا جو مسلم لیڈرشپ نے خیال نہیں رکھا ہیومن سائیکالوجی کا تو اس کی وجہ سے انتہائی ٹائپ کی ضد ا گئی ہے لوگوں میں اس کو ہم سمجھتے ہیں کہ اسلام دشمنی کو اسلام دشمنی تو کچھ ہے نہیں اس میں اصل جو ہے اپنا مٹیریل انٹرسٹ ہر انسان کو پیرا ہوتا ہے ہر کمیونٹی کو اس کو تو اس کی ضد ہے وہ اگر اس کا خیال کرنے لگے مسلم لیڈرشپ تو ضد خود بخود ڈس اپیئر ہو جائے گی مولانا نے وہ انڈین مسلم نیٹ پوزیٹیو اؤٹ لک میں یہ بات لکھا ہے کہ ایک ڈیفیٹ ہم نے لی ہے پارٹیشن کی اب سیکنڈ ڈیفیٹ نہیں ایکسیپٹ کرنا ہے یہ سائیکالوجی پر سارا معاملہ چل رہا ہے نو ٹو سیکنڈ ڈیفیٹ تو وہ اس کی ضد ہے وہ بس باقی خود ان کے اندر جو ہے ایسا اسلام کو لے کر کوئی ضد نہیں ہے وہ تو ہرٹ کیا گیا ان کے مٹیریل انٹرسٹ کو وہ مولانا یوز کرتے تھے نا سینٹنس جو کیا تھا ایکچولی اکنامک انٹرسٹ مٹیریل انٹرسٹ اتنا پیرا ماؤنٹ ہے اتنا امپورٹنٹ ہو جاتا ہے کہ ادمی کچھ سوچتا ہی نہیں ہے اس کے بیونڈ تو وہ جو جملہ تھا کہ پرشین جملہ کہ جان مانگو تو حاضر ہے مال مانگو تو سوچنا پڑے گا وہی جی تو اللہ تعالی نے سورہ یوسف کو غالبا جو ہے یہ ہیومن سائیکالوجی کو بتانے کے لیے نازل کیا ہے ایون پیغمبر کے گھرانے میں جو ہے پیغمبر کی اولاد بھی جو ہے اس معاملے میں ناقابل برداشت ہوتی ہے تو پھر دوسرے سے کیوں ایسی امید رکھی جائے کہ اپنے ہی بھائی کو کنویں میں ڈال دیا وہ تو قتل کرنا چاہتے تھے لیکن لیس جو ہو سکتا تھا وہ یہ تھا کہ کنویں میں پھینک دیا تو پھر اس کے بعد جو ہے کس سے دنیا میں امید کی جا سکتی ہے مٹیریل انٹرسٹ یا اس طرح کی چیزوں کے لیے اسی لیے جو ہے رسول اللہ انصار سے کہتے تھے کہ تم جو ہے اس معاملے میں پوری طرح یہ ہو جاؤ ڈسٹنس اختیار کر لو پولیٹکس کے معاملے میں یہاں تک کہ حوض کوثر پہ جو ہے مجھ سے ملاقات ہو جائے انصار سے رسول اللہ نے ریپیٹڈلی یہ کہا کہ تم لوگ جو ہے اس میں کوئی نیگیٹیو رول پلے نہیں کرنا میرے بعد کہ تم نے مجھے پروٹیکشن دیا اور مجھے سہارا دیا مہاجرین کو رہنے کے لیے سیٹلمنٹ دیا یہ سب دعوے لے کر جو ہے معاملے کو خراب نہ کرنا جو بھی تم کو دنیا میں ملے اس پر راضی رہنا یہاں تک کہ حوض کوثر پہ میرے سے ملاقات ہو جائے اس وقت تک اس کو جاری رکھنا لوگوں کے مٹیریل انٹرسٹ میں کلیم نہ رکھنا تم تو اسی لیے تھا کہ وہ تو ملے گا نہیں لیکن فساد بہت زیادہ ہوگا تو یہی ہوتا ہے ہر جگہ وہ انسان جو چاہتے ہیں وہ تو ملتا نہیں لیکن فساد بہت زیادہ بڑھ جاتا ہے اس کی وجہ سے .</w:t>
      </w:r>
    </w:p>
    <w:p/>
    <w:p>
      <w:pPr>
        <w:pStyle w:val="Heading1"/>
      </w:pPr>
      <w:bookmarkStart w:id="48" w:name="vg16"/>
      <w:bookmarkEnd w:id="48"/>
      <w:r>
        <w:t>The Poets (Al-Shu‘ara’) - 26:192-197</w:t>
      </w:r>
    </w:p>
    <w:p>
      <w:bookmarkStart w:id="49" w:name="cl31"/>
      <w:bookmarkEnd w:id="49"/>
      <w:r>
        <w:rPr>
          <w:i/>
          <w:color w:val="77786F"/>
          <w:sz w:val="20"/>
        </w:rPr>
        <w:t>18 May 2026 (English)</w:t>
      </w:r>
    </w:p>
    <w:p>
      <w:pPr>
        <w:jc w:val="right"/>
        <w:bidi/>
      </w:pPr>
      <w:r>
        <w:rPr>
          <w:rFonts w:ascii="Noto Nastaliq Urdu" w:hAnsi="Noto Nastaliq Urdu" w:eastAsia="Noto Nastaliq Urdu" w:cs="Noto Nastaliq Urdu"/>
          <w:sz w:val="26"/>
          <w:rtl/>
          <w:lang w:bidi="ur"/>
        </w:rPr>
        <w:t>اسلام قرآن کو لے کر یہاں ایک اسٹیٹمنٹ ہے، اس پیراگراف میں۔ وإنه لتنزيل رب العالمين نزل به الروح الأمين على قلبك لتكون من المنذرين بلسان عربي مبين تو یہ اسٹیٹمنٹ جو ہے، اس پس منظر میں دیا جا رہا ہے۔ یعنی لوگوں میں یہ مشہور تھا کہ جو ہے، یہ خدائی کلام نہیں ہے بلکہ یہ کوئی انسانی کلام ہے۔ اور یا کوئی خدائی کلام کا جو ہے، کوئی کرپٹڈ ورژن ہے۔ تو اس کی وضاحت میں جو ہے، یہ باتیں بتائی جا رہی ہیں کہ یہ پیور جو ہے، خدا کی وحی ہے اور پورے اہتمام کے ساتھ اتاری گئی ہے، فل سیکیورٹی میں۔ قرآن میں جگہ جگہ یہ بات بتائی گئی ہے۔ قرآن کا ریولیشن جو ہے، فل سیکیورٹی کے ساتھ کیا گیا ہے۔ تو تفصیل میں جو ہے، یہ باتیں ملتی ہیں کہ جو ہے، رسول اللہ کو پیغمبر بنانے سے پہلے آسمان میں جو ہے، سخت سیکیورٹی الرٹ کر دیا گیا، پ ورے پورے آسمانوں میں۔ تو شیاطین جو ہے، اس سے پہلے زمین اور آسمانوں کے اندر فری موومنٹ کرتے تھے، ادھر سے ادھر اور ادھر سے ادھر، ان کا جانا آنا تھا۔ بلکہ جو ہے، فرشتوں کی گفتگو کو سننا اور اس میں سے کچھ بات کو جو ہے، پاس کرنا زمین والوں تک ، یہ بھی کرتے تھے۔ قرآن سے پتہ چلتا ہے شیاطین۔ لیکن اچانک جو ہے، ان کا یہ موومنٹ جو ہے، روک دیا گیا، ریسٹرکشن لگا دی گئی اس پر، شیاطین اور جنات کے موومنٹ پر۔ تو ابن عباس وغیرہ کہتے ہیں کہ جو ہے، جب یہ موومنٹ ریسٹرکشن لگا دی گئی تو شیاطین میں جو ہے، اس پر ڈسکشن ہوئی کہ آخر ایسا کیوں کر دیا گیا ہے، آسمانوں میں پابندیاں کیوں لگا دی گئی ہمارے جانے آنے پر۔ تو روایتوں میں ہے کہ جو ہے، شیاطین کے جو ہیڈ تھے، انہوں نے زمین پر ہر طرف اپنے ڈیلیگیشن بھیجے، جاننے کے لیے کہ معلوم کرو کہ کیا ایسا اسپیشل واقعہ ہوا ہے جس کی وجہ سے ہماری موومنٹ جو ہے، روک دی گئی ہے۔ تو روایتوں میں ہے کہ کچھ ٹیموں کو انہوں نے مشرق کی طرف بھیجا، کچھ مغرب کی طرف، کچھ شمال کی طرف، کچھ جنوب کی طرف۔ تو اس میں سے ایک گروپ جو ہے، جنوں کا، حجاز کی طرف آیا تھا۔ تو حجاز کی طرف وہ جب آیا تو رسول اللہ کہیں نماز پڑھ رہے تھے اس وقت ، کسی ویلی میں۔ تو وہاں انہوں نے قرآن سنا، سورہ جن میں جس کا ذکر ہے۔ اور جا کر جو ہے، اپنے ٹیم والوں کو انہوں نے رپورٹ کیا کہ ہم نے ایک عجیب کلام سنا ہے جو سچائی کی اور صداقت کی باتیں بتاتا ہے۔ تو ان کے بیچ میں یہ بات جو ہے، طے ہوئی کہ جو ہے، یہی وہ ایونٹ ہے، وحی کا، جس کی وجہ سے جنوں کے موومنٹ پر ریسٹرکشن لگا دی گئی ہے۔ اس پر اتفاق کیا ان لوگوں نے کہ خصوصی سیکیورٹی کا انتظام جو ہے، یہ قرآن کی ریولیشن کی وجہ سے کر دیا گیا ہے آسمانوں میں۔ تو وإنه لتنزيل رب العالمين کا مطلب یہ ہوا کہ قرآن جو ہے، فل سیکیورٹی اور فل پروٹیکشن کے ساتھ ریویل کیا گیا ہے۔ کسی کا اس میں ایک آئٹہ کے برابر بھی جو ہے، انٹرفیرنس نہیں ہے۔ یا کسی بھی ٹائپ کا اس میں الٹرنیشن نہیں ہے۔ اس میں کسی بھی ٹائپ کا الٹریشن نہیں ہے۔ کوئی تبدیلی یا کوئی چینج نہیں ہوا اس کے اندر۔ جیسے خدا نے بتایا، جبرائیل امین نے جو ہے، اس کو ویسے ہی محمد بن عبداللہ کے سینے پر اتارا، بغیر کسی تبدیلی یا چینج کے۔ تو قرآن کی حفاظت کو لے کر غور کرنے سے یہ پتہ چلتا ہے کہ جو ہے، دو ٹائپ کے اس میں فیس ہیں۔ پہلا فیس ہے رسول اللہ تک اس کو لانے کا ، جبرائیل کے ذریعے، پوری سیکیورٹی کے ساتھ۔ دوسرا اس کا فیس ہے رسول اللہ کے بعد جو ہے، اس کا کیا کہتے ہیں، ریسٹوریشن، اس کی حفاظت۔ تو حفاظت کے واسطے رسول اللہ نے جو ہے، بڑا ہی اہتمام کیا، ہر طریقے سے۔ یعنی اس کو لکھوایا بھی اور اس کو حفظ بھی کروایا لوگوں کو۔ اور آخری سال جو ہے، رمضان میں، رسول اللہ نے جو ہے، دو مرتبہ جبرائیل کو سنایا قرآن۔ تو پھر اس کے بعد جو ہے، اصحاب رسول نے جو ہے، اس کو لکھوایا اور زمین کے مختلف حصوں میں اس کو پھیلایا۔ تو قرآن کی حفاظت کے دو فیس ہیں۔ ایک رسول اللہ تک لانے کا فیس اور اس کے بعد جو ہے، اس کو زمین میں محفوظ رکھنے کا فیس۔ تو یہ دونوں بھی جو ہے، بڑے اہتمام سے کیے گئے ہیں، پوری امانت داری اور پوری سیکیورٹی کے ساتھ۔ آج ہمارے پاس جو ہے، جو قرآن ہے، وہ ایک دم بالکل پیور وہی قرآن ہے جو اللہ نے جبرائیل کے ذریعے رسول اللہ پر اتارا۔ تو یہ بہت ہی عجیب واقعہ ہے زمین پر خدا کے کلام کے لیے خصوصی اہتمام اور اس کو پھر نسل در نسل جو ہے، محفوظ رکھنا، اس ڈاکومنٹس کو۔ یعنی ایک ہدایت کے سیکر کے لیے جو ہے، قرآن جو ہے، اس کا فل ڈیسٹینیشن ہے۔ تو فل سیٹسفیکشن کے ساتھ جو ہے، وہ قرآن پر اعتماد کرتے ہوئے اپنی اسپرچول لائف کو رن کر سکتا ہے۔ اس کو ذرا بھی جو ہے، ڈاؤٹ کی ضرورت نہیں ہے ہدایت کے معاملے میں۔ قرآن جو ہے، اس کا ایک پورا سہارا ہے، وہ اس انسان کا جو ہدایت کا طالب ہے۔ ابھی جو فرائیڈے لیکچر میں ڈاکٹر جنید صاحب نے ایک بہت اچھی بات بتائی تھی، وہ اینڈ سٹریٹ کے لیے the most incomprehensible thing is about universe is it's comprehensible کائنات کے بارے میں جو ہے، سب سے زیادہ ناقابل فہم بات یہ ہے کہ وہ قابل فہم ہے۔ یعنی اس کے جو لاز ہیں، وہ ایکسپلینیبل ہیں، انڈرسٹینڈ ایبل ہیں۔ تو قرآن کا معاملہ بھی ایسے ہی ہے۔ قرآن کی جو ساری ٹیچنگ ہے، اس کے بارے میں سب سے زیادہ تعجب کی بات، سب سے زیادہ ناقابل فہم بات یہ ہے کہ وہ قابل فہم ہے۔ اس کا ہر ہر اسٹیٹمنٹ جو ہے، سائنٹیفک ڈسکوریز اور لاز اف نیچر، ہیومن سائیکالوجی اور ہیومن سیٹسفیکشن ، ہر ہر چیز سے جو ہے، وہ انسان کی تلاش کا جواب بن جاتا ہے۔ چاہے وہ کسی بھی اینگل سے تلاش کرے، قرآن اس کا انسر بن جاتا ہے ہر معاملے میں۔ چاہے وہ سائنسی نقطہ نظر سے دیکھے، چاہے وہ ہسٹوریکل اینگل سے دیکھے، چاہے وہ پریویس اسکرپچرز کے اینگل سے دیکھے قرآن کو ، چاہے وہ اپنی سائیکالوجی کے اینگل سے دیکھے، سائنٹیفک ڈیٹے کے اینگل سے دیکھے۔ ہر معاملے سے قرآن جو ہے، ایک دم بالکل کمپریہینسیبل ہے۔ ہر ہر بات اس کی انڈرسٹینڈ ایبل ہے۔ تو یہ جو ہے، بہت ہی عجیب و غریب نعمت ہے قرآن۔ تو ایک ایک طرف تو اس کو اس اہتمام کے ساتھ ریویل کیا گیا، پھر اس اہتمام کے ساتھ اس کو ریسٹور کیا گیا، اور پھر اسی اہتمام کے ساتھ جو ہے، ہم تک وہ جو ہے، پہنچا ہے۔ اس کا ڈاکومنٹ ایک دم پیور حالت میں ہے۔ اور پھر جو تیسری بات جو ہوئی، سائنٹیفک ڈیٹا جو ہے، اس کے سپورٹ کے لیے سامنے آگیا ہے ہر طرف سے۔ یہ افیم کے لیے جو ہے، سائنٹیفک مواد جو ہے، پوری طرح یہ بن گیا ہے سپورٹر اور اس کی ایڈوکیسی کرنے والا۔ یعنی اتنے ایویڈنس اور اتنے سپورٹنگ ایونٹس کا ہونا۔ تو آیت کا یہ جو آخری ٹکڑا ہے وَلَمْ يَكُنْ لَهُمْ آيَةً أَنْ يَعْلَمَهُمْ عُلَمَاءُ بَنِي إِسْرَائِيلِ اس کو ہم بدل کر یہ کہہ سکتے ہیں کہ آج کے سیکولر اسکالرز، ریلیجیس اسکالرز ، سب کے لیے کیا یہ بات کافی نہیں ہے کہ کس اہتمام کے ساتھ اس کو اتارا گیا، کس اہتمام کے ساتھ اس کو محفوظ کیا گیا، اور کس اہتمام کے ساتھ جو ہے، اس کا سائنٹیفک سپورٹ کیا گیا۔ قرآن کی باتوں کا اور ٹیچنگ کا یہ سب باتیں جو ہیں، مور دین انف ہیں ایک آدمی کو ماننے، سمجھنے اور سیٹسفائی ہونے کے لیے۔ تو اگر یہ باتیں بھی اگر کسی کے لیے کافی نہیں ہو رہی ہیں تو قرآن ان سے پوچھتا ہے فَبِأَيِّ حَدِيثٍ بَعْدَ ذَٰلِكَ يُؤْمِنُونَ پھر اور کون سی بات بچی ہے جس پر وہ ایمان لائیں گے؟ یا اور کون سا مزید ایویڈنس چاہیے ان کو؟ تاریخ، ہسٹری، اور جو ہے، یونیورس، اینشینٹ اسکرپچر، سب اس کی تائید میں ہیں۔ تو اور اس کے بعد انسان کو بچا کیا ہے جس کا اس کو انتظار ہے ؟</w:t>
      </w:r>
    </w:p>
    <w:p/>
    <w:p>
      <w:bookmarkStart w:id="50" w:name="cl32"/>
      <w:bookmarkEnd w:id="50"/>
      <w:r>
        <w:rPr>
          <w:i/>
          <w:color w:val="77786F"/>
          <w:sz w:val="20"/>
        </w:rPr>
        <w:t>27 May 2026 (Urdu)</w:t>
      </w:r>
    </w:p>
    <w:p>
      <w:pPr>
        <w:jc w:val="right"/>
        <w:bidi/>
      </w:pPr>
      <w:r>
        <w:rPr>
          <w:rFonts w:ascii="Noto Nastaliq Urdu" w:hAnsi="Noto Nastaliq Urdu" w:eastAsia="Noto Nastaliq Urdu" w:cs="Noto Nastaliq Urdu"/>
          <w:sz w:val="26"/>
          <w:rtl/>
          <w:lang w:bidi="ur"/>
        </w:rPr>
        <w:t>اور رجت صاحب نے واقعہ بھی بتایا کہ ایئرپورٹ لینے کے لیے مولانا کو گئے تو مولانا کی فیلنگز یہی تھے کہ میں سفر سے واپس آیا ہوں اور مجھے بے چینی ہے اپنی ٹیم سے ملنے کی۔ تو اس کے بعد آیتیں ہیں 221 تا 227، تین ٹائپ کے لوگوں کا ذکر اس میں کیا گیا ہے۔ نمبر ایک شیاطین، نمبر دو کاہن، تیسرے شوہر۔ شیاطین کو اسپیس میں جانے کا موقع ملتا تھا، تو ملائکہ کی میٹنگ سے کچھ سن کر اس میں بہت سارا اپنی طرف سے ملا کر پاس کر دیتے تھے۔ اور کاہن اسٹرا ج ادوگری ، اسٹرالوجی، وہ لوگ کیا کرتے تھے کہ اس پر اپنی بنیاد کھڑی کرتے تھے۔ کاہن لوگوں کی قسمتیں بتانا اور مستقبل کو بتانا۔ اور شوارہ جن کو آپ فلاسفی بھی کہہ سکتے ہیں، اس طرح کے ٹائپ کے لوگ امیجنری ورلڈ میں رہتے ہیں، خیالی باتیں کرتے ہیں۔ جبکہ قرآن میں اور احادیث میں اس کی سخت تاکید کی گئی کہ کوئی بھی کاہن کے پاس جاتا ہے اور اپنے بارے میں جو کچھ وہ اپنے خیالات کا اظہار کرتا ہے، اس پر وہ بھروسہ کرتا ہے تو 40 دن کی اس کی نماز نہیں ہوگی۔ فَمَا لَهُ فِي الْآخِرَةِ مِنْ خَلَاقٍ سورہ قرآن میں کہا گیا ہے۔ اس کا مطلب شعراء یا وہ لوگ جو بھی باتیں کرتے ہیں، ہر بات غلط نہیں ہوتی ہے۔ باتیں اس میں صحیح بھی ہوتی ہیں۔ اشعار کو پیغمبر اسلام نے اور حضرت عمر نے اپریشیٹ بھی کیا ہے۔ عَلَىٰ كُلِّ شَيْءٍ مَا خَلَى اللَّهُ بَاطِلًا اس طرح کے اشعار۔ مگر بات یہ ہے کہ پارشل سچائی ہوتی ہے اس کے اندر، اس کو جنرلائز کر کے وہ لوگ بولتے ہیں۔ اس طرح سے کلیئر تھنکنگ نہیں ہوتی ہے، یعنی واضح سوچ وہ نہیں دے پاتے۔ کلیئر تھنکنگ نہیں ہوتی۔ پارشل سچائی تو ضرور ہوتی ہے۔ کسی بھی آدمی کے لیے سب سے بڑی خوبی یہ ہے کہ وہ کلیئر تھنکنگ ہو۔ اس میں سو کوئی ایک بات کو لے کر سچائی کو ثابت نہیں کیا جا سکتا۔ تو کسی بھی شے پر گفتگو کرنے کے لیے تھنکنگ کا واضح ہونا یہ بہت بڑی خوبی کی بات ہے۔ طبعی طور پر، واضح طور پر کسی بھی فیکٹ کو لے کر وہ سوچ سکتا ہے۔ شیاطین، کاہن اور شعراء کا معاملہ یہ ہوتا ہے کہ وَالشُّعَرَاءُ يَتَّبِعُونَ اللَّهَ وَأَنَّهُمْ فِي كُلِّ وَادٍ يَهِبُونَ وَأَنَّهُمْ يَقُولُونَ مَا لَا يَفْعَلُونَ پارشل سچائی تو ضرور ہوتی ہے، مگر واضح سچائی پر وہ کھڑے ہوئے نہیں ہوتے ہیں۔ اس دور میں دیکھیں گے تو اسی طرح کے، یعنی پارشل سچائی کو لے کر اس کو جنرلائز کرنا، ایک بات کو لے کر پوری آئیڈیالوجی بنانا یا پوری فلاسفی گھڑنا، آج بھی دیکھنے کو ملتا ہے۔ مثلاً ڈارونزم جن فلاسفرز نے بنیاد رکھی اس پر، وہ ویک بنیاد ہے۔ کہیں کچھ ہڈیاں مل گئیں، اس پر پورا ایک نظریہ گھڑ لیا۔ جنگلوں میں گوریلا اور مونکی دیکھ کر کہنے لگے کہ یہ انسان پہلے ایسے ہی تھا، گوریلا اور مونکی تھا، اس کے بعد انسان بنا۔ فیمینسٹ ، ہیومن رائٹ ایکٹیوسٹ ، یہ سب ماڈرن شاعر اور کاہن ہیں۔ ماڈرن اسٹرالوجسٹ ہیں جو زمین میں ہیومن رائٹس ایکٹیوسٹ کے نام سے زیادہ گڑبڑ مچاتے ہیں۔ اور ان کے گڑبڑ مچانے کی وجہ سے ہیومن رائٹس ٹوٹتے ہیں۔ تو انسان کی تھنکنگ کسی سولڈ بنیاد پر کھڑی ہونا چاہیے۔ آیتوں میں یہ بتایا جا رہا ہے کہ انسان کی جو تھنکنگ ہے، وہ کسی سولڈ بنیاد پر کھڑی ہونا چاہیے، نہ کہ کسی شاعر خیالی دنیا میں رہنے والوں کی باتوں پر ۔ مثلاً ہر کنٹری کے پولیٹیکل باؤنڈریز فکس ہوتے ہیں، اس میں ایسے تھنکر اٹھتے ہیں، سپریٹسٹ ، وہ ایک پال دیتے ہیں لوگوں کو۔ ان کا پال خود غلط ہوتا ہے، اور پھر وہ خود تباہ ہوتے ہیں اور پوری قوم کو تباہ کرتے ہیں۔ اس لیے کہ جب سپریٹسٹ کے کالز کو سن کر اس پر عمل کرنے لگتے ہیں تو اسٹیٹ خاموش تھوڑی رہتا ہے، بے رحمانہ طور پر انہیں مارتا ہے۔ تو جو اچیو، اچیو تو نہیں کر پاتے، مگر مور ڈیمج کر کے چھوڑ دیتے ہیں۔ تو صحیح مومنٹ وہی ہے جو توحید اور آخرت کی طرف کی بنیاد پر کھڑی ہو اور اس کی طرف بلاتی ہو، نہ کہ اس طرح کے بیس لیس چیزوں کے پیچھے۔ مولانا نے سیونٹیز کے مقالے میں لکھا ہے، شاعروں اور فلاسفر نے مسلم کمیونٹی کو، جو کہ ایک کمیونٹی تھی، آٹھ نیشن میں ڈیوائیڈ کر دی۔ کوئی مالدیپی ہے، کوئی سری لنکن ہے، کوئی برمی ہے۔ تو اس طرح سے ایک نیشن کو آٹھ نیشن میں، ایک کمیونٹی کو آٹھ آٹھ نیشن میں ڈیوائیڈ کر دیا۔ یہ شاعروں اور فلاسفرز نے کیا۔ اصل میں جو رزلٹ کو معیار مانا جائے گا کہ رزلٹ کی بنیاد پر کہا جائے گا کہ چیک کر کے کہا جائے گا کہ وہ نظریہ صحیح تھا یا غلط تھا، وہ کال صحیح تھی یا غلط تھی۔ جو مسلمان پہلے ایک ڈیموکریٹک ویٹ رکھتے تھے، سولڈ اینٹیٹی تھے، آج آٹھ نیشن میں ڈیوائیڈ ہو کے رہ گئے۔ شعراء اور فلاسفر کا جو ایکشن ہے، وہ رزلٹ سے چیک کریں گے تو پتہ چلے گا کہ وہ صحیح تھا یا غلط تھا۔ کسی فلاسفی یا آئیڈیا کو چیک کرنے کے لیے رزلٹ معیار ہوگا۔ حدیث میں بھی آتا ہے کہ مِنْ حُسْنِ إِسْلَامِ الْمَرْءِ تَرْكُهُ مَعَ نَيْعَهِ صحیح مسلمان کی یہ پہچان ہے کہ وہ لایعنی چیزوں کے پیچھے نہ پڑتا ہو۔ مولانا نے اس حدیث کو لے کر کہا کہ اس حدیث میں ایک فارمولا، کرائٹیریا بتایا گیا ہے۔ کسی بھی بات کو اس کے آؤٹ کم سے چیک کیا جائے گا۔ آؤٹ کم اگر غلط ہے تو وہ آئیڈیا غلط تھا۔ جتنے بھی آؤٹ کم غلط نکلے ہیں، قرآن کی یہ بات صحیح لگتی ہے کہ قرآن نے بالکل صحیح کہا ان کے بارے میں۔ وَالشُّعَرَاءُ يَتَّبِعُونَ اللَّهَ وَأَنَّهُمْ فِي كُلِّ وَادٍ يَهِبُونَ ان کا کیس مینٹل وینڈر نگ، مینٹل وینڈرنگ کا کیس تھا، نہ کہ سولڈ آئیڈیا کا کیس۔ کسی کے آؤٹ کم سے سمجھ میں آتا ہے۔ سورہ شعراء آیات کون؟ یعنی فزیکل ورلڈ سے بات بتائی گئی۔ دوسرے نمبر پر انبیاء کی مثالیں، ہسٹوریکل فیکٹس، ایویڈنس کے ذریعے سمجھایا گیا۔ اور تیسرا وحی کے ذریعے سے کہ یہ شاعرانہ کلام یا جادوگر کا کلام یا جن کا کلام نہیں ہے۔ تو پیغمبر سولڈ بیس پر کھڑے ہوتے ہیں، سارے انبیاء، اور قوموں کو سمجھاتے ہیں۔ نہ ماننے پر سخت حالات کا سامنا قوموں کو کرنا پڑتا ہے۔ تو یہ وارننگ ہے سب کے لیے ، شکل بدل کر قیامت تک اس طرح پیش آتا رہے۔ لٹرل پیش نہ بھی آئے، لیکن وہ ذکر تو ہے۔ یعنی شاعری کہہ کر ریجیکٹ کریں گے تو انجام سے تو بچ نہیں پائیں گے۔ قرآن یا پیغمبر کی بات کو شاعری، میجک، جادوگری اس طرح کہہ کر ریجیکٹ کرنے کی اس کی آزادی تو ان کو ہے، مگر انجام کی آزادی ان کو نہیں ہے۔ انجام کی آزادی ان کو حاصل نہیں ہے۔ مثال کے طور پر مغل پاور تھا، آج وہ سب روئنس ہیں۔ گویا ذکر کے طور پر انہوں نے نصیحت کے طور پر نہیں لیا قرآن کی آیتوں کو۔ تو تاریخ میں جس کسی نے بھی اس طرح کیا ہے، اس کو سمیلر انجام سے دوچار ہونا پڑا۔ تو قوم عاد، قوم ثمود کی طرح ، جس نے بھی ریجیکٹ کیا، اس طرح کا انجام اس کو بھگتنا پڑا۔ تو اگنور کرنے والوں کی مثالیں تاریخ میں بھری پڑی ہیں کہ قوم عاد، قوم ثمود نے اگنور کیا تو کیا ان کا نتیجہ ہو؟ مدائن صالح، مدائن شعیب ، قوم ثمود، قوم عاد ، یمن کے آثار، بحرین، ہجر۔ قریش نے جو شاعرانہ کلام کہہ کر جو انہوں نے الزام تراشی کی، آج مسلمان بھی وہی کر رہے ہیں کہ مسلمان یعنی قرآن کو پسند تو کرتے ہیں، مسلمان مگر اپلائیڈ تسکین کو پسند نہیں کرتے۔ یعنی قرآن کی روشنی میں کسی نے مسلمانوں کی گرفت کی تو وہ پسند نہیں آتا، اس لیے کہ اس میں مسلمان ایکسپوز ہوں گے۔ قوم عاد، قوم ثمود کی سٹوریز ہیں۔ اپلائیڈ تسکین جب آتی ہے تو وہ ان کو پسند نہیں آتی، کیونکہ اس میں وہ ایکسپوز ہوتے ہوئے دکھائی دیتے ہیں۔ اس میں ان کا چہرہ دکھائی دیتا ہے۔ الرسالہ مشن کو مسلمان کیوں ریجیکٹ کرتے ہیں؟ یہ واضح ہوتا ہے کہ الرسالہ مشن کے اپلائیڈ آرٹیکلز، اپلائیڈ سپیچز، اپلائیڈ آڈیو، ویڈیو، اپلائیڈ نصیحتیں ان کو ایکسپوز کرتی ہیں۔ اس لیے وہ ان کو پسند نہیں آتی۔ سارے لوگوں کے پیچھے اتنے فالوورز ہیں، الرسالہ والوں کے اتنے فالوورز کم کیوں ہیں؟ بھیڑ اسی لیے نہیں ہے مشن میں۔ آپ ان کو قرآن دیں گے، حدیث دیں گے تو وہ خوش ہوں گے۔ اپلائیڈ ورژن دیں گے تو خوش نہیں ہوں گے، کیونکہ اس میں وہ ایکسپوز ہوں گے۔ اس میں علماء بھی اور عوام سب شامل ہیں۔ شاعری ہے تو ہم انجوائے کریں گے، اپلائیڈ تسکین ہے تو یہ بہت ٹف معاملہ ہے۔ شاعری سمجھنا، انجوائے کی چیز سمجھنا آج بھی ایکسیپٹڈ ہے۔ لوگوں کے لیے سافٹ تسکین پسند ہے، ہارڈ تسکین کسی کو پسند نہیں ہے۔ تو لوگوں کو ٹیکسٹ ورژن پسند ہے، انطباقی ورژن پسند نہیں۔ تو ٹیکسٹ ورژن میں قوم عاد، قوم ثمود مجرم ٹھہرتی ہے۔ انطباقی ورژن میں قوم عاد کی جگہ وہ خود کو کھڑا ہوا پائیں گے۔ اس میں ان ساری گفتگو میں میں دو باتوں کو بہت سیریسلی پکڑ پایا، وہ یہ کہ یہ جو ایک کمیونٹی کو آٹھ گروپوں میں جو تقسیم کرنے والا جو ذہن ہے، کتنا بھیانک ذہن ہے۔ یعنی انبیاء ایک طرف جو کہ فیکٹس کی بنیاد پر کھڑے ہوتے ہیں، اور دوسری طرف فلاسفر اور شاعر اور اس طرح کے خیالی دنیا میں رہنے والے لوگ۔ یعنی ایک کمیونٹی کو آٹھ نیشنز میں ڈیوائیڈ کر دیا، کس قدر بھیانک یہ گمراہ کن آئیڈیالوجی ہے۔ یہ بہت زیادہ مجھے پوائنٹ اسٹرائیک کیا۔ تو یہ بات مجھے پہلے واضح نہیں تھی۔ وَالشُّعَرَاءُ يَتَّبِعُونَ اللَّهَ وَأَنَّهُمْ فِي كُلِّ وَادٍ يَهِبُونَ وَأَنَّهُمْ يَقُولُونَ مَا لَا يَفْعَلُونَ واضح نہیں تھا۔ اس مثال سے واضح ہوا کہ کس قدر فیکٹس پر کھڑے ہونے والے کس قدر کلیئر ہوتے ہیں، اور رزلٹ کتنا صحیح نکلتا ہے فیکٹس پر کھڑے ہونے کی وجہ سے۔ انبیاء کرام ایک طرف، دوسری طرف اس کے مقابلے میں جو فیکٹس پر کھڑے نہیں ہوتے، ایک خیال اپنے طور پر بنا لیتے ہیں، اپنے جذبات کی بنیاد پر یا فلسفے کی بنیاد پر۔ خیالی تو ایک کمیونٹی آٹھ نیشنز میں ڈیوائیڈ ہو کے رہ گئی ہے، مالدیپ کی شکل میں، سری لنکا کی شکل میں، برما کی شکل میں۔ اور دوسرا جو پوائنٹ تھا، وہ بہت زیادہ عجیب مجھے محسوس ہوا کہ لوگ جو ہے نا صرف اور صرف اس کو جانتے ہیں، مطلب قرآن کو جانتے ہیں، احادیث کو جانتے ہیں، اور بڑی قدر کے طور پر بولتے ہیں کہ ہم قرآن کو بہت احترام کرتے ہیں، اس کا بہت ریسپیکٹ کرتے ہیں، احادیث کی، سیرت کی بڑی عزت کرتے ہیں، بڑا یہ کرتے ہیں۔ مگر اپلائیڈ ورژن ان کے ذہنوں میں بھی نہیں ہے۔ اپلائیڈ ورژن جب بتایا جاتا ہے، مولانا جتنے بھی اصل میں مولانا کی باتوں سے جو لوگ ناراض ہوتے ہیں، اس کے پیچھے ریزن یہی ہے۔ اپلائیڈ بات کرتے ہیں مولانا تو بھئی، جس قرآن اور سنت کو آپ مانتے ہیں، اسی کی تو بات کرتے ہیں مولانا، اس سے ہٹ کر کوئی نئی بات تھوڑی کرتے ہیں۔ مگر اصل میں وہ اپلائیڈ ورژن چونکہ ہوتا ہے، وہ ہضم نہیں ہوتا ہے۔ یہ دو باتیں جو ہیں نا، بہت زیادہ اللہ رفیع صاحب کو جزائے خیر دے کہ جن سے یہ سب باتیں ہم نے سیکھنے کو۔ جزاک اللہ خیر ۔ جی صاحب، بہت ہی ایفیکٹو تھا آپ کا ریویژن۔ واقعی پوری سورہ جو ہے، نظروں کے سامنے آ گئی۔ آپ کا ریویژن بہت ہی سکسس فل تھا۔ کیا ڈاکٹر صاحب صحیح ہیں؟ ڈاکٹر رجت صاحب، استودی صاحب، مجھے بہت ایفیکٹو لگا۔ اسلام صاحب کا ریویژن جی فیاض صاحب بالکل صحیح کہہ رہے ہیں، مطلب بالکل کلیئر ہو گئی وہ ورسز، اینڈ بالکل ایسا لگ رہا تھا دیٹ ایک ایک چیز بالکل ایکسپلین ہو گئی ہے۔ تو مطلب بہت ہی ڈیٹیلڈ تھا، اینڈ مطلب آیتوں کے بیچ میں گھس گھس کے بالکل کلیرٹی دی ہے۔ دس از دس از ریلی امیزنگ۔ جزاک اللہ، جزاک اللہ، تھینک یو سو مچ۔ ہاں بالکل، ماشاءاللہ، بہت ہی ڈیٹیلڈ، کچھ باقی نہیں رہا۔ اس کو میرے خیال سے بار بار ہی سننا چاہیے تاکہ ایک دم جو ہے نا ابزورب ہو جائے، کیونکہ ابزورب کرنا بڑا ضروری ہے۔ جیسے مولانا کہتے تھے نا، ایک بار کتنی بار آپ الرسالہ پڑھتے ہیں تو ایک بار سے کچھ نہیں ہوتا۔ تو یہ بہت اچھا ڈیٹیلڈ ایکسپلینیشن دیا عبدالسلام صاحب نے۔ جزاک اللہ۔ تو رجت صاحب، نئی سورہ شروع کرنا ہے یا ایک اور ڈے کرنا ہے ریویژن کا؟ ڈاکٹر صاحب سے سننا ہے، آپ سے سننا ہے، ڈاکٹر اسوتی سے سننا ہے۔ ایک اور ریویژن کا ڈے کریں گے یا نیا سورہ شروع کریں گے؟ کر لیا پرسوں۔ اہ، باقی لوگوں کی کیا رائے ہے؟ میرے خیال سے نیا شروع کرنا چاہیے۔ فیاض بھائی، ٹھیک ہے، آپ باقی کل تو کل، کل تو عید ہے، کل سکپ کرتے ہیں۔ فیاض بھائی، کل سکپ، ہاں، کل سکپ کرتے ہیں۔ ہاں جی، آج بھی جو ہے نا وہاں جموں کشمیر میں عید منا رہے ہیں شاید، تو اس لیے ہمارے عامر موری نہیں۔ ہمم جی، ٹھیک ہے، کل کلاس نہیں ہوگی، پھر پرسوں نیا سورہ شروع کریں گے انشاءاللہ۔ ٹھیک ہے، چلیے، ہمارا وقت ہو گیا کافی۔ فراز بھائی، آپ کو کچھ کہنا تھا؟ اہ، نہیں، فیاض بھائی، عبدالسلام صاحب نے بہت ہی اچھا کور کر دیا، ساری ڈیٹیلز آ گئی ماشاءاللہ۔ ٹھیک ٹھیک، یعقوب صاحب، کچھ کہنا ہے یعقوب صاحب کو؟ جی، السلام علیکم۔ نہیں، فیاض بھائی، میں سن رہا ہوں ۔ چلیے، ٹھیک ہے، چلیے، پھر وقت ہمارا ہو گیا بہت زیادہ، پھر پرسوں ملتے ہیں انشاءاللہ۔</w:t>
      </w:r>
    </w:p>
    <w:p/>
    <w:p>
      <w:pPr>
        <w:pStyle w:val="Heading1"/>
      </w:pPr>
      <w:bookmarkStart w:id="51" w:name="vg17"/>
      <w:bookmarkEnd w:id="51"/>
      <w:r>
        <w:t>The Poets (Al-Shu‘ara’) - 26:198-203</w:t>
      </w:r>
    </w:p>
    <w:p>
      <w:bookmarkStart w:id="52" w:name="cl33"/>
      <w:bookmarkEnd w:id="52"/>
      <w:r>
        <w:rPr>
          <w:i/>
          <w:color w:val="77786F"/>
          <w:sz w:val="20"/>
        </w:rPr>
        <w:t>19 May 2026 (Urdu)</w:t>
      </w:r>
    </w:p>
    <w:p>
      <w:pPr>
        <w:jc w:val="right"/>
        <w:bidi/>
      </w:pPr>
      <w:r>
        <w:rPr>
          <w:rFonts w:ascii="Noto Nastaliq Urdu" w:hAnsi="Noto Nastaliq Urdu" w:eastAsia="Noto Nastaliq Urdu" w:cs="Noto Nastaliq Urdu"/>
          <w:sz w:val="26"/>
          <w:rtl/>
          <w:lang w:bidi="ur"/>
        </w:rPr>
        <w:t>جی اسلام صاحب، ہمارے ملک میں بھی جو ہے قرآن اور محمد رسول اللہ کو لے کر جو ہے بعض لوگ یہی کہتے ہیں کہ جو محمد پیغمبر جو تھے وہ عرب سوسائٹی کے لیے بھیجے گئے تھے۔ ان کا پیغام اچھا ہے، لیکن جو ہے وہ عربوں کے لیے ہے، ہم بھارتیوں کے لیے نہیں ہے۔ اس طرح کہنے والے لوگ بھی ہیں ہمارے ملک میں۔ تو اس پیراگراف میں جو بات بتائی گئی ہے، ارگیومنٹ فار دا سیک اف ارگیومنٹ، یعنی آدمی اگر صرف ارگیومنٹ ہی کرنا چاہے تو وہ کچھ بھی کہہ سکتا ہے۔ كذلك سلكناه في قلوب المجرمين. تو بات ہی کرنا ہے، تو انسان جو چاہے بات کرے۔ تو قرآن میں جو ہے اس کی کئی مثالیں ہیں۔ انسان جب ارگیومنٹ فار دا سیک اف ارگیومنٹ کرتا ہے، یعنی اس کا مقصد سچائی تک پہنچنا نہیں ہوتا، صرف جو ہے ابجیکشن کرنا ہوتا ہے۔ تو اس سے پہلے عبداللہ بن زبری کی مثال بھی آئی تھی، جس نے کہا تھا کہ جو ہے اگر سارے جھوٹے خدا جو ہے آگ میں پھینک دیے جائیں گے تو کیا عیسیٰ ابن مریم بھی پھینک دیے جائیں گے؟ کیونکہ وہ بھی تو ایک عیسائیوں کے پاس خدا ہی ہیں، ان کی پوجا ہوتی ہے۔ تو اس طرح کے جو ہے انسان اگر ارگیومنٹ کرنا چاہے تو کچھ نہ کچھ اس کو مل ہی جاتا ہے۔ تو گویا کہ اس پیراگراف میں یہ کہا جا رہا ہے کہ آدمی اس طرح کے مزاج سے بچے زندگی میں، اگر وہ کسی بھی معاملے میں اس طرح کا مزاج بنایا ہوا ہے۔ ارگیومنٹ فار دا سیک اف ارگیومنٹ کا تو پھر وہ اس کی پوری زندگی کو گھیر سکتا ہے، یعنی ہر جگہ وہ ممکن ہے جو ہے یہی کرنے لگے۔ اگرچہ کہ کرنے والا جو ہے کسی چھوٹے میٹر میں کر رہا ہوگا، لیکن پھر وہی اس کی ہیبٹ بن جائے گی زندگی میں۔ تو مولانا اسی لیے جو ہے نا لوز ٹاک اور اس طرح کی باتوں سے ٹوسٹنگ لینگویج ان سب سے بہت سختی سے منع کرتے تھے اپنی مجلسوں میں۔ کہتے تھے کہ سٹریٹ فارورڈ بات کیجئے، جو ہے وہی بولیے۔ کیونکہ ایک جگہ اگر آپ کو اس کی عادت ہے تو پھر ہر جگہ ہی اس کی عادت پڑے گی۔ تو گویا کہ جو ہے یہ لوز ٹاک کی ایک مثال ہے رسول اللہ کے دور کے لوگوں کی۔ تو پیچھے موسیٰ کے واقعے میں اس کی اچھی مثال ہے، یعنی ایک ہی واقعہ جو ہے جادوگروں کے لیے جو ہے ہدایت کا ذریعہ بن گیا۔ اور وہی واقعہ جو ہے ارگیومنٹ صرف ارگیومنٹ کے مقصد سے کرنے والوں کے لیے جو ہے غصے کا سبب بن گیا، فرعون اور اس کے ساتھیوں کے لیے۔ جادوگروں نے اس کو دیکھا تو ان کو فوراً جو ہے سیٹسفیکٹری انسر مل گیا ان کی تلاش کا، حضرت موسیٰ کو لے کر۔ لیکن فرعون کو جو ہے انکار ہی کرنا طے تھا، یہ ارگیومنٹ ہی کرنا طے تھا۔ تو اس نے جو ہے إنه لکبیرکم الذی علمکم السحر کہہ دیا، یہ تمہارا ہیڈ ہے جس نے تم کو جادو سکھا کر جو ہے سازش کے تحت یہاں لے آیا ہے۔ تو تم نے پلانڈ وے میں جو ہے یہ سب ڈیمونسٹریشن کیا ہے۔ یہ سب فرعون نے وہی واقعہ سے ایک اور ارگیومنٹ نکال لیا، لیکن جادوگروں کے لیے جو ہے وہی واقعہ ہدایت کے لیے فل اسٹاپ بن گیا۔ کوئی مور ارگیومنٹ کی ان کو ضرورت نہیں پڑی۔ كذلك سلكناه في قلوب المجرمين کا مطلب یہ ہوا کہ آپ جو بننا چاہتے ہیں، اللہ تعالی آپ کو جو ہے ویسے ہی بننے کی راہ ہموار کرے گا۔ اگر آپ سچے انسان بننا چاہتے ہیں تو سچے انسان کے حالات آپ کو پیدا کیے جائیں گے۔ اور اگر آپ اس طرح کے انسان بننا چاہتے ہیں، لوز تھنکر، تو اللہ تعالی آپ کو لوز تھنکنگ کے حوالے کر دے۔ تو قرآن میں اس کو دوسری جگہ کہا گیا ہے نوولہ ما تولی جدھر وہ مڑنا چاہتا ہے، وہیں اس کو مولڈ کر دیتا ہے۔ جدھر وہ مولڈ ہونا چاہتا ہے، ہم اس کو ویسے ہی مولڈ ہونے کے لیے راہ دے دیتے ہیں۔ تو كذلك سلكناه في قلوب المجرمين تو یہ بہت امپورٹنٹ بات ہے کہ آدمی کے اپنے ڈیسیژن سے اس کی پرسنیلٹی بنی ہوئی ہے۔ اگر کوئی آدمی سٹرونگ پرسنیلٹی بنانا چاہ رہا ہے تو سٹرونگ پرسنیلٹی والی توفیق اس کو ملے گی۔ اگر ویک پرسنیلٹی بنانا چاہتا ہے تو ویک پرسنیلٹی کے راستے وہ خود تلاش کر کے اس پر چل پڑے گا۔</w:t>
      </w:r>
    </w:p>
    <w:p/>
    <w:p>
      <w:bookmarkStart w:id="53" w:name="cl34"/>
      <w:bookmarkEnd w:id="53"/>
      <w:r>
        <w:rPr>
          <w:i/>
          <w:color w:val="77786F"/>
          <w:sz w:val="20"/>
        </w:rPr>
        <w:t>20 May 2026 (English)</w:t>
      </w:r>
    </w:p>
    <w:p>
      <w:pPr>
        <w:jc w:val="right"/>
        <w:bidi/>
      </w:pPr>
      <w:r>
        <w:rPr>
          <w:rFonts w:ascii="Noto Nastaliq Urdu" w:hAnsi="Noto Nastaliq Urdu" w:eastAsia="Noto Nastaliq Urdu" w:cs="Noto Nastaliq Urdu"/>
          <w:sz w:val="26"/>
          <w:rtl/>
          <w:lang w:bidi="ur"/>
        </w:rPr>
        <w:t>یہاں جو آیت ہے، "کذالک سلكنہ فی قلوب المجرمين" اسی طرح ہم مجرموں کے دلوں میں جو ہے آرگیومنٹ پیدا کرتے ہیں، تو غور کرنے سے ایسا لگتا ہے کہ شکل بدل بدل کے جو ہے ہر گروہ اور ہر انڈیویجول، چاہے مسلمان ہو یا غیر مسلم، وہ اسی طرح کے ویک آرگیومنٹ میں رہتا ہے۔ جیسے یہاں ایک کا ذکر ہے اس پیراگراف میں، یعنی مولانا ہمیشہ لوگوں سے کہتے تھے کہ صبر اور تقویٰ کا ہونا جو ہے یہ پرابلم کی بات ہے۔ مسلمان جو ہے سازش کی باتیں کرتے ہیں، اغیار کی سازش، لوگ کانسپریسی کر رہے ہیں۔ لیکن مولانا یہ کہتے تھے کہ جو ہے کانسپریسی کی بات اصل نہیں ہے، صبر اور تقویٰ کا نہ ہونا یہ اصل بات ہے۔ تو یہ جو ہے مولانا کی بات قرآن پر بیس کرتی تھی پوری۔ وَإِن تَسْبِرُوا وَتَتَّقُوا لَا يَضُرُّكُمْ كَيْدُهُمْ شَيْءٌ تو سازش کی موجودگی پرابلم نہیں ہے، بلکہ تقویٰ کی غیر موجودگی اور صبر کی غیر موجودگی پرابلم ہے۔ تو مولانا کا آرگیومنٹ بالکل قرآن پر بیس کرتا ہے، لیکن کسی کو بھی جو ہے وہ ایکسیپٹیبل نہیں تھا۔ ہر ایک بس سازش سازش کی باتیں ہی کرتے تھے۔ تو غالباً یہی ہے كَذَٰلِكَ سَلَكْنَا فِي قُلُوبِ الْمُجْرِمِينَ کہ نہ ماننے والوں کو جو ہے کچھ بھی ہاف آرگیومنٹ مل ہی جاتا ہے۔ تو اسی طرح جو ماڈرن ملحدین جو ہیں، ان کے پاس بھی اس طرح کے آرگیومنٹ ہیں خدا کو نہ ماننے کے لیے۔ جیسے کوئی کہتا ہے کہ جو ہے "When things are due to natural causes, then they are not due to super-natural causes." تو یہ ایک آرگیومنٹ ہے جو ماڈرن دور میں لوگوں نے گھڑ لیا ہے۔ یا اس کا جو نظریہ ہے ایولوشن کا، ایک نظریہ لوگوں نے بنا لیا جس کے کوئی مضبوط ایویڈنس ہی نہیں ہے۔ بہت ہی ویک بیس پر جو ہے ایک نظریہ بنا لیا گیا ہیومن ایولوشن کا، اور اس پر جو ہے پرچار کیا گیا لوگوں کو۔ تو یہ بھی ویسے ہی چیز لگتی ہے جدید دور کے انسانوں کی کہ ایولوشن کا ایک ایسا نظریہ گھڑ لیا جس کے لیے ایویڈنس ہی نہیں ہے، بلکہ پوری طرح اب وہ ریجیکٹ ہی ہو گیا ہے۔ لیکن بہت وائیڈلی جو ہے سلیبس میں اور ہر جگہ اس کو پڑھایا جاتا ہے اور اس کو ایز اے فیکٹ کے مانا جاتا ہے۔ تو اس کی کافی مثالیں انڈیویجول اور سوسائٹیز میں ہو سکتی ہیں۔ كَذَٰلِكَ سَلَكْنَا فِي قُلُوبِ الْمُجْرِمِينَ .</w:t>
      </w:r>
    </w:p>
    <w:p/>
    <w:p>
      <w:pPr>
        <w:pStyle w:val="Heading1"/>
      </w:pPr>
      <w:bookmarkStart w:id="54" w:name="vg18"/>
      <w:bookmarkEnd w:id="54"/>
      <w:r>
        <w:t>The Poets (Al-Shu‘ara’) - 26:204-212</w:t>
      </w:r>
    </w:p>
    <w:p>
      <w:bookmarkStart w:id="55" w:name="cl35"/>
      <w:bookmarkEnd w:id="55"/>
      <w:r>
        <w:rPr>
          <w:i/>
          <w:color w:val="77786F"/>
          <w:sz w:val="20"/>
        </w:rPr>
        <w:t>21 May 2026 (Urdu)</w:t>
      </w:r>
    </w:p>
    <w:p>
      <w:pPr>
        <w:jc w:val="right"/>
        <w:bidi/>
      </w:pPr>
      <w:r>
        <w:rPr>
          <w:rFonts w:ascii="Noto Nastaliq Urdu" w:hAnsi="Noto Nastaliq Urdu" w:eastAsia="Noto Nastaliq Urdu" w:cs="Noto Nastaliq Urdu"/>
          <w:sz w:val="26"/>
          <w:rtl/>
          <w:lang w:bidi="ur"/>
        </w:rPr>
        <w:t>جیسے ہم یہ آیتیں پڑھنے سے اس طرح لگتا ہے: أفبعذابنا يستعجلون ؟ أفرأيت إن متعناهم سنين ثم جاءهم ما كانوا يوعدون؟ ما أغنى عنهم ما كانوا يمتعون. تو ان آیتوں کو پڑھنے سے یہ لگتا ہے کہ جو ہے جو زمینی حالات جو ہیں انسانوں کے ساتھ جو زمین پر جو حالات پیش آتے ہیں تو بہت جلد انسان کو جو ہے غفلت پکڑ لیتی ہے اس میں یعنی جب وہ کوئی انڈیویجول یا کمیونٹی زندگی شروع کرتی ہے اپنی تو سپورٹنگ سسٹم کی وجہ سے جو ہے اس کے ہر کام بننے لگتے ہیں فائنینشل اور صحت اور پولیٹیکل یا اس طرح کی جو بھی چیز ہے تو جب یہ سارے معاملات جو ہے سپورٹنگ پر آتے ہیں تو انسان پر جو ہے ایک ٹائپ کا ڈیلیوژن چھا جاتا ہے ایک ٹائپ کا ذہنی دھوکہ ہو جاتا ہے انسان کو اچھے حالات کی وجہ سے تو اس لیے جو ہے چاہے مسلم کمیونٹی ہو یا غیر مسلم کمیونٹی ہر وقت ان کو جو ہے انتظار کرنا اور اس ڈیلیوژن سے نکالنا اس ذہنی دھوکے سے نکالنا یہ ہر دور میں ضروری ہے یعنی پیغمبروں کے دور میں بھی اب پیغمبروں کے بعد بھی قرآن کے ذریعے جو ہے لوگوں کی غفلت کو ہر وقت توڑتے رہنا مسلمانوں کی غفلت کو بھی اور غیر مسلموں کی غفلت کو تو کبھی بھی یہ کام رکنا نہیں چاہیے انظار مسلم اور انظار عام انظار خاص اور انظار عام کبھی بھی یہ رکنا نہیں چاہیے کیونکہ اس کے علاوہ کوئی اس کا راستہ باقی نہیں ہے انسانوں کی غفلت کو توڑنے کا کہ ان کو قرآن پہنچایا جائے اور ان کو بتایا جائے کہ جو ہے یہ جو حالات ہیں وہ ٹیمپریری ہیں اصل یہ ہے کہ خدا گرفت میں لینے والا ہے ہر انسان تو ہماری جو نیئر ہسٹری جو ہے ہماری قریبی تاریخ مثال کے طور پر مغل مغل جو ہے ابھی کچھ ہی سال پہلے یعنی ایک صدی پہلے جو ہے پورے اس پر چھائے ہوئے تھے ہر طرف سے ان کی عمارتیں اور ان کے محلات وغیرہ وغیرہ تو انہوں نے جو بھی عمارتیں بنائیں وہ عمارتوں پر جو ہے یہی آیتیں انہوں نے کندہ کروائی اس میں یہ اس ٹائپ کی آیت ہے جس میں خدا کا انظار ہے جو بھی ہم ان کی عمارتیں دیکھتے ہیں آگرہ ہو دلی یا حیدرآباد ہو ہر جگہ انہوں نے شاندار عمارتیں بنائیں اور وہ شاندار عمارتوں پر جو ہے یہی قرآنی آیتیں انہوں نے لکھ دی لیکن اس کے باوجود جو ہے وہ بچ نہیں سکے یعنی گویا کہ آیتوں کو انہوں نے ایز اے بیوٹیفیکیشن کے یوز کیا ان آیتوں کو لیکن اس کا سبق جو ہے وہ نہیں پکڑ پائے تو جن آیتوں کو انہوں نے بیوٹیفیکیشن کے لیے اپنے محلوں اور اپنے قلعوں پر لکھا تھا وہی ان کا اصل میں انجام تھا گویا کہ خود انہوں نے اپنے ہاتھوں سے اپنا انجام لکھ دیا اپنی بلڈنگوں پر جیسے ہم آگرہ میں تاج محل میں داخل ہوتے ہیں تو ہر طرف آیتیں ہی آیتیں ہیں قرآن کی ایک جگہ جو ہے پوری کمپلیٹ سورہ فجر لکھی ہوئی ہے بہترین انداز سے تو سورہ فجر میں جو ہے یہی باتیں ہیں کہ ان پر تمہارے رب کا جو ہے کوڑا برس پڑا تمہارا رب گھات لگائے بیٹھا ہے تو گویا کہ انہوں نے خود مان لیا یہ کہ ہم رب کی گھات میں ہیں اور پھر اس کے انجام سے بھی دوچار ہوئے تو افراد ہوں یا کمیونٹیز ہوں خوشحالی اور اچھے حالات جو ہیں بہت جلد ذہنی کنفیوژن میں لے جاتے ہیں انسانوں کو اور تقریباً ہر انسان اور ہر کمیونٹی جو ہے بہت جلد اس کا انجام بھی دیکھ لیتی ہے ہر طرف ہمارے اطراف میں یہ ہو رہا ہے خاندانوں میں بھی اور سوسائٹیز میں بھی تو اس لیے لازم ہے قرآن کا پہنچانا اور قرآن سے انظار کرنا مسلمانوں کو بھی اور غیر مسلموں کو بھی تاکہ لوگ جو ہے اویئر رہیں۔</w:t>
      </w:r>
    </w:p>
    <w:p/>
    <w:p>
      <w:bookmarkStart w:id="56" w:name="cl36"/>
      <w:bookmarkEnd w:id="56"/>
      <w:r>
        <w:rPr>
          <w:i/>
          <w:color w:val="77786F"/>
          <w:sz w:val="20"/>
        </w:rPr>
        <w:t>22 May 2026 (English)</w:t>
      </w:r>
    </w:p>
    <w:p>
      <w:pPr>
        <w:jc w:val="right"/>
        <w:bidi/>
      </w:pPr>
      <w:r>
        <w:rPr>
          <w:rFonts w:ascii="Noto Nastaliq Urdu" w:hAnsi="Noto Nastaliq Urdu" w:eastAsia="Noto Nastaliq Urdu" w:cs="Noto Nastaliq Urdu"/>
          <w:sz w:val="26"/>
          <w:rtl/>
          <w:lang w:bidi="ur"/>
        </w:rPr>
        <w:t>یعقوب صاحب، یہ جو آیتیں ہیں، "وما تنزلت به شياطين" ، "وما ینبغی لہم وما يستطيعون"، "إنهم عن السمع لمعزولون"، تو رسول اللہ سے جو ہے، لوگ کہتے تھے اس طرح کی باتیں کہ ان کو کوئی جن سکھاتا ہے، یا کوئی شیطانی روح ان کو سکھاتی ہے، وغیرہ۔ تو سیم ایسی ہی بات جو ہے، بائبل میں ہے کہ جو ہے، یہودی علماء حضرت عیسیٰ کے بارے میں یہی کہتے تھے کہ اس کو جو ہے، بعزبل جو ہے، شیطان سکھاتا ہے۔ نام ہے اس کا بائبل میں، بع زبل۔ یہ ہے متی میں 12:22 ، بائبل میں متی کی انجیل جو ہے، اس میں 12:22 ہے: "خداوند یوسف اور بعزبل" ۔ تب لوگ ایک اندھے اور گونگے آدمی کو، جس میں بدروح تھی، یوسف کے پاس لائے، اور اس نے اسے اچھا کر دیا۔ چنانچہ وہ دیکھنے اور بولنے لگا، اور لوگ حیران ہو کر کہنے لگے: کیا یہ ممکن نہیں کہ یہی ابن داؤد ہو؟ لیکن فریسیوں نے یہ بات سن کر کہا: یہ بدروحوں کے سردار ، بعزبل کی مدد سے بدروحوں کو نکالتا ہے۔ یوسف ان کے خیالات سے واقف تھا، اس لیے اس نے ان سے کہا: اگر کسی حکومت میں پھوٹ پڑ جائے تو وہ ویران ہو جاتی ہے، اور جس شہر یا گھر میں پھوٹ پڑ جائے، وہ بھی قائم نہیں رہتا۔ اگر شیطان ہی شیطان کو نکالنے لگے تو وہ آپ ہی اپنا مخالف ہو جاتا ہے، پھر اس کی حکومت کیسے قائم رہ سکتی ہے؟ اور اگر میں بعزبل کی مدد سے بدروحوں کو نکالتا ہوں، تو تمہارے اپنے آدمی انہیں کس کی مدد سے نکالتے ہیں؟ وہ تمہارے منصف ہوں گے۔ لیکن اگر میں خدا کی روح کی مدد سے بدروحوں کو نکالتا ہوں، تو خدا کی بادشاہی تمہارے پاس آ پہنچی ہے۔ کوئی کسی زورآور کے گھر میں گھس کر کیسے اس کا مال و اسباب لوٹ سکتا ہے، جب تک کہ پہلے اس زورآور کو باندھ نہ لے، تب وہ اس کا گھر لوٹ سکتا ہے۔ یا تو درخت کو اچھا کہو اور اس کے پھل کو بھی اچھا، یا پھر اسے برا کہو اور اس کے پھل کو بھی برا، کیونکہ درخت اپنے پھل سے پہچانا جاتا ہے۔ اے سانپ کے بچو، تم برے ہو کر کوئی اچھی بات کیسے کہہ سکتے ہو؟ کیونکہ جو دل میں بھرا ہوتا ہے، وہی زبان پر آتا ہے۔ اچھا آدمی اچھے خزانے سے اچھی چیزیں نکالتا ہے، اور برا آدمی برے خزانے سے بری چیزیں باہر لاتا ہے۔ لہٰذا میں تم سے کہتا ہوں کہ انصاف کے دن لوگوں کو اپنی ہر بری بات کا حساب دینا ہوگا، کیونکہ تم اپنی باتوں کے باعث راست باز یا گنہگار ٹھہرائے جاؤ گے۔ یہ جو انسانوں کی جو روش ہے، یہ بہت پرانی ہے۔ بلکہ اہل علم کی، حضرت عیسیٰ کو جنہوں نے یہ باتیں کہیں، وہ فریسی تھے، اس میں بتایا گیا ہے۔ فریسی یعنی علماء ، یہودی علماء۔ تو آج بھی جو ہے، یہ روش ہے لوگوں کی، یعنی ان کے سامنے پیور راست بازی کی باتیں آتی ہیں، تقویٰ کی باتیں آتی ہیں، اور صبر اور انسانیت کی باتیں آتی ہیں۔ تو اس کے بارے میں جو ہے، کچھ بھی کہہ دیتے ہیں کہ وہ بی جے پی کے ایجنٹ ہیں، وہ علیجہ گروپ کے ہیں، یہود فنڈڈ ہیں، وغیرہ وغیرہ۔ اگر یہود جو ہیں، اتنے اچھے ہو جائیں کہ وہ قرآن ڈسٹریبیوشن کا کام کرنے لگیں دنیا میں، تو پھر یہود کو ملعون نہیں سمجھنا چاہیے مسلمان۔ اگر یہود اتنے اچھے ہو گئے کہ وہ جو ہے، اسلام کی بک، مین بک کو جو ہے، وہ دنیا میں ڈسٹریبیوشن کرنے لگیں، تو پھر یہود کو یہود نہیں کہنا چاہیے، وہ تو پھر بہت اچھے ہو گئے۔ جیسا یہاں پر ہے کہ اگر شیطان ہی شیطان کو نکالنے لگے، تو پھر وہ شیطان کہاں ہوا؟ وہ تو پھر اچھا ہوا۔ تو یہ آیتوں میں بھی وہی آرگیومنٹ لگ رہا ہے: "وما تنزلت به شياطين"، "وما ینبغی لہم وما يستطيعون"، "إنهم عن السمع لمعزولون"۔ تو مولانا کے مشن کے بارے میں جو ہے، لوگوں نے بالکل ایسے ہی باتیں کہی ہیں، جیسے یہاں پر موجود ہیں۔ تو سوال یہ ہے کہ اگر یہود اور حنود اتنے اچھے ہو گئے ہیں، تو پھر وہ تو خدا کے بہت ہی قریبی لوگ ہو گئے، جو دنیا میں قرآن ڈسٹریبیوشن کی باتیں کرتے ہیں، صبر کی باتیں کرتے ہیں، آخرت اور جنت کی باتیں کرتے ہیں۔ ایک طرفہ صبر کی طرف ابھارتے ہیں، تو پھر یہود غلط کیسے ہو جائیں گے؟ اگر وہ سب یہ کام کرنے کے لیے فنڈ کرتے ہیں، اور اس ایسی باتوں کی ایڈوکیسی کرتے ہیں، تو پھر معاملہ ہی دوسرا ہو گیا سارا۔ اس دور میں بھی جو ہے، یہود کے جو انبیاء تھے، ان کے بارے میں ان کے علماء نے یہی کہا تھا، یعنی حضرت زکریا، یحیی، ایلیا، یسعٰی۔ بائبل میں ایک پوری لمبی یہ ہے، اسقیل۔ ایسے بڑے بڑے پیغمبر ہیں جن کے بارے میں یہودی فریسیوں نے یہی کہا تھا کہ یہ شیاطین کی مدد سے باتیں کرتے ہیں، حالانکہ وہ خود شیاطین کے راستے پر تھے۔ یہ مناسبت جو ہے، بنی اسرائیل کے علماء کی، اور رسول اللہ کے بارے میں، قریش کے قریشی کی یہ سٹیٹمنٹ، اور خود رسالہ مشن کے بارے میں جو ہے، ہمارے موجودہ لوگوں کا ردعمل، یہ سب بالکل ایسا لگتا ہے ایک ہی صف میں کھڑا ہوا ہے، ایک دم بالکل سمیلر ہے۔ اور اس کا کاؤنٹر آرگیومنٹ وہی ہے جو اس میں بتایا گیا ہے: "وما ینبغی لہم وما يستطيعون"، "وإنهم عن السمع لمعزولون"۔</w:t>
      </w:r>
    </w:p>
    <w:p/>
    <w:p>
      <w:pPr>
        <w:pStyle w:val="Heading1"/>
      </w:pPr>
      <w:bookmarkStart w:id="57" w:name="vg19"/>
      <w:bookmarkEnd w:id="57"/>
      <w:r>
        <w:t>The Poets (Al-Shu‘ara’) - 26:213-220</w:t>
      </w:r>
    </w:p>
    <w:p>
      <w:bookmarkStart w:id="58" w:name="cl37"/>
      <w:bookmarkEnd w:id="58"/>
      <w:r>
        <w:rPr>
          <w:i/>
          <w:color w:val="77786F"/>
          <w:sz w:val="20"/>
        </w:rPr>
        <w:t>23 May 2026 (Urdu)</w:t>
      </w:r>
    </w:p>
    <w:p>
      <w:pPr>
        <w:jc w:val="right"/>
        <w:bidi/>
      </w:pPr>
      <w:r>
        <w:rPr>
          <w:rFonts w:ascii="Noto Nastaliq Urdu" w:hAnsi="Noto Nastaliq Urdu" w:eastAsia="Noto Nastaliq Urdu" w:cs="Noto Nastaliq Urdu"/>
          <w:sz w:val="26"/>
          <w:rtl/>
          <w:lang w:bidi="ur"/>
        </w:rPr>
        <w:t>امیر بھائی، یہ جو آیت ہے، "وَاخْفِذْ جَنَاحَكَ لِلْمُؤْمِنِينَ"، ان لوگوں کے لیے اپنے بازو جھکائے رکھو جو مومنین میں داخل ہو کر تمہاری پیروی کریں۔ تو یہی سیم بات جو ہے، سورہ عبس کے شروع میں بھی ہے، تیسرے پارے میں۔ "أَبَسَ وَتَوَلَّىٰ أَنْجَاهُ اللَّهُ"۔ یعنی رسول اللہ جو ہے، کسی مجلس میں جو ہے، قریش کے بڑے لوگوں کے ساتھ گفتگو میں تھے۔ اس وقت ایک نابینا صحابی، عبداللہ ابن مکتوم، وہاں آ گئے۔ تو رسول اللہ کو تھوڑا سا ناگوار گزرا کہ میں مور امپورٹنٹ لوگوں کو ایڈریس کر رہا ہوں۔ اس وقت جو ہے، عبداللہ ابن مکتوم نہ آتے تو اچھا تھا۔ اس طرح رسول اللہ کی کچھ فیلنگ تھی۔ تو اس پر رسول اللہ کو سخت نوٹس دی گئی، اللہ کی طرف سے، کہ آپ کا یہ ایسا کرنا صحیح نہیں۔ جو اچیو ہو چکے ہیں، ان کو اگنور کرنا، اور جو آپ کو اگنور کر رہے ہیں، ان کے پیچھے جانا۔ تو اس پر رسول اللہ کو جو ہے، یہ کیا گیا، وارن کیا گیا اس کو۔ تو اس ٹائپ کا جو ہے، تقریباً ہر پیغمبر کے ساتھ جو ہے، اس طرح کی کوٹیشنز موجود ہیں قرآن میں۔ "وَاخْفِذْ جَنَاحَكَ لِلْمُؤْمِنِينَ" ٹائپ کی۔ جو چیز اویلیبل ہے، اس کی قدر کرو، گویا کہ اس کا مطلب یہ ہے۔ اور جو چیز ابھی اویلیبل ہی نہیں ہے، اس کے پیچھے چیز کرنے کی ضرورت نہیں ہے۔ جو اپنی اسٹرینتھ ہے، اس کا خوب استعمال کرو۔ ایسا نہ کرو کہ جو چیز ابھی تمہارے لیے اویلیبل ہی نہیں ہے، اس کے لیے اویلیبل کو بھی اگنور کر دو۔ اس طرح نہیں ہونا چاہیے۔ تو گویا کہ ہم ایسا کہہ سکتے ہیں، کسی داعی کے ساتھی جو ہیں، وہ ہیں جن کے اندر شیئر فیلنگ ، شیئر فیلنگ ہو، شیئر تھنکنگ ہو، تو وہ اس کے ساتھی ہیں۔ تو وہ ان کی قدر کرے۔ "الَّذِي يَرَآكَ حِينَ تَقُومُ وَتَقَلُّبَكَ فِي السَّاجِدِينَ"۔ جو آپ کی طرح سوچتے ہوں، آپ کی طرح انہوں نے اپنا لائف گول بنا لیا ہو۔ ایسا لگتا ہو کہ جو ہے، آپ کے اور ان کے فیلنگ جو ہے، بالکل ایک جیسے ہوں، گول ایک جیسے ہوں۔ تو وہ آپ کے لیے قیمتی ہیں۔ وہ لوگ نہیں جن کے پاس جو ہے، ہائی اسٹیٹس ہے، یا بہت ساری ویلتھ ہے، بہت سارا ٹیلنٹ ہے۔ وہ آپ کے ساتھی نہیں۔ آپ کے ساتھی وہ ہیں جن کے پاس ٹیلنٹ کم ہو، ویلتھ کم ہو، اسٹیٹس کم ہو، لیکن سمیلر فیلنگز ہوں ان کی، سمیلر ایٹیٹیوڈ ہو۔ تو وہ آپ کے ساتھی ہیں۔ تو اس میں آدمی کو نہیں رہنا چاہیے کہ جو لوگ ملے ہوئے ہیں، ان کو تو وہ یوزلیس سمجھے۔ اور جو لوگ بڑے ہائی پروفائل دکھتے ہیں، ان کو بہت بڑی چیز سمجھے۔ تو اس پر سخت نوٹس ہے سورہ عبس میں رسول اللہ کو۔ تو رسول اللہ کو بھی اس طرح کا یہ ہوتا تھا کبھی کہ یہ تو ملے ہی ہوئے ہیں، شاید یہ لوگ ملیں تو زیادہ یہ ہوگا، فلاں لوگ ملیں تو زیادہ یہ ہوگا۔ تو اس کے پیچھے جو ہے، جو ملے ہوئے لوگ جو اگنور ہو جاتے ہیں، وہ بڑا مسئلہ ہے۔ چونکہ جو لوگ نہیں ملے ہوئے، ان کا تو پتہ نہیں ہے کیا ہوگا۔ لیکن جو ملے ہوئے ہیں، وہ ان کو یوز نہ کر پانا، ان کو صحیح اویل نہیں کر پانا، یہ یہ ہے، بڑا امیچیور ایکٹ ہوگا وہ، اگر کوئی اس طرح کرے تو۔ یعنی دوسرے الفاظ میں ہم بول سکتے ہیں، انگریزی میں کہتے ہیں، "یور ہوم از یور ویر یور ہارٹ از"۔ آپ کا گھر وہ ہے جہاں آپ کی دلچسپیاں ہیں، جہاں آپ کا دل لگا ہوا ہے۔ یعنی وہ نہیں جہاں انسان رہتا ہے، جہاں ریسائیڈ کرتا ہے، زندگی گزارتا ہے۔ وہ اس کا گھر نہیں ہوتا۔ آدمی کا گھر وہ ہوتا ہے جہاں اس کی دلچسپیوں کا مرکز ہو۔ "یور ہوم از ویر یور ہارٹ از" انگریزی میں کہتے ہیں۔ تو اسی کو ہم کنورٹ کر کے کہہ سکتے ہیں، آپ کے ساتھی وہ ہیں جن کے پاس شیئرڈ فیلنگ ، سمیلر فیلنگ۔ وہ نہیں جن کی فیلنگ اور جن کے گول اور جن کے لائف اچیومنٹ دوسرے ہیں۔ وہ ان چیزوں کو اچیومنٹ ہی نہیں سمجھتے جس کو آپ سمجھتے ہیں۔ وہ ان چیزوں کے پیچھے جاتے ہی نہیں جس کے پیچھے آپ جاتے ہیں۔ اور آپ جو ہے، انہی کو اپنے فرینڈ سمجھتے ہیں جن کے فیلنگ ہی آپ جیسے، فیلنگ ہی آپ کے جیسے نہیں ہیں۔ تو صحیح بات یہی ہے، "یور ہوم از ویر یور ہارٹ از"۔ تو "یور کولیگ از ویر دے ہیو شیئرڈ فیلنگ"۔ شیئرڈ سمیلر گولز۔ تو وہ آپ کے دوست ہیں، وہ آپ کے ساتھی ہیں۔ وہ نہیں جو دیکھنے میں تو آپ کے ساتھ ہیں، باڈیلی، فزیکلی، لیکن مینٹلی آپ سے وہ ڈفرنٹ ہیں۔ یا انٹینشن میں جو ہے، ان کے اپنے انٹینشن ہیں، آپ کے انٹینشن الگ ہیں۔ تو وہ کبھی بھی آپ کے ساتھی نہیں بن سکتے۔ تو جو ملے ہوئے ہیں، "وَاخْفِذْ جَنَاحَكَ لِلْمُؤْمِنِينَ" کا مطلب یہ ہوا کہ جو ملے ہوئے ہیں، ان کو اپنا یہ سمجھو نہ کہ ان لوگوں کو جو فزیکلی تو ساتھ میں ہیں لیکن مینٹلی کہیں اور ہیں۔</w:t>
      </w:r>
    </w:p>
    <w:p>
      <w:pPr>
        <w:jc w:val="right"/>
        <w:bidi/>
      </w:pPr>
      <w:r>
        <w:rPr>
          <w:rFonts w:ascii="Noto Nastaliq Urdu" w:hAnsi="Noto Nastaliq Urdu" w:eastAsia="Noto Nastaliq Urdu" w:cs="Noto Nastaliq Urdu"/>
          <w:sz w:val="26"/>
          <w:rtl/>
          <w:lang w:bidi="ur"/>
        </w:rPr>
        <w:t>فیاض بھائی، ایک بڑا ریلیونٹ ایگزامپل یہی جیسے آپ نے عبداللہ ابن مکتوم اور یہ جو بات کہی نا، بڑی امپورٹنٹ بات ہے کہ ملے ہوئے پہ جو شیئرڈ فیلنگ ہے، ان پہ فوکس کرنا نہ کہ وہ لوگ۔ تو جو ابھی آپ ایکسپلین کر رہے تھے، تو مجھے مولانا کا ایک انسٹنس یاد آیا کہ مولانا کتنا زیادہ ٹیم کو اہمیت دیتے تھے۔ یہ تو ہم سب جانتے ہی ہیں۔ مطلب ان کے سامنے کتنا بھی اونچا آفس آئے، پریزیڈنٹ ہو، پرائم منسٹر ہو، وہ پرواہ نہیں کرتے تھے۔ ان کا مین مقصد یہی تھا کہ بس مشن جو ہے، اس کو لے جانے کے لیے فرد تیار ہو جائیں۔ تو اس لیے فوکس رہتا تھا۔ تو یہ بات ہے کہ جب اٹل بہاری واجپائی پرائم منسٹر تھے نا، تو ایک میٹنگ کال ہوئی تھی ان کے وہاں پہ، ریس کورس روڈ پہ۔ تو مولانا نے کہا کہ میں آؤں گا۔ اب آپ سب لوگوں کو پتہ ہے، وہ جو ایک حمایت کمیٹی تھی۔ تو مولانا نے کہا کہ ہاں میں آؤں گا، لیکن میرے ساتھی بھی ہوں گے ساتھ میں۔ تو انہوں نے کہا، جی جی بالکل بالکل۔ تو اچھی خاصی لمبی لسٹ دے دی، ہم سب لوگ تھے۔ اب کیا ہوا کہ جب جانا تھا تو اس سے قریب ایک یا دو دن پہلے ایک اور لڑکی آیا کرتی تھی، اس کا نام ہوتا تھا منجو شرما۔ تو اس کے اندر بھی سیکھنے کا تھا جذبہ، انیشلی آتی تھی وہ، پیا لے کے آتی تھی اس کو۔ تو اس نے کہا کہ مولانا ہم بھی جانا چاہتے ہیں۔ تو مولانا نے کہا کہ ٹھیک ہے، آپ ضرور چلیے۔ تو پھر میسج بھجوایا گیا جو پرائم منسٹر آفس کے اس سے کوآرڈینیٹ کر رہے تھے۔ تو انہوں نے کہا کہ سر اب تو مشکل ہے، لسٹ بن گئی ہے۔ مطلب اب ایک دم لاسٹ منٹ میں کیسے چینج کریں گے ہم؟ تو مولانا نے کہا کہ پھر میں نہیں آؤں گا۔ مطلب آپ سوچیے کتنی عجیب بات ہے، پرائم منسٹر کے وہاں سے آیا ہے۔ مولانا کو یہ نہیں تھا کہ مطلب پرائم منسٹر ہے، بہت اونچا ہے۔ مولانا کا مین مقصد یہی رہا تھا ہمیشہ کہ بس یہ اللہ کا مشن کھڑا ہو جائے، آگے لوگ تیار ہو جائیں جو آگے لے کے جائیں۔ تو بڑی انٹرسٹنگ چیز ہوئی فیاض بھائی کہ انہوں نے کہا نہیں نہیں اچھا اچھا اچھا مولانا صاحب ہم دیکھتے ہیں۔ تو جب ہم لوگ وہاں پہنچے نا تو میں گاڑی کے آگے بیٹھا ہوا تھا۔ تو وہ گاڑی جب آتی تھی تو پراپر سیکیورٹی چیک ہوتا تھا، وہ کاؤنٹ کرتے تھے۔ تو انہوں نے نا کاؤنٹ کیا۔ تو مولانا تو بڑے آرام سے، کمفرٹیبلی، بنا ٹینشن کے بیٹھے ہوئے تھے۔ میں دیکھ رہا تھا کہ لسٹ میں کیا ہے۔ تو لسٹ نا واقعی ان کے پاس نا سارے پرنٹڈ نیمز تھے ہمارے، جو ہم لوگ تھے۔ اور ایک ہاتھ سے لکھا ہوا تھا رائٹ سائیڈ پہ، منجو شرما۔ تو میں سوچ رہا تھا کہ میں نے کہا مطلب یو نو، ان کو ہاتھ سے لکھنا پڑا۔ واقعی میں پرنٹڈ کلوز ہو چکا تھا، لیکن ہاتھ سے لکھا منجو شرما۔ نہیں تو مولانا نہیں جاتے۔ تو بالکل مولانا کا ایک دم کلیئر تھا کہ اصل چیز یہی ہے، باقی سب چھوڑ دو، اللہ کے لیے کھڑے ہو گئے تو مدد بھی آئے گی، اسپیشل ہیلپ بھی آئے گی۔ یہ بہت ہی ایکسٹرا آرڈنری تھا کہ لسٹ کلوز ہو گئی اور پھر بھی وہ اس کے اندر دخل دیا۔ کیونکہ ان کے پروٹوکولز ہوتے ہیں، سیکیورٹی میژرز ہوتے ہیں۔ لیکن تب بھی ہاتھ سے لکھا ہوا نام لسٹ میں میں نے دیکھا تو بہت ریلیونٹ لگا مجھے۔ اس لیے میں نے کہا شیئر کرتا ہوں۔</w:t>
      </w:r>
    </w:p>
    <w:p>
      <w:pPr>
        <w:jc w:val="right"/>
        <w:bidi/>
      </w:pPr>
      <w:r>
        <w:rPr>
          <w:rFonts w:ascii="Noto Nastaliq Urdu" w:hAnsi="Noto Nastaliq Urdu" w:eastAsia="Noto Nastaliq Urdu" w:cs="Noto Nastaliq Urdu"/>
          <w:sz w:val="26"/>
          <w:rtl/>
          <w:lang w:bidi="ur"/>
        </w:rPr>
        <w:t>جی۔ مولانا کی مجلسوں میں ہم بیٹھتے تھے۔ ہمارے جو بمبئی کے ساتھی وہ بالی ووڈ میں جاتے جو ہیں، یہ لے کر۔ تو ایک دن آپ کا نہیں، کسی نے ذکر کیا مولانا کے پاس کہ وہ فلاں کے پاس گئے تھے۔ تو مولانا نے فوراً کہا کہ ابھی تو وہ نکلے نہیں اس سے، بالی ووڈ کے ڈلیوژن سے۔ تو یہ تو ٹھیک ہے کہ ہم جو ہے، پیغام پہنچانے کے لیے کسی کے پاس بھی جائیں، اس میں تو کوئی حرج نہیں ہے، بالی ووڈ ہو، نان بالی ووڈ۔ لیکن جو ہے، یہ سمجھنا کہ بالی ووڈ کا آدمی کوئی ملے گا تو بہت اچھا ہوگا۔ تو ڈلیوژن کو چیز کرنا ہی ہے، چونکہ بالی ووڈ کا آدمی ہمارے پیچھے آئے گا ہی کیوں؟ کوئی آتا ہوتا نہیں اس طرح، سب اپنے اپنے کام میں رہتے ہیں۔ تو پیغام پہنچانے کے لیے تو کسی کے پاس بھی جائے آدمی، وہ تو بالکل ٹھیک کام ہے۔ لیکن جو ہے، لوگوں کے پیچھے پڑے رہنا کہ وہ ملیں گے، یہ ملیں گے، تو ایسا کوئی ملتا نہیں ہے زندگی میں۔ وہی ملتے ہیں جو اس آیت میں ذکر ہے، جن کی شیئرڈ فیلنگ ہو۔ تو پھر کوئی جو ہے، وحید رحمان سے اپوائنٹمنٹ لے رہے تھے۔ تو انہوں نے کہا کہ نہیں نہیں، مجھے یہ سب نہیں کرنا ہے۔ تو پیغام تو ضرور پہنچائے آدمی، یہ تو بالکل ٹھیک کام ہے۔ لیکن یہ سمجھیں کہ ہم کو فلاں ملیں گے، فلاں ملیں گے، کوئی ملتا ولتا نہیں ہے ایسا۔ وہی ہوتا ہے آخر میں، "یور ہوم از ویر یور ہارٹ از"۔ ہر آدمی وہیں رہتا ہے جہاں اس کی شیئرڈ فیلنگ ہوتی ہے۔</w:t>
      </w:r>
    </w:p>
    <w:p>
      <w:pPr>
        <w:jc w:val="right"/>
        <w:bidi/>
      </w:pPr>
      <w:r>
        <w:rPr>
          <w:rFonts w:ascii="Noto Nastaliq Urdu" w:hAnsi="Noto Nastaliq Urdu" w:eastAsia="Noto Nastaliq Urdu" w:cs="Noto Nastaliq Urdu"/>
          <w:sz w:val="26"/>
          <w:rtl/>
          <w:lang w:bidi="ur"/>
        </w:rPr>
        <w:t>فیاض بھائی، یہ شاید مسلمان لوگ سمجھ بھی نہیں پائے، یہ چیز نا کہ پیغام پہنچانا ضروری ہے۔ جیسے مولانا کہتے تھے کہ مجھے اگر ڈاکو بھی بلائے گا تو میں جاؤں گا۔ مطلب آر ایس ایس بلا رہے ہیں، یہودی بلا رہے ہیں، عیسائی بلا رہے ہیں۔ تو پیغام تو پہنچانا ہی ہے۔ وہ لوگ نہیں سمجھ پائے اس امپورٹنٹ بات کو کہ پیغام پہنچانا کتنا بڑی ذمہ داری ہے اور کتنا ضروری ہے۔ یہ ذمہ داری ہے۔</w:t>
      </w:r>
    </w:p>
    <w:p>
      <w:pPr>
        <w:jc w:val="right"/>
        <w:bidi/>
      </w:pPr>
      <w:r>
        <w:rPr>
          <w:rFonts w:ascii="Noto Nastaliq Urdu" w:hAnsi="Noto Nastaliq Urdu" w:eastAsia="Noto Nastaliq Urdu" w:cs="Noto Nastaliq Urdu"/>
          <w:sz w:val="26"/>
          <w:rtl/>
          <w:lang w:bidi="ur"/>
        </w:rPr>
        <w:t>جی۔ تو چاہے کم ٹیلنٹ والا آدمی ملے، تب بھی اللہ تعالیٰ کہہ رہا ہے کہ وَتَوَكَّلْ عَلَى الَّذِیْزِ الرَّحِيمِ۔ کیونکہ آدمی کے ٹیلنٹ پر، ٹیلنٹ سے کام نہیں ہوتا، خدا سے کام ہوتا ہے۔ وَتَوَكَّلْ عَلَى الَّذِیْزِ الرَّحِيمِ کا مطلب یہی ہے کہ تم ٹیلنٹ کو بڑا مت سمجھو، آدمی کو بڑا سمجھو۔ کیونکہ کرنے والا تو خدا ہے۔ تو خدا تو یہ چاہتا ہے کہ جو ہے، ملے ہوئے پر راضی ہو کر وہاں سے کام کو اسٹارٹ کرنا۔ نہ کہ نہ ملے ہوئے کے پیچھے کام کو اسٹارٹ ہی نہ کرنا۔ تو آیت کا جو خلاصہ سامنے آ رہا ہے، وہ یہی ہے کہ خدا کے ٹیلنٹ پر تمہارا توکل ہونا چاہیے، نہ کہ ساتھیوں کے ٹیلنٹ پر۔ کیونکہ ساتھیوں کے ٹیلنٹ سے کچھ ہوتا بھی نہیں ہے عام طور پر۔ جو ہوتا ہے، وہ خدا کے ٹیلنٹ سے ہی ہوتا ہے۔ تو ملے ہوئے سے اسٹارٹ کرو۔ اور تمہاری نربھرتا جو ہے، خدا کے ٹیلنٹ پر ہونا چاہیے، نہ کہ ساتھیوں کا ٹیلنٹ یا کوئی نہ ملے ہوئے آدمی کا ٹیلنٹ۔ وَتَوَكَّلْ عَلَى الَّذِیْزِ الرَّحِيمِ ۔ جی۔ اب اس طرح وقت ہو گیا کافی۔</w:t>
      </w:r>
    </w:p>
    <w:p/>
    <w:p>
      <w:bookmarkStart w:id="59" w:name="cl38"/>
      <w:bookmarkEnd w:id="59"/>
      <w:r>
        <w:rPr>
          <w:i/>
          <w:color w:val="77786F"/>
          <w:sz w:val="20"/>
        </w:rPr>
        <w:t>24 May 2026 (English)</w:t>
      </w:r>
    </w:p>
    <w:p>
      <w:pPr>
        <w:jc w:val="right"/>
        <w:bidi/>
      </w:pPr>
      <w:r>
        <w:rPr>
          <w:rFonts w:ascii="Noto Nastaliq Urdu" w:hAnsi="Noto Nastaliq Urdu" w:eastAsia="Noto Nastaliq Urdu" w:cs="Noto Nastaliq Urdu"/>
          <w:sz w:val="26"/>
          <w:rtl/>
          <w:lang w:bidi="ur"/>
        </w:rPr>
        <w:t>اس آیت کے اندر، اس پیراگراف میں، "وَأَنْذِرْ عَشِيرَتَكَ الْأَقْرَبِينَ" تو اس سلسلے میں روایتوں میں آیا ہے کہ جب یہ آیت اتری کہ آپ اپنے قریبی رشتہ داروں کو ڈرائیے، بتائیے یہ پیغام قریبی رشتہ داروں کو بھی بتائیے، تو رسول اللہ نے ایک دعوت کا انتظام کیا جس میں 30-40 لوگ تھے، قریبی رشتہ دار، اور ان کے لیے کھانے پینے کا ارینجمنٹ کیا۔ اور کھانا وغیرہ ہونے کے بعد جو ہے، آپ نے ان کو بتایا کہ اللہ نے مجھے پیغمبر بنا کر بھیجا ہے اور میری دعوت یہ ہے کہ بتوں کی پوجا نہ کی جائے، ایک خدا کی پوجا کی جائے۔ اور اس طرح موت کے بعد ایک زندگی ہے جہاں جنت اور جہنم کا معاملہ پیش آئے۔ تو قریش کے ذہن میں یہ تھا کہ پارٹی جو ہے، کسی دنیا کے ڈویلپمنٹ کی بات ہوگی اس میں، یا کوئی مٹیریل گفتگو ہوگی۔ ان کی ایکسپیکٹیشن غالباً یہ تھی۔ لیکن رسول اللہ نے جو باتیں بتائیں کہ میں تمہیں توحید اور آخرت کی طرف بلاتا ہوں، تو ان کو یہ بہت ہی عجیب لگا۔ تو ابوجہل بھی تھا وہاں، ابو لہب بھی تھا مجلس میں، رسول اللہ کے چچا، تو انہوں نے غصہ ہو کر کہا کہ اتنا سیریس انویٹیشن ہم کو جو دیا گیا تھا، وہ اتنی چھوٹی بات کے لیے؟ کوئی بڑی بات کے لیے ہمیں زحمت دی گئی ہوتی تو کوئی بات تھی؟ یہ تو کوئی بات ہی نہیں ہے جس کی طرف ہم بلا رہے ہیں۔ یعنی توحید کو ماننے سے کیا ہوگا؟ ہماری معیشت تو جو ہے، بتوں پر کھڑی ہوئی ہے۔ اور اب ہمیں اس لیے جو ہے، مانتے ہیں کہ ہم ان سب کے بتوں کے یہاں پر نمائندے ہیں، بتوں کی نمائندگی پر کھڑے ہوئے ہیں۔ اگر یہ بات مان لی جائے تو ہماری ساری بیس ہی ختم ہو جائے گی۔ تو تمہاری دعوت میں تو کوئی مٹیریل فائدہ دکھائی نہیں دے رہا۔ یہ ان کا ری ایکشن تھا۔ تو غالباً اسی کی طرف اشارہ ہے: "فَإِنْ نَاسَهُ" کا ، اگر وہ تمہیں تمہارا انکار کرے تو تم جو ہے، اس کو اگنور کر دو۔ فَإِنْ نَاسَهُ فَقُلْ إِنِّي بَرِيءٌ مِّمَّا تَعْمَلُونَ تو اسی وقت جو ہے، رسول اللہ نے سب سے کہا تھا شاید کہ اے فلاں، اے فلاں، مجھ سے دنیا کی کوئی چیز چاہتے ہو تو مانگ لو، لیکن میں آخرت میں تمہارے کام نہ آ سکوں گا شرک اور بت پرستی کے ساتھ ۔ تو سب کو ایک ایک کو رسول اللہ نے جو ہے، مخاطب کیا، مخاطب کر کے بتایا کہ جو ہے، شرک کے ساتھ جو ہے، آخرت کی کامیابی بالکل ہی امپوسیبل ہے۔ تو اس پیراگراف سے لگتا ہے کہ جو ہے، آدمی کے پیغام کا سب سے پہلا مخاطب خود اس کی اپنی ذات ہے۔ وَلَا تَدْعُ مَعَ اللَّهِ إِلَٰهًا آخَرَ فَتَكُونَ مِنَ الْمُعَذَّبِينَ سب سے پہلا انوائٹی جو ہے، خود اس کی اپنی ذات ہے، داعی کی، کہ وہ اپنے آپ کو پہلے دعوت دے۔ پھر یہ بتایا گیا ہے کہ جو ہے، اپنے سراؤنڈنگ میں رہنے والوں کو کلیرٹی کے ساتھ بتائے ، اپنا مشن اور اپنی ٹیچنگ۔ اور پھر جو لوگ ملے ہوئے ہیں، ان پر راضی ہو جائے۔ نہ ملے ہوئے لوگوں پر جو ہے، اپنا یہ نہ رکھے، کام کی بنیاد۔ جو لوگ ملے ہوئے ہیں، وہی کافی ہو جائیں گے، خدا کی مدد سے، خدا پر توکل سے۔ تو پہلا مخاطب انسان خود، اس کی اپنی ذات ہے۔ دوسرے مخاطب جو ہیں، اس کے سراؤنڈنگ میں رہنے والے لوگ ہیں۔ اور پھر ان میں سے کوئی انکاری بن رہا ہے تو انکار سے کچھ ہونے والا نہیں۔ نقصان تو انکار کرنے والوں کا ۔ اور جو لوگ اویلیبل ہیں، ان کو اپنا کنسرن بنائیں۔ انسان آیتوں کے اوپر غور کرنے سے یہ لگتا ہے کہ خدا کو جو ہے، داعی کا جو ہے، اپنی ٹیم بلڈنگ اور ٹیم بلڈنگ میں دن رات لگے رہنا، وہ یہ منظر جو ہے، خدا کو بہت زیادہ پسند ہے کہ اپنی ٹیم کی یا اپنے آپ کی گرومنگ کرتے رہنا، اپنے کو انٹلیکچول ڈویلپمنٹ دیتے رہنا، اور اپنے کام کے لیے پریپریشن کرتے رہنا۔ اور جو لوگ ملے ہوئے ہیں، اویلیبل جو لوگ ہیں، ان کو بہت زیادہ امپورٹنس دینا، یہ خدا کو جو ہے، اتنا زیادہ پسند ہے کہ یہاں بھی اس کا ذکر ہے اور قرآن میں دوسری جگہ بھی ہے۔ وَتَقَلُّبَكَ فِي السَّاجِدِينَ کہ اپنی ٹیمنگ، ٹیم کی گرومنگ میں رہنا اور اپنے کو ڈویلپ کرتے رہنا، اسپرچولی، انٹلیکچولی، اور دوسرے سارے میٹرز کو لے کر۔ تو یہ منظر جو ہے، ایسا لگتا ہے آیتوں سے کہ خدا آسمان سے اس کو دیکھ دیکھ کر جو ہے، گویا کہ خوش ہوتا رہتا ہے۔ داعی کا اپنی ٹیم، ٹیم کے ساتھ اٹھنا بیٹھنا اور دن و رات ان کے ساتھ سپینڈنگ کرنا ، اور اپنے کام کے لیے سوچ و بچار کرتے رہنا۔ الَّذِي يَرَآكَ حَيْنَ تَقُومُ وَتَقَلُّبَكَ فِي السَّاجِدِينَ إِنَّهُ هُوَ السَّمِيعُ الْعَلِيمُ تو یہ بہت ہی جو ہے، ایک انجوائے فل ایکٹیویٹی ہے، ایک داعی کی لوگوں کی گرومنگ اور لوگوں کو ڈویلپ کرنا، ان کے ساتھ سوچ و بچار کرنا، اور پھر یہ مسلسل کرتے رہنا، اور اس میں کوئی بورڈم نہیں آنا اس کام میں اس کو۔ تو یہ خدا کو جو ہے، یہ بہت ہی زیادہ پلیزنگ سین ہے خدا کے لیے۔ اس طرح کی کوئی ٹیم یا کوئی گروپ اس طرح کر رہا ہے تو۔</w:t>
      </w:r>
    </w:p>
    <w:p>
      <w:pPr>
        <w:jc w:val="right"/>
        <w:bidi/>
      </w:pPr>
      <w:r>
        <w:rPr>
          <w:rFonts w:ascii="Noto Nastaliq Urdu" w:hAnsi="Noto Nastaliq Urdu" w:eastAsia="Noto Nastaliq Urdu" w:cs="Noto Nastaliq Urdu"/>
          <w:sz w:val="26"/>
          <w:rtl/>
          <w:lang w:bidi="ur"/>
        </w:rPr>
        <w:t>فیاض بھائی، وو کون سا چیپٹر اور ورس نمبر ہے جہاں پے بولا ہے کہ اللہ کو ٹیم بہت پسند ہے؟</w:t>
      </w:r>
    </w:p>
    <w:p>
      <w:pPr>
        <w:jc w:val="right"/>
        <w:bidi/>
      </w:pPr>
      <w:r>
        <w:rPr>
          <w:rFonts w:ascii="Noto Nastaliq Urdu" w:hAnsi="Noto Nastaliq Urdu" w:eastAsia="Noto Nastaliq Urdu" w:cs="Noto Nastaliq Urdu"/>
          <w:sz w:val="26"/>
          <w:rtl/>
          <w:lang w:bidi="ur"/>
        </w:rPr>
        <w:t>یہاں خود بھی ہے یہ۔ جیسے اس میں جو بتایا گیا ہے: الَّذِي يَرَآكَ حَيْنَ تَقُومُ جو دیکھتا ہے تم کو جب کہ تم اٹھتے ہو۔ وَتَقَلُّبَكَ فِي السَّاجِدِينَ اور تمہاری نقل و حرکت نمازیوں کے ساتھ۔ نمازیوں کے ساتھ مطلب یہ ٹیم ممبرز کے ساتھ۔ یہاں بھی ہے اور دوسری جگہ بھی ہے: وَمَا تَكُونُوا فِي شَانِهِمْ وَمَا تَتْلُوا مِنْهُ مِنْ قُرْآنٍ وَلَا تَعْمَلُونَ مِنْهُ عَمَلٍ إِلَّا كُنَّ عَلَيْكُمْ شُهُودًا يَسْتُفِيزُونَ فِيهِ ایک اور جگہ بھی یہ بات کا ذکر ہے۔ تو رسول اللہ جو ہے، سارا اپنا گویا کہ کنسرن بنا لیا تھا اپنے اصحاب کو۔ تو ہر وقت ان کے ساتھ جو ہے، انوالو رہتے ہیں۔ صبح، شام، دوپہر، اور ہر وقت ان کو ان کی گرومنگ کرتے رہتے ہیں۔ تو اس طرح اصحاب رسول کی جو یہ ٹیم بنی تھی، وہ جو ہے، بہت ہی عجیب و غریب ٹیم بنی تھی۔ رسول اللہ کے ساتھ رہتے ہوئے، انٹریکشن کرتے ہوئے۔ تو رسول اللہ ان کو اپنا سول کنسرن بنائے ہوئے تھے، وہ ٹیم کو۔ جو ساری احادیث ہیں، وہ رسول اللہ کے اپنی ٹیم کے ساتھ انٹریکشن ہے، اپنی ٹیم یا اپنے پاس آنے جانے والوں کے ساتھ۔ تو ساری جو حدیث کا جو ذخیرہ ہے، وہ سارے انٹریکشن ہیں۔ ہر ٹائپ کی اس میں گفتگو ہے، ہر ٹائپ کا اس میں کلیکشن ہے، ہر ٹائپ کا اس میں ایکسچینج ہے۔ گویا کہ رسول اللہ کی جو ساری جو یہ تھی، دنیا تھی، اپنے ٹیم ممبر تھے۔ انہی کے درمیان اٹھتے بیٹھتے، گفتگو کرتے، ایکسچینج کرتے، سوچ و بچار کرتے، وحی کو ڈسکس کرتے۔ ہمارے لیے جو ہے، مولانا کی زندگی بھی اس کی مثال ہے۔ اس طرح مولانا کے صبح شام ہوتے تھے۔ تو کئی دنوں تک مولانا جو ہے، تقریباً ڈیڑھ دو سال تک ، صبح فجر کے فوراً بعد جو ہے، ہم لوگوں کو آن لائن جو ہے، درس دیتے تھے۔ صبح کے وقت سردی، گرمی، بارش سب۔ اور مولانا بہت فزیکلی ویک بھی ہو گئے تھے، لیکن اس کے باوجود اس کا ایسے اہتمام کرتے، وہ اہتمام بڑا عجیب لگتا کہ اتنی دلی کی سردی میں جو ہے، اٹھ کر درس دینا، اور پھر ہمارے فیڈ بیک لینا، اور اس کو سمجھنا، اور پھر اس میں کریکشن کرنا۔ اور پھر دن میں بھی کال کرتے، دوپہر میں بھی کرتے، شام میں بھی کرتے۔ تو جو مولانا کی زندگی ہمارے سامنے جو ہے، یہ پیراگراف کی بہترین مثال ہے، عملی مثال ہے، بہت اچھی۔</w:t>
      </w:r>
    </w:p>
    <w:p>
      <w:pPr>
        <w:jc w:val="right"/>
        <w:bidi/>
      </w:pPr>
      <w:r>
        <w:rPr>
          <w:rFonts w:ascii="Noto Nastaliq Urdu" w:hAnsi="Noto Nastaliq Urdu" w:eastAsia="Noto Nastaliq Urdu" w:cs="Noto Nastaliq Urdu"/>
          <w:sz w:val="26"/>
          <w:rtl/>
          <w:lang w:bidi="ur"/>
        </w:rPr>
        <w:t>فیاض بھائی، بہت صحیح کہہ رہے ہیں آپ۔ مولانا ایک مرتبہ ایئرپورٹ پہ میں ان کو لینے گیا تھا، وہ کہیں باہر گئے تھے، واپس آئے تھے پروگرام کر کے۔ تو ایئرپورٹ سے جب باہر نکلے نا، تو میں نے اپنی گاڑی ایک دم اس ٹائم پہ، بس شروع کی بات ہے، تو وہ ایسی جگہ لگائی تھی کہ ایک دم آسانی سے میں لے پاؤں ان کو۔ تو باہر آئے تو واک کر رہے تھے، تو رو رہے تھے۔ تو مجھے کہہ رہے تھے کہ میرا بالکل ادھر من نہیں لگ رہا تھا، میرا یہ تھا کہ میں میں فٹافٹ اپنی ٹیم کے پاس چلا جاؤں۔ تو میرے کو سن کے بڑا وہ لگ رہا تھا کہ مولانا اتنے امپورٹنٹ پروگرام سے آئے ہیں، اور آتے ہی انہوں نے یہی بات بولی، کچھ اور نہیں بتایا، بس سیدھا یہی بولا انہوں نے کہ میرا بس وہاں پہ سارا یہ تھا کہ میں بس واپس جاؤں اپنی ٹیم کے پاس ۔</w:t>
      </w:r>
    </w:p>
    <w:p>
      <w:pPr>
        <w:jc w:val="right"/>
        <w:bidi/>
      </w:pPr>
      <w:r>
        <w:rPr>
          <w:rFonts w:ascii="Noto Nastaliq Urdu" w:hAnsi="Noto Nastaliq Urdu" w:eastAsia="Noto Nastaliq Urdu" w:cs="Noto Nastaliq Urdu"/>
          <w:sz w:val="26"/>
          <w:rtl/>
          <w:lang w:bidi="ur"/>
        </w:rPr>
        <w:t>کہاں کا سفر تھا یہ؟</w:t>
      </w:r>
    </w:p>
    <w:p>
      <w:pPr>
        <w:jc w:val="right"/>
        <w:bidi/>
      </w:pPr>
      <w:r>
        <w:rPr>
          <w:rFonts w:ascii="Noto Nastaliq Urdu" w:hAnsi="Noto Nastaliq Urdu" w:eastAsia="Noto Nastaliq Urdu" w:cs="Noto Nastaliq Urdu"/>
          <w:sz w:val="26"/>
          <w:rtl/>
          <w:lang w:bidi="ur"/>
        </w:rPr>
        <w:t>وہ کہیں انڈیا کا ہی تھا، فیاض بھائی، ڈومیسٹک سفر ہی تھا۔ یاد نہیں مجھے کہ کون سی جگہ گئے تھے، لیکن باہر آتے ہی ایک دم رونے لگ گئے تھے۔</w:t>
      </w:r>
    </w:p>
    <w:p>
      <w:pPr>
        <w:jc w:val="right"/>
        <w:bidi/>
      </w:pPr>
      <w:r>
        <w:rPr>
          <w:rFonts w:ascii="Noto Nastaliq Urdu" w:hAnsi="Noto Nastaliq Urdu" w:eastAsia="Noto Nastaliq Urdu" w:cs="Noto Nastaliq Urdu"/>
          <w:sz w:val="26"/>
          <w:rtl/>
          <w:lang w:bidi="ur"/>
        </w:rPr>
        <w:t>اور مولانا خود ہی کال کرتے تھے ہم سے، بس تھوڑے دن اگر ہو گئے اور بات نہیں ہوئی تو مولانا گھر میں باقاعدہ بول کر بولتے تھے، فلاں کو کال لگاؤ، فلاں سے بات کرواؤ۔ اور پھر مولانا بتاتے تھے کہ اب مجھے یہ ڈسکوری ہوئی ہے، آج ہی میں نے جانا۔ ملیشیا کا سفر ابھی ہم لوگوں نے پڑھا، ایک دو دن پہلے۔ اس میں بھی مولانا یہی کہتے ہیں کہ کیسے میں جو ہے، جلد سے جلد واپس اپنی اپنی دنیا اور اپنے کام میں پہنچ جاؤں، یہ مصنوعی ماحول سے۔ حالانکہ ملیشیا میں جہاں مولانا کو رکایا گیا تھا، وہاں ہر ٹائپ کی لگژری تھی۔ تو مولانا کہتے ہیں، میری طبیعت کے لیے یہ ماحول جو ہے، یہ لگژری والا ماحول سوٹ نہیں کرتا۔ مجھے جلد واپس اپنے اس میں جانا ہے، اپنے آفس کو اور اپنے سرکل میں۔ تو کئی بار ٹکٹ وہاں سے کینسل کروایا مولانا نے کہ میں یہ ڈیٹ میں میرا ریٹرن ٹکٹ ہے، لیکن میں پہلے ہی جانا چاہتا ہوں۔ تو پھر ٹکٹ بنا، پھر کانفرنس والوں نے پھر ریکویسٹ کیا کہ نہیں نہیں، آپ رکیے۔ تو پھر ٹکٹ کو چینج کرنا پڑا۔ تو وہ سب مولانا نے لکھا ہے، ملیشیا کے سفر میں 84 کی شاید بات ہے۔</w:t>
      </w:r>
    </w:p>
    <w:p/>
    <w:p>
      <w:pPr>
        <w:pStyle w:val="Heading1"/>
      </w:pPr>
      <w:bookmarkStart w:id="60" w:name="vg20"/>
      <w:bookmarkEnd w:id="60"/>
      <w:r>
        <w:t>The Poets (Al-Shu‘ara’) - 26:221-227</w:t>
      </w:r>
    </w:p>
    <w:p>
      <w:bookmarkStart w:id="61" w:name="cl39"/>
      <w:bookmarkEnd w:id="61"/>
      <w:r>
        <w:rPr>
          <w:i/>
          <w:color w:val="77786F"/>
          <w:sz w:val="20"/>
        </w:rPr>
        <w:t>25 May 2026 (Urdu)</w:t>
      </w:r>
    </w:p>
    <w:p>
      <w:pPr>
        <w:jc w:val="right"/>
        <w:bidi/>
      </w:pPr>
      <w:r>
        <w:rPr>
          <w:rFonts w:ascii="Noto Nastaliq Urdu" w:hAnsi="Noto Nastaliq Urdu" w:eastAsia="Noto Nastaliq Urdu" w:cs="Noto Nastaliq Urdu"/>
          <w:sz w:val="26"/>
          <w:rtl/>
          <w:lang w:bidi="ur"/>
        </w:rPr>
        <w:t>صاحب، اس پیراگراف میں تین ٹائپ کے لوگوں کا ذکر ہے۔ ایک وہ لوگ جو— ایک جو ہے شیاطین، دوسرے جو ہے کاہن لوگ، اور تیسرے جو ہے شعراء۔ تین لوگوں کا یہاں پر ذکر ہے جن کے پاس سولڈ گراؤنڈ نہیں ہے۔ ان لوگوں کو بطور مثال کے یہاں پر پیش کیا جا رہا ہے کہ ایک تو شیاطین ہوتے ہیں۔ شیاطین یہ کرتے ہیں کہ جو ہے ان کے اندر سفر کرنے کی اور اسپیس میں جانے کی جو ہے خصوصی صلاحیت ہے۔ تو اسپیس میں جانے کی صلاحیت ہونے کی وجہ سے وہ فرشتوں کی میٹنگز کو وغیرہ کو جو ہے کبھی کچھ سن لیتے ہیں۔ ہلکی پھلکا کوئی، ہلکا پھلکا کوئی سینٹنس، کوئی اینگل، آدھا سارا ہوتا ہے وہ۔ تو اس کو وہ جو ہے یہ بنا دیتے ہیں، پہاڑ بنا دیتے ہیں۔ شیاطین کچھ آدھا سارا سن لیا اور دنیا میں پاس کر دیا اس کو۔ تو اس پر جو ہے کاہن لوگ جو ہے اپنی بنیاد کھڑی کرتے ہیں پھر۔ یہ جو مستقبل کی باتیں بتانے والے یا ایسٹرولوجسٹ جن کو کہتے ہیں، یا اس ٹائپ کے لوگ، اس پر اپنی بنیاد کھڑی کر کے اپنے فالوورز کو کچھ بتا دیتے ہیں۔ تیسری قسم کے لوگ ہیں فلاسفر ٹائپ کے، شاعر اور جو ہے امیجنری تھنکنگ رکھنے والے، جس کو ہم فلاسفی کہہ سکتے ہیں۔ تو کلیئرر تھنکنگ جو ہے اس میں سے کسی کے پاس بھی نہیں ہوتی۔ نہ شیطانوں کے پاس کلیئرر تھنکنگ ہوتی ہے، نہ یہ کاہن ٹائپ کے لوگوں کے پاس، اور نہ جو ہے شاعروں کے پاس ہوتی ہے۔ یہ سب امیجنری ورلڈ میں رہتے ہیں اور امیجنری باتیں پھیلاتے رہتے ہیں۔ تو صحیح مسلم کے اندر ایک حدیث ہے، اس میں بتایا گیا ہے کہ جو آدمی کسی کاہن کے پاس گیا، جادوگر یا ایسٹرولوجر کے پاس، اور اس سے باتیں سنی، اور اس کو صحیح مان لیا، تو اس کی 40 دن کی نماز قبول نہیں ہوگی۔ 40 دن تک ۔ تو اسی طرح سورہ بقرہ میں بھی ہے، جو آدمی جادوگر اور جادوگری اور کاہن، اس ایسٹرولوجی اس کے پیچھے پڑا کہ فما له فی الآخرة من نصيب، وانه لمن اشترا فما له فی الآخرة من خلاق۔ ایسے لوگوں کا جو ہے آخرت میں کوئی حصہ نہیں ہوگا۔ اتنی سخت وارننگ دی گئی۔ تو ان تینوں کے پاس بھی کاہن، شیاطین اور شعراء کام کی باتیں ضرور ہوتی ہیں۔ ایسا نہیں ہے کہ کسی کا بھی کلام جو ہے پوری طرح سچائی سے خالی ہوتا ہے۔ ایسا کوئی بھی کلام نہیں ہے دنیا میں جس کے اندر پارشلی کوئی نہ کوئی خوبی یا بھلائی یا فیکٹ نہ ہو۔ تو اس سے انکار نہیں ہے کہ شاعروں کے کلام میں بھی بہت حکیمانہ باتیں ہوتی ہیں۔ خود حدیثوں میں جو ہے بہت سارے اشعار کا ذکر ہے، جیسے "علی کل شی باطل ما خلق اللہ باطل"۔ اس طرح کے کافی اشعار ہیں جن کو رسول اللہ بھی اپریشیٹ کرتے تھے اور حضرت عمر وغیرہ بھی۔ لیکن زیادہ تر جو ہے شعراء، فلاسفر، ایسٹرولوجی، جادوگری اور جو ہے پومیسٹ، اس ٹائپ کے جتنے بھی لوگ ہوتے ہیں، وہ کوئی پارشل ان کے پاس سچائی ہوتی ہے، لیکن اس کو جنرلائز کر کے بولتے ہیں لوگ۔ اور اس طرح جو ہے کلیئر تھنکنگ نہیں ہوتی ان کے اندر۔ تو سب سے بڑی خوبی ہے کلیئرر تھنکنگ کسی بھی آدمی کے لیے۔ وہ واضح طور پر سوچ سکتا ہو کسی فیکٹ پر، نہ کہ پارشل کوئی سچائی کو لے کر وہ ایک ہوا کھڑا کرنا۔ تو اس دور میں بھی جو ہے اب ایسٹرولوجی اور فلاسفی وغیرہ پیچھے چلے گئے ہیں۔ اتنا زیادہ ڈومیننٹ نہیں ہے فی الوقت زمین پر۔ لیکن جو ہے کچھ دوسری چیزیں ڈومیننٹ ہیں۔ جیسے مثال کے طور پر ایولوشن۔ تو ایولوشن یا ڈارونزم پر جن فلاسفرز نے جو ہے اپنی بنیاد رکھی ہے، وہ بالکل ہی ویک بنیاد ہے۔ مطلب کہیں سے کچھ ہڈیاں مل گئیں، کچھ کیا مل گیا، تو اس پر انہوں نے جو ہے ایک نظریہ گھڑا کر گھڑ لیا پورا کہ انسان جو ہے اس پر ایپس کی اولاد ہے۔ بندروں سے ترقی کرتے ہوئے یہ کیے ہیں۔ تو جنگلوں کے اندر مختلف ٹائپ کے گوریلا اور وغیرہ کو دیکھ کر انہوں نے کہا کہ جو ہے انسان پہلے گوریلا اور مانکی تھا اور اب انسان ہو گیا۔ اور کہیں سے ان کو کچھ مل گیا اور اس پر پورا ایک پ وری ایک عمارت کھڑی کر دی۔ آج کے دور میں اسی طرح جو آج کے دور کے لوگوں میں جو ہے فیمینسٹ موومنٹ کے جو لوگ ہیں، خواتین کو لے کر انہوں نے عجیب و غریب باتیں پھیلائیں اور کسی کی سننے کے لیے تیار نہیں ہوئے۔ حالانکہ سائنٹیفک فیکٹ پورے اس کو ڈسپرو کرتے تھے ان کی باتوں کو۔ تو یہ ایولوشنسٹ اور فیمینسٹ اور جو ہیومن رائٹ ایکٹیوسٹ، یہ سب جو ہے آج کے ماڈرن شاعر ہیں۔ یہ سارے ماڈرن شاعر، ماڈرن کاہن اور ماڈرن ایسٹرولوجسٹ ان لوگوں کو کہہ سکتے ہیں کہ ایکٹیوزم کے نام پر جو ہے اتنا زیادہ زمین میں گڑبڑ مچاتے ہیں ہیومن رائٹس کے نام سے۔ کہ ان کی وجہ سے ہیومن رائٹس زیادہ یہ ہوتے ہیں، ٹوٹتے ہیں۔ تو آیتوں کا مطلب یہ غالباً یہ ہونا چاہیے کہ انسان کی تھنکنگ جو ہے سولڈ بنیادوں پر کھڑی ہونی چاہیے، نہ کہ کسی شاعر یا کسی خیالی دنیا میں رہنے والے کی باتیں۔ مثلاً جو ہے پوری دنیا کے اندر آج کل جو ہے باؤنڈریز، پولیٹیکل باؤنڈریز فکس ہیں ہر کنٹری کی۔ اب اس میں ایسے تھنکر اٹھتے ہیں جو سیپریٹسٹ کال دیتے ہیں۔ تو وہ خود بھی برباد ہوتے ہیں اور عوام کو بھی برباد کر کے چھوڑتے ہیں۔ کیونکہ اسٹیٹ جو ہے ان کو رحمانہ یہ کرتا ہے، مارتا ہے ہر جگہ۔ تو اچیو تو کچھ نہیں کرتے، لیکن مور ڈیمج کر کے چھوڑ دیتے ہیں کسی بھی کمیونٹی اور کسی بھی اس کو گروپ آف پیپل کو۔ تو یہ بھی جو ہے اس آیت کے اندر ہی اس طرح کے تھنکرز اور مومنٹ۔ صحیح مومنٹ وہی ہے جو توحید اور آخرت کی بنیاد پر کھڑی ہوئی ہے۔ لوگوں کو توحید اور آخرت کی طرف بلاتی ہے، نہ کہ اس ٹائپ کی بیس لیس چیزوں کے پیچھے۔ مولانا نے جو ہے ایک جگہ مخالف میں لکھا ہے سیونٹیز کے کہ ہمارے ملک کے اندر جو ہے شاعروں اور اس طرح کے فلاسفر نے جو ہے مسلم کمیونٹی کو، ایک مسلم کمیونٹی تھی پورے سب کانٹیننٹ میں، اس کو ایٹ نیشن میں جو ہے ڈیوائیڈ کر دیا ہے۔ یعنی پری پارٹیشن جو ہے مسلمان جو ہے ایک زبردست ڈیموگرافک ویٹ رکھتے تھے اور ایک سولڈ یہ تھے اینٹیٹی۔ ان میں یہ لوگ اٹھے، سیپریٹسٹ لوگ۔ تو ایک کمیونٹی جو ہے آج ایٹ نیشن میں جو ہے یہ ہو گئی ہے، ڈیوائیڈ ہو گئی ہے۔ کوئی کچھ ہے، کوئی کچھ ہے، کوئی مالدیپی ہے، کوئی برمی ہے، کوئی سری لنکن ہے، کوئی کچھ ہے۔ حالانکہ اس سے پہلے جو ہے وہ ایک ہی تھی۔ تو شعراء کا جو فلاسفر، شعراء اور اس طرح کے لوگوں کا جو ایکشن ہے، اس کے رزلٹ سے اگر چیک کریں گے تو پتہ چلے گا کہ جو ہے وہ صحیح تھا یا غلط تھا۔ یعنی رزلٹ معیار ہوگا کسی بھی فلاسفی اور آئیڈیا کو چیک کرنے کا۔ حدیث میں بتایا گیا: "ترک من حسن الاسلام المریض، ترکہ مالا یعنی"۔ آدمی کے جو ہے صحیح مسلمان ہونے کی نشانی یہ ہے کہ وہ لایعنی چیزوں کے پیچھے نہ پڑتا ہو۔ تو مولانا کہتے ہیں کہ حدیث میں ایک فارمولا دیا گیا ہے، ایک کرائٹیریا کہ کسی بھی بات کو اس کے آؤٹ کم سے چیک کیا جائے گا۔ آؤٹ کم اگر غلط ہے تو وہ آئیڈیا جو ہے غلط تھا۔ آؤٹ کم اگر صحیح ہے تو وہ آئیڈیا صحیح تھا۔ تو جتنے بھی اس طرح کے لوگ ہیں، ان کے آؤٹ کم آپ چیک کیجئے تو قرآن کی یہ بات بالکل صحیح لگتی ہے۔ الشعراء یتبیعون الغاوون فی کل وادیہ۔ مینٹل وینڈرنگ کا جو ہے کیس تھا ان کا، نہ کہ کوئی سولڈ آئیڈیا کا۔ وہ کسی کے آؤٹ کم سے جو ہے سمجھ میں آتا ہے۔</w:t>
      </w:r>
    </w:p>
    <w:p/>
    <w:p>
      <w:bookmarkStart w:id="62" w:name="cl40"/>
      <w:bookmarkEnd w:id="62"/>
      <w:r>
        <w:rPr>
          <w:i/>
          <w:color w:val="77786F"/>
          <w:sz w:val="20"/>
        </w:rPr>
        <w:t>26 May 2026 (English)</w:t>
      </w:r>
    </w:p>
    <w:p>
      <w:pPr>
        <w:jc w:val="right"/>
        <w:bidi/>
      </w:pPr>
      <w:r>
        <w:rPr>
          <w:rFonts w:ascii="Noto Nastaliq Urdu" w:hAnsi="Noto Nastaliq Urdu" w:eastAsia="Noto Nastaliq Urdu" w:cs="Noto Nastaliq Urdu"/>
          <w:sz w:val="26"/>
          <w:rtl/>
          <w:lang w:bidi="ur"/>
        </w:rPr>
        <w:t>میرے میں جو پورا یہ سورہ ہے، سورہ اشعارہ، اس کے اندر جو ہے تین ٹائپ کے جو ہے دلائل دیے گئے ہیں، تین ٹائپ کے پروف۔ ایک جو ہے آیاتِ کون، جس کو کہتے ہیں ایویڈنس فرام فزیکل ورلڈ۔ پھر اس کے بعد جو ہے بہت سارے انبیاء کی مثالیں دی گئی ہیں، حضرت ابراہیم، حضرت موسیٰ، اور حضرت ہود، حضرت صالح ، حضرت لوط، حضرت شعیب۔ تو پہلے جو ہے فزیکل ورلڈ سے آیاتِ کون سے جو ہے بات بتائی گئی، اس کے بعد جو ہے ہسٹوریکل فیکٹس دیے گئے، انبیاء کی جو عرب ریجن میں جو ہسٹوریکل ایویڈنس ہے، اس کو یہ کیا گیا، اس کے ذریعے سمجھایا گیا۔ اور تیسری چیز جو ہے وحی کے بارے میں بتایا گیا کہ وحی جو ہے وہ جو ہے کوئی شاعرانہ کلام یا کسی جادوگر کا کلام یا کسی جن کا کلام نہیں ہے، نہ یہ کسی جن کا کلام ہے، نہ کسی شاعر کا کلام ہے، اور نہ کسی جادوگر کا کلام۔ یہ بہت ہی سولڈ بیس پر جو ہے یہ سارے انبیاء سولڈ بیس پر کھڑے ہوئے تھے، وحی اور فزیکل ایویڈنس پر۔ اور اس کی روشنی میں اتنے سارے لوگوں نے جو ہے اپنی اپنی قوموں کو سمجھایا، حضرت ہود، حضرت لوط، حضرت شعیب، اور نہ ماننے پر جو ہے کیسے سخت جو ہے حالات کا سامنا کرنا پڑا ان کو۔ تو گویا کہ وہ جو ہے وارننگ ہے انسانوں کے لیے، یہ انبیاء کے آڈینس کے ساتھ جو پیش آیا، بدل بدل کر قیامت تک اس طرح پیش آتا رہے گا۔ لٹرل نہ پیش آئے، لیکن ذکر تو ہے وہ، ذکر یعنی ریمائنڈر، فارم بدل کر پیش آئے گا۔ اس کو شاعری کہہ کے ریجیکٹ کریں گے تو انجام سے تو بچ نہیں پائیں گے انسان ، نہ کوئی فرد، نہ کوئی کمیونٹی۔ اگر قرآن کو اور پیغمبر کی بات کو کوئی شاعری، ایلوژن، میجک، سورسری اس کیٹگری میں رکھے اپنی زندگی میں، کوئی مسلمان یا کوئی مخاطب ، تو وہ رکھنے میں تو اس کو آزادی ہے، لیکن انجام کی آزادی کسی کو بھی حاصل نہیں۔ تو اس کی مثالیں ہمارے پاس جو ہے پڑی ہوئی ہیں، جیسے ہم نے دیکھا کہ جو ہے مغل اتنے زیادہ پاورفل تھے، ان کے پاورفل ہونے کے جو ہے مونومنٹس ہر طرف پھیلے ہوئے ہیں، لیکن آج وہ سب روئنس ہیں، گویا کہ انہوں نے جو ہے ذکر کے طور پر نہیں لیا تھا اس کو، قرآن کو۔ ان کے لیے قرآن جو ہے ذکر نہیں بنی، کوئی غالباً انہوں نے سمجھا یہ بھی کوئی شاعری ہے، یا کوئی ایسی ہی لائٹ موڈ میں لینے کی چیز ہے۔ تو انجام کو جو ہے بھگتنا ہی پڑا، جس کسی نے تاریخ میں اس طرح کیا، جس طرح قوم لوط، قوم شعیب نے کیا، تو اس کو بھی جو ہے سمیلر انجام دیکھنا ہی پڑا۔ تو اس کو شاعر کا کلام سمجھنا، میجیشن کی بات سمجھنا، یا ایسے ہی کوئی تجوید کی بک سمجھنا، اس کو قرآن کو جیسے مسلمان سمجھے ہوئے ہیں، کوئی تجوید کی بک۔ تو یہ جو ہے بہت ہی بیڈ کانسیکونسز کو دعوت دینا ہے، گویا کہ سورہ کا خلاصہ اس طرح ہی نکل رہا ہے کہ پوری تاریخ جو ہے اس کو اگنور کرنے والوں نے کیا فیس کیا، اس سے بھری پڑی ہوئی ہے۔ مدائن صالح، مدائن شعیب، مدائن قوم ہود، وہ سب موجود ہیں۔ یمن کے آثار، الحجر، بحرین وغیرہ کے جو آثار، یہ سارے بتا رہے ہیں کہ جو ہے لٹرلی جو ہے کتنا برا انجام ہوتا ہے انسانوں کا، انڈیویجولز کا بھی، کمیونٹی کا بھی۔ تو قریش نے بھی جو ہے اس کلام کو شاعرانہ کلام وغیرہ کے طور پر لیا، بعد میں مسلمان بھی اس کو ایسے ہی لے رہے ہیں۔ یعنی مسلمانوں کے سامنے جب اس کی اپلائیڈ تذکیر آتی ہے تو اس میں ان کو دلچسپی نہیں ہے، کیونکہ اپلائیڈ تذکیر میں آدمی جو ہے یہ ہو جاتا ہے، وہ ایکسپوز ہو جاتا ہے۔ تو قرآن مسلمانوں کو پسند ہے، لیکن قرآن کی روشنی میں اگر کسی نے گرفت کی تو وہ پسند نہیں ہے۔ کوئی تشریح سامنے آئی تو وہ پسند نہیں، کیونکہ اس میں وہ ایکسپوز ہوتے ہیں۔ قرآن پڑھتے ہوئے تو سمجھتے ہیں کہ یہ تو عاد اور ثمود کی سٹوریز ہیں، لیکن اپلائیڈ تذکیر جب آتی ہے تو وہ ان کو پسند نہیں آتی، کیونکہ اس میں ان کا چہرہ دکھائی دیتا ہے۔ تو الرسالہ مشن کے بارے میں لوگوں کا جو ری ایکشن ہے، وہ واضح ہو۔ یعنی وہ سب قرآن حدیث کو پسند کرتے ہیں، لیکن قرآن حدیث کی بیس پر جو ہے اپلائیڈ آرٹیکلز، اپلائیڈ اسپیچز، اور اپلائیڈ نصیحتیں جو ہے، چونکہ ان کو ایکسپوز کرتی ہیں، اس لیے وہ پسند نہیں آتی ان کو۔ تو جو لوگ مشن میں لگے ہوئے ہیں، ان کو لگتا ہے کہ بھئی سارے لوگوں کے اتنے فالوورز ہیں، تو رسالہ کے پیچھے بھیڑ کیوں نہیں ہے؟ تو بھیڑ غالباً اسی لیے نہیں ہے کہ اگر آپ ان کو قرآن دیں گے، حدیث پرنٹ کر کے دیں گے تو وہ خوش ہوں گے، کیونکہ وہ اس میں ایکسپوز نہیں ہو رہے۔ لیکن آپ اپلائیڈ ورژن دیں گے تو وہ خوش نہیں ہوں گے، کیونکہ ان کو اپلائیڈ ورژن میں جو ہے اپنا ایکسپوز ہونا ثابت ہوتا ہے، علماء کو بھی اور عوام کو بھی۔ تو گویا کہ جو ہے ہم بھی قرآن کو شعراء کا کلام ہی سمجھتے ہیں۔ اگر شاعری ہے تو ہم اس کو انجوائے کریں گے، اگر یہ اپلائیڈ تذکیر ہے تو ہمیں بہت ٹف ہے۔ تو ہمارا بیہیویئر بھی وہی ہے جو قرآن کے دور کے لوگوں کا تھا، اس کو شعر سمجھنا یا اس کو کوئی انجوائمنٹ کی چیز سمجھنا۔ تو وہ آج بھی جو ہے ایکسیپٹڈ ہے لوگوں کے لیے، لیکن ہارڈ تذکیر جو ہے پسند نہیں ہے کسی کو بھی۔ سافٹ تذکیر پسند ہے، ہارڈ تذکیر کسی کو پسند نہیں۔ تو گویا کہ ہم نے بھی اس کو جو ہے پوئٹری اور اس طرح کی انجوائمنٹ کی چیز کے طور پر ہی لیا ہے قرآن کو، حالانکہ وہ جو ہے تذکیر ہے، ذکر ہے۔ رسالہ مشن یعنی انتباعی تذکیر کا ورژن اس طرح غالباً ہم کہہ سکتے ہیں۔ قرآن و حدیث کا جو ہے انتباعی ورژن یا تذکیر کا انتباعی ورژن تو لوگوں کو جو ہے ٹیکسٹ ورژن پسند ہے، لیکن انتباعی ورژن پسند نہیں، اپلائیڈ ورژن۔ کیونکہ ٹیکسٹ ورژن میں تو قوم شعیب اور قوم صالح مجرم ٹھہرتی ہے، لیکن انتباعی ورژن پر آنے کے بعد جو ہم خود وہی جگہ پر کھڑے ہوئے دکھائی دیتے ہیں۔ تو اس لیے لوگوں کو جو ہے انتباعی ورژن پسند نہیں آتا۔</w:t>
      </w:r>
    </w:p>
    <w:p/>
    <w:p>
      <w:pPr>
        <w:pStyle w:val="Heading1"/>
      </w:pPr>
      <w:bookmarkStart w:id="63" w:name="vg21"/>
      <w:bookmarkEnd w:id="63"/>
      <w:r>
        <w:t>The Ants (Al-Naml) - 27:1-6</w:t>
      </w:r>
    </w:p>
    <w:p>
      <w:bookmarkStart w:id="64" w:name="cl41"/>
      <w:bookmarkEnd w:id="64"/>
      <w:r>
        <w:rPr>
          <w:i/>
          <w:color w:val="77786F"/>
          <w:sz w:val="20"/>
        </w:rPr>
        <w:t>29 May 2026 (Urdu)</w:t>
      </w:r>
    </w:p>
    <w:p>
      <w:pPr>
        <w:jc w:val="right"/>
        <w:bidi/>
      </w:pPr>
      <w:r>
        <w:rPr>
          <w:rFonts w:ascii="Noto Nastaliq Urdu" w:hAnsi="Noto Nastaliq Urdu" w:eastAsia="Noto Nastaliq Urdu" w:cs="Noto Nastaliq Urdu"/>
          <w:sz w:val="26"/>
          <w:rtl/>
          <w:lang w:bidi="ur"/>
        </w:rPr>
        <w:t>فیاض بھائی، ایک اس میں آیت جو ہے نا بہت سٹرائیکنگ ہے، میسج والی ہے کہ "Those who do not believe in the Hereafter, they will be made to feel good about their actions or whatever they do." تو یہ میں سوچ رہا تھا کہ یہ بہت ہی کامن چیز ہے کہ لوگ سٹیٹمنٹس دیتے ہیں کہ دیکھو وو کتنا سکسیسفل ہے، کتنا پیسا ہے، کتنی فیم ہے۔ وو تو یہ سب گاڈ اور ریلیجن میں نہیں پڑتا، لیکن کتنی کامیابی ہے اسکے پاس ، تو اسکی زندگی تھوڑی مسلیڈنگ ہو جاتی ہے۔ مطلب ایک رانگ انسپریشن بنتی ہے لوگوں کے لیے۔ لیکن اصل چیز یہ ہے کہ وہ صرف ایک باہر کا جو اسکی باہری زندگی ہے، اسکو دیکھ کے انسان جو ہے وہ سوچتا ہے کہ یہی اصل ہیپینس ہے۔ لیکن آپ دیکھیے کہ اس دنیا میں بھی اللہ تالا نے انہیں لوگوں کے ذریعے ایگزامپل بھی دیے ہیں۔ جو لوگ اگر اسکو پکڑے تو وہ سمجھ جائیں گے کہ واقعی یہ تو کامیابی نہیں ہے۔ جیسے حال ہی میں کیا ہوا تھا کہ ایلن مسک کا ایک ٹویٹ بہت جبردست وائرل ہوا تھا۔ ایلن مسک، جیسے ہم جانتے ہیں، ہی از اے ریچسٹ مین آن دی پلانٹ۔ اسکی ایسٹیمیٹڈ ویلتھ ابھی یہ لگائی جاتی ہے کہ اسکی نیٹ ورتھ جو ہے ابائوٹ 1 ٹریلین ڈالرز ہے۔ تو کئی اکانومیز کی جی ڈی پی نہیں ہوتی اتنی۔ تو اسنے یہ ٹویٹ کیا تھا کہ "Whoever said that money cannot buy happiness ، نیو وٹ دے وئر سیئنگ۔" اور اسکے اینڈ میں ایک سیڈ ایموجی لگایا تھا۔ تو یہ بہت ہی وائرل ہوا تھا کہ ایک مطلب دنیا کا سب سے امیر آدمی یہ ٹویٹ کر رہا ہے۔ اتنا پاورفل، اتنا فیمس کہ منی سے آپ ایک فالس سینس آف سیکیورٹی آپ کو ضرور ملتی ہے۔ آپ کو فیم ملتا ہے، آپ لگژری لائف سٹائل جی سکتے ہیں۔ لیکن انر ہیپینس، فلفلمنٹ وہ آپ کو نہیں مل سکتا۔ تو اسی کو جو ایک بیلیور ہے، اسکو جنرلائز کرنا چاہیے کہ جب ایک اتنا بڑا آدمی یہ بول رہا ہے، تو سچائی کیا ہے؟ وہ اس پے فوکس کرے۔ اور اسکا ریزن میں میں ایک کئی بار سوچتا رہتا ہوں۔ میرے سے کئی بار لوگوں نے یہ کویشچن پوچھا ہے۔ I notice you've provided text that is already in Urdu (Arabic) script. There is no Devanagari text to convert. تو وو اصل میں یہی ہے کہ اگر آپ اس دنیا کو، جو جو کہ لیس دین 1% ہے، آپ اس دنیا کو صرف آپ آپنے ڈسکور کیا ہے، تب آپ یے سٹیٹمنٹ بول سکتے ہیں۔ لیکن اگر آپ جیسے ہی ہیئر آفٹر کو ڈسکور کر لیں، آخرت کو ڈسکور کر لیں، تو آپ کو پھر فرق نہیں پڑے گا یہاں کی پراب لمز، یہاں کی تکلیفیں۔ بکاز آپ کو یے ریلائز ہو جائے گا کہ یے تو بہت ہی ٹیمپریری ہے۔ اینڈ یے یے سچ ہے، یے سچائی ہے ہی نہیں۔ وو حدیث بھی سمجھ آئی اس میں کہ جب وو آخرت میں جو انسان کو سے ملی تھی اس دنیا میں، اس کو جب جنت کا ایک نظارہ دکھایا جائے گا اور اس سے پوچھا جائے گا کہ کیا تمہیں پریشانی ہوئی؟ ور ڈفکلٹیز ان پراب لمز اور اس کے سامنے ایسا منظر ہو گا جنت کا، تو وو کہے گا نہیں نہیں، کوئی کوئی تکلیف نہیں ہوئی، کوئی پریشانی نہیں ہوئی۔ اور اسی طریقے سے جس نے بہت ایشو آرام کیا ہو گا، اس کو جہنم کا ایک کلپس دکھایا جائے گا اور پوچھا جائے گا کہ کیا تمہیں بہت، کیا تم نے بہت ایش ایش کری؟ بہت خوش تھے تم۔ اس کے سامنے جو منظر ہو گا، وو کہے گا نہیں، میں نے تو کچھ ایش نہیں کری۔ تو اصل چیز یہی ہے کہ آپ جیسے ہی آخرت کو ڈسکور کرتے ہیں، تو آپ کو یے باقی ساری چیزیں یے بے معنی سی لگتی ہیں۔ اور جو لوگ اسی دنیا کو ڈسکور کیے ہوئے ہیں، تو وو یے آیت بالکل سہی بیٹھتی ہے کہ "It appears good for them, but it is not good at all."</w:t>
      </w:r>
    </w:p>
    <w:p>
      <w:pPr>
        <w:jc w:val="right"/>
        <w:bidi/>
      </w:pPr>
      <w:r>
        <w:rPr>
          <w:rFonts w:ascii="Noto Nastaliq Urdu" w:hAnsi="Noto Nastaliq Urdu" w:eastAsia="Noto Nastaliq Urdu" w:cs="Noto Nastaliq Urdu"/>
          <w:sz w:val="26"/>
          <w:rtl/>
          <w:lang w:bidi="ur"/>
        </w:rPr>
        <w:t>ہاں، رنجیت صاحب، سہی ہے یے بات آپ کی۔ یے پیراگراف پڑھتے ہوئے میں یہی سوچ رہا تھا۔ جیسا کسی انگریز نے پڑھا قرآن کو، تو اس نے کہا تھا کہ جو ہے "The supreme concern of Quran is Allah ۔" تو بار بار قرآن کے اندر جو ہے آخرت، آخرت اتنا زیادہ ہے کہ ہم یے کہ سکتے ہیں کہ "The supreme concern of Quran is آخرت ۔" قرآن میں بہت ہی میں فوکس ہے قرآن کا۔ ہر وقت آخرت کو جو ڈسکور نہیں کیے اور آخرت کو جن ہوں نے نہیں پایا، ان ہوں نے کچھ نہیں پایا۔ یے بہت زیادہ قرآن کے اندر ہے یے۔ اور یے ماند میں بیٹھتا نہیں ہے جلدی سے۔ اتنا زیادہ رپیٹیشن کے ساتھ ہونے کے باوجود ذہن کا لائیو پارٹ نہیں بنتا آخرت کا معاملہ۔ بالکل۔ بخاری میں ایک حدیث ہے کہ ایک مرتبہ مال آیا رسول اللہ کے پاس ۔ تو رسول اللہ نے جو ہے کچھ لوگوں کو اور کچھ لوگوں کو نہیں دیا۔ اگنور کیا۔ تو جن لوگوں کو نہیں ملا، وو ناراز ہو گئے رسول اللہ سے۔ تو رسول اللہ کو پتا چلا ۔ تو رسول اللہ منبر پر گئے اور کہا کہ جو ہے میں جو ہے کچھ لوگوں کو دیتا ہوں اور کچھ لوگوں کو نہیں دیتا ہوں۔ اس کا ہرگز یہ مطلب نہیں ہے کہ جن کو میں نہیں دیتا ہوں، وہ میرے لیے لیس امپورٹنٹ ہے۔ ایسا نہیں ہے۔ آپ نے کلیریفکیشن دیا۔ میں کسی کو دیتا اس لیے ہوں کہ میں ان کے اندر دیکھتا ہوں کہ جو ہے امپیشنس ہے اور بہت زیادہ کیا کہتے ہیں جلد پریشان ہونے والے وغیرہ وغیرہ۔ اس لیے میں دیتا ہوں کچھ کو اور کچھ کو میں دیکھتا ہوں کہ جو ہے اگر میں نہ بھی دوں تو جو ہے ان کے اندر اللہ نے جو ہے استخامت اور دل میں مضبوطی اور خیالات میں سٹرانگنیس ہے۔ تو میں نہیں دیتا ہوں۔ تو رسول اللہ نے اسی خطبے میں جو ہے ایک صاحب کا نام بھی لیا امر بن تغلب کا۔ کہا کہ امر بن تغلب ان لوگوں میں سے ہے جنکو میں نہ بھی دوں تو وو مجھسے ناراز نہیں ہوتے یا خدا سے ناراز نہیں ہوتے۔ پھر بھی میرے مشن کو اور میرے کاز کو پکڑے رہتے ہیں۔ تو اسی کو وائیڈر سینس میں اگر دیکھیں اس واکیہ کو تو خدا بھی ایسے ہی کرتا ہوگا۔ کچھ لوگوں کو دیکھتا ہوگا کہ جو ہے یے بہت زیادہ اس ٹائپ کے ہیں۔ تو انکو کچھ زیادہ دے دیتا ہے۔ تو اسکا ہرگز یے مطلب نہیں ہوتا ہے کہ وو آدمی اسی میں پھنسا رہے اور بس اسی کو اپنا فائنل ڈیسٹینیشن سمجھ لے۔ تو اس اس سے باہر آنا مائنڈ کا میرے خیال میں قرآن کا کنسرن وہی لگ رہا ہے۔ انسان کے مائنڈ کو اس سوچ سے باہر لایا جائے کہ وو گلیمر ٹریپ نا ہو۔ گلیمر کا جو ہے کیپٹیویٹ نا ہو۔ اس کو کم ملے، زیادہ ملے۔ وو اپنا یے نا ہٹائے فوکس آخرت اور خدا اور مشن سے۔ یے قرآن بہت زیادہ اپنے ریڈر کو جو ہے اس طرح بنانا چاہتا ہے۔ عمر بن تغلب جیسا ۔</w:t>
      </w:r>
    </w:p>
    <w:p/>
    <w:p>
      <w:pPr>
        <w:pStyle w:val="Heading1"/>
      </w:pPr>
      <w:bookmarkStart w:id="65" w:name="vg22"/>
      <w:bookmarkEnd w:id="65"/>
      <w:r>
        <w:t>The Ants (Al-Naml) - 27:7-8</w:t>
      </w:r>
    </w:p>
    <w:p>
      <w:bookmarkStart w:id="66" w:name="cl42"/>
      <w:bookmarkEnd w:id="66"/>
      <w:r>
        <w:rPr>
          <w:i/>
          <w:color w:val="77786F"/>
          <w:sz w:val="20"/>
        </w:rPr>
        <w:t>31 May 2026 (Urdu)</w:t>
      </w:r>
    </w:p>
    <w:p>
      <w:pPr>
        <w:jc w:val="right"/>
        <w:bidi/>
      </w:pPr>
      <w:r>
        <w:rPr>
          <w:rFonts w:ascii="Noto Nastaliq Urdu" w:hAnsi="Noto Nastaliq Urdu" w:eastAsia="Noto Nastaliq Urdu" w:cs="Noto Nastaliq Urdu"/>
          <w:sz w:val="26"/>
          <w:rtl/>
          <w:lang w:bidi="ur"/>
        </w:rPr>
        <w:t>السلام علیکم، فیاض صاحب۔ دیکھا جائے تو حضرت موسیٰ علیہ السلام ایک معمولی سی چیز کے لیے پہاڑی پر گئے تھے، برننگ ٹارچ لے آئیں، راستے کا پتہ معلوم کر لیں۔ لیکن جب وہ اس آگ کے پاس پہنچے، جو ان کو دور سے نظر آئی تھی، تو اللہ تعالیٰ نے ان سے ڈائریکٹ بات چیت کی، اور اپنی معرفت، اپنا کلام، اور نبوت عطا فرمائی۔ یہ ایک بہت ہی حیرت انگیز واقعہ تھا، جس سے پتہ چلتا ہے کہ اللہ اگر اپنے بندے کے دل میں ایک ذرہ برابر بھی چنگاری پاتا ہے، تو اللہ اس کے لیے گہری معرفت کا دروازہ کھول دیتا ہے۔ انسان کی سب سے بڑی معرفت خدا کی دریافت ہے، یہ جاننا کہ میرا خالق کون ہے، میرا مالک کون ہے، کون ہے جو مجھے ہر چیز دے رہا ہے، کون ہے جو اس دنیا میں مجھے لایا ہے، کون میرا پالنہار ہے، اور اس نے کس لیے مجھے پیدا کیا ہے، کیوں اس دنیا میں لایا ہے، اور بالآخر مجھے لوٹ کر کہاں جانا ہے۔ عام مومن اس طرح سے غور و فکر اور تدبر کر کے گہرائی سے باتوں کو سوچ کر کچھ جان لیتا ہے، کچھ جان پاتا ہے۔ لیکن پیغمبروں کا جو معاملہ ہے، وہ بہت الگ ، وہ بہت الگ تھا۔ کبھی کبھی اللہ غیر معمولی انداز میں پیغمبروں کو اپنا تعارف کرا دیتا تھا۔ تو عام آدمی بھی اگر سچے دل سے اپنے رب کی تلاش میں نکل جائے، تو اسے بھی اپنے رب کے خزانوں میں سے کچھ نہ کچھ ضرور مل جائے گا۔</w:t>
      </w:r>
    </w:p>
    <w:p>
      <w:pPr>
        <w:jc w:val="right"/>
        <w:bidi/>
      </w:pPr>
      <w:r>
        <w:rPr>
          <w:rFonts w:ascii="Noto Nastaliq Urdu" w:hAnsi="Noto Nastaliq Urdu" w:eastAsia="Noto Nastaliq Urdu" w:cs="Noto Nastaliq Urdu"/>
          <w:sz w:val="26"/>
          <w:rtl/>
          <w:lang w:bidi="ur"/>
        </w:rPr>
        <w:t>ڈاکٹر صاحب، آپ نے یہ بات صحیح کہا کہ وہ ایک بہت ہی چھوٹی نیڈ کے لیے وہاں گئے تھے، آگ کے پاس ، کہ آگ کی چنگاری لائیں اور اپنی فیملی کے وارم اپ ہونے کا کچھ ارینجمنٹ کریں۔ شاید ہر طرف سینڈ تھی، ہر طرف وہاں پر۔ تو یہ جو ریگستان ہوتے ہیں، وہ بہت زیادہ جلد کولڈ ہو جاتے ہیں۔ تو ایک طرف اندھیرا اور دوسری طرف جو ہے، انتہائی سردی۔ یہ دو چیزیں ان کو ایسا لگ رہا ہے اس آیت سے کہ پریشان کر رہی تھیں۔ تو ایز اے ہیومن نیڈز کے وہ وہاں گئے، لیکن جواب میں جو چیز ملی، اس سے بہت زیادہ بڑی تھی۔ تو حضرت موسیٰ کو جو ہے، وحی ملی تھی، ریولیشن۔ تو یہ واقعہ جو ہے، اللہ تعالیٰ یاد کرنے کے لیے غالباً اس لیے کہہ رہا ہے کہ سیمیلر واقعات، یعنی وہی تو نہیں، لیکن اس طرح کے جو ہے واقعات تقریباً اکثر انسانوں کی زندگی میں پیش آتے ہیں۔ وہ ایک چیز کے لیے نکلتے ہیں، لیکن زیادہ بڑی فائنڈنگ کی طرف جاتے ہیں ہمیشہ۔ سیکولر ورلڈ میں بھی اس طرح ہوتا ہے، اور مذہبی دنیا میں بھی اس طرح ہوتا رہتا ہے۔ جیسے ہمارے جامعہ عمر آباد جو ہے، وہ ایک تاجر فیملی تھی، کاکا فیملی جن کو ہم لوگ کہتے ہیں، فاؤنڈر جو ہے، وہ کہتے ہیں کہ جو ہے، وہ اس کے تاجر تھے، وہ لیدر کے۔ تو وہ اپنے تجارتی سفروں پہ جو ہے، نارتھ انڈیا اور پنجاب وغیرہ، امرتسر وغیرہ، کافی ان کا جانا آنا رہتا تھا۔ تو ایسے کوئی کہتے ہیں کہ وہ کوئی بہت زیادہ ریلیجس بھی نہیں تھے، لیدر کے مرچنٹ تھے۔ تو وہاں امرتسر میں ان کی جو ہے، کسی جگہ وہ رکتے تھے، تو وہاں درس ہوتا تھا کسی کا، اور وہ کسی روم میں رہتے تھے، لوگ بتاتے ہیں اس طرح، وہیں۔ تو ایسے ہی وہ اتفاق سے کسی دن بیٹھ گئے کسی درس میں وہاں پر۔ علمائے غزنی شاید ان کو کہا جاتا تھا۔ تو علمائے غزنی جو ہے، مائیگریٹ ہو کے لاہور اور امرتسر وغیرہ آ گئے تھے، وہ لوگ غزنی سے۔ تو ان سے یہ کافی یہ ہوئے، انفلوئنس ہوئے۔ اور پھر جو ہے، انہوں نے اس طرح کی ایک یہ رکھی، فاؤنڈیشن، جامعہ عمر آباد جس کو ہم کہتے ہیں، اس کے سو سال ہو گئے ہیں ابھی، 1924 میں انہوں نے رکھا تھا وہ۔ تو تقریباً سو سال سے زیادہ ہو گئے اس کے۔ تو اس طرح کے سیکولر ورلڈ میں بھی واقعات دکھائی دیتے ہیں۔ جیسے لوگ کہتے ہیں کہ اسٹیم انجن کے پیچھے جو ہے، ایک چھوٹی سی ڈسکوری تھی، کسی کا ابزرویشن تھا ، کہ اس نے دیکھا کہ جو ہے، جو یہ استعمال کیا جاتا ہے، یوٹینسل، اس کے اوپر جو یہ تھا، لیڈ جو تھا، وہ یہ ہو رہا تھا، ابلنے کے بعد اوپر نیچے ہو رہا تھا۔ تو اس نے اس ابزرویشن کو کنورٹ کیا کہ اگر ہم اسی کو کسی ٹیوب سے گزاریں، اسی طرح کی اسٹیم کو، تو ایک پاور میں کنورٹ ہو سکتا ہے۔ تو پھر کہتے ہیں کہ لوگ جو ہے، وہ اسٹیم انجن کا یہ بن گیا، ابزرویشن، ذریعہ۔ تو ایسا واقعات جو ہے، جو موسیٰ کے ساتھ ہو رہے ہیں، وہ ڈفرنٹ فارم میں زمین پر ہوتے رہتے ہیں۔ کہ ہم ابتدائی طور پر کسی چھوٹے کام کے لیے نکلتے ہیں، لیکن کسی بڑے کام کا یہ بن جاتا ہے۔ فرسٹ سٹیپ۔ تو غالباً اللہ تعالیٰ یہ کہنا چاہ رہے ہیں کہ موسیٰ کا واقعہ جو ہے، تاریخ میں ایک ہسٹری چینجر تھا۔ تو اس کو یاد کرو کہ موسیٰ کے بعد جو ہے، زمین پر کس طرح تبدیلی آئی۔ موسیٰ کے واقعے کو جو ہے، دا ہنڈریڈ والا ایک بڑا واقعہ مانتا ہے۔ اس نے حضرت موسیٰ کو شاید کسی نمبر پہ رکھا ہے، تین یا چار۔ تو کہتا ہے کہ جو ہے، حضرت موسیٰ کا رول جو ہے، لوگ کے فارمیشن میں ایک بہت بڑا رول ہے۔ یہودی ان کو لا گیور مانتے ہیں۔ اور ہماری عمری ٹیم کے ساتھ بھی اس طرح کے کچھ چھوٹے واقعات ہیں۔ ہم لوگ مولانا سے ملتے تھے، نارتھ انڈیا جانا آنا ہوتا تھا ہمارا۔ تو جب بھی ہم ملاقات کرتے، تو مولانا کہتے، آپ ہمارے سنڈے لیکچر میں آئیے۔ کیونکہ ہم نے کتابیں تو پڑھی تھیں تھوڑی بہت، اور کبھی کبھی ملاقات بھی کرتے تھے۔ لیکن مولانا کا زور ہوتا تھا، آپ سنڈے لیکچر پر آئیے، ہمارے، اگر آپ دلی میں ہیں تو۔ تو وہ سنڈے لیکچر نے جو ہے، بہت زیادہ گیم چینجر کا کام کیا، مجھے ایسا لگتا ہے۔ اگر مولانا سنڈے لیکچر شروع نہ کرتے، تو شاید کوئی اچھی ٹیم بن ہی نہیں پاتی۔ تو اتفاق سے جو ہے، ہم سنڈے لیکچر میں شامل ہوئے، اور پھر وہاں سے ہی سارا ذہن کھلا، مولانا کے سنڈے لیکچر سے۔ تو غالباً یہ بھی جو ہے، اس جیسا ہی ایک واقعہ ہے، جو یہاں ذکر کیا جا رہا ہے، فارم بدل کر ۔ گویا کہ اس واقعے سے یہ بات سامنے آ رہی ہے کہ انسان کی مٹیریل کوئسٹ میں خدا نے اس کی اسپرچول، اس کا بھی، تھرسٹ کا بھی انتظام کر رکھا ہے۔ اگر اس کی آنکھیں کھلی ہوئی ہیں، تو اس کو آگ بھی ملتی ہے، اور جو ہے، ہدایت بھی ملتی ہے۔ مٹیریل نیڈ بھی اس کی پوری ہوتی ہے، اور اسپرچول نیڈ بھی۔ لیکن انسان عام طور پر مٹیریل نیڈ پر ہی اپنے آپ کو لمیٹڈ کر لیتا ہے۔ تو گویا کہ آیت یہ کہہ رہی ہے کہ جو ہے، مٹیریل نیڈ پر جو ہے، اپنے کو لمیٹڈ مت کرو۔ اس کے آگے کی بھی ایک دنیا یہیں پر رکھی گئی ہے، وہ بھی تم کو دی جائے گی، مٹیریل نیڈ کے ساتھ۔ مٹیریل نیڈ شوڈ ناٹ بی یور اونلی کوئسٹ۔ یو شوڈ گو اہیڈ آف اٹ۔ گویا کہ آیت یہ کہنا چاہ رہی ہے انسان سے۔ ڈاکٹر رجت وغیرہ کے جو مولانا کے پاس آنے کے جو واقعات ہیں، وہ بھی بہت عجیب ہیں۔ ڈاکٹر رجت صاحب کہتے ہیں کہ میرا تو کوئی مسلم فرینڈ ہی نہیں تھا، نہ کالج میں، نہ کالج کے بعد۔ تو کوئی چانس ہی نہیں تھا کہ جو ہے، اسلام کو سمجھیں اور مولانا کے پاس پہنچیں۔ اللہ تعالیٰ نے جو ہے، ایسے کچھ واقعات کروائے کہ جو ہے، وہ آگ لینے کے لیے جائے، لیکن کچھ اور ہی مل جائے۔ ویسے ہی ڈاکٹر رجت کا واقعہ نظر آتا ہے، اس واقعے کو دیکھنے کے بعد۔</w:t>
      </w:r>
    </w:p>
    <w:p>
      <w:pPr>
        <w:jc w:val="right"/>
        <w:bidi/>
      </w:pPr>
      <w:r>
        <w:rPr>
          <w:rFonts w:ascii="Noto Nastaliq Urdu" w:hAnsi="Noto Nastaliq Urdu" w:eastAsia="Noto Nastaliq Urdu" w:cs="Noto Nastaliq Urdu"/>
          <w:sz w:val="26"/>
          <w:rtl/>
          <w:lang w:bidi="ur"/>
        </w:rPr>
        <w:t>صحیح ہے، فیاض بھائی، صحیح ہے۔ اللہ اکبر۔ فیاض صاحب، آپ بالکل صحیح کہہ رہے ہیں۔ اور مجھے یاد ہے کہ جب رجت صاحب پہلی بار آئے تھے، اور پھر آنے لگے دو تین لوگ ، تو یہ جو لیکچر جس کا آپ نے ذکر کیا ہے کہ ہمارے ذہن بہت کھلا، لیکچر کی وجہ سے، یہ ڈاکٹر رجت کی وجہ سے ہی ہوا۔ انہوں نے ہی شروع کیا تھا۔ سنڈے کو شام کو پہلے آتے تھے، چار بجے میرے خیال سے۔ اور مجھے بھی، یعنی حقیقت یہ ہے کہ حالانکہ میں مولانا کے ساتھ رہا ساری زندگی ، لیکن لیکچرز کے بعد ہی میرا ذہن کھلا۔ ویسے تو کتابیں کچھ پڑھتا تھا میں، لیکن جو مولانا کے لیکچرز ہوئے، شروع والے آپ لیکچر سنیں اگر، تو واقعی بہت زبردست تھے وہ۔ تو اس سے ہی ذہن بنا۔ تو یہ واقعی رجت صاحب کو اللہ تعالیٰ اجر عظیم عطا کرے اس کام کے لی ے۔</w:t>
      </w:r>
    </w:p>
    <w:p>
      <w:pPr>
        <w:jc w:val="right"/>
        <w:bidi/>
      </w:pPr>
      <w:r>
        <w:rPr>
          <w:rFonts w:ascii="Noto Nastaliq Urdu" w:hAnsi="Noto Nastaliq Urdu" w:eastAsia="Noto Nastaliq Urdu" w:cs="Noto Nastaliq Urdu"/>
          <w:sz w:val="26"/>
          <w:rtl/>
          <w:lang w:bidi="ur"/>
        </w:rPr>
        <w:t>جی۔ گویا کہ جو ہے، ایک چھوٹا آئیڈیا تھا، لیکن کتنے لوگوں کے لیے یہ بن گیا ریولوشنری۔ تو اللہ تعالیٰ نے جو ہے، ڈاکٹر رجت کو اس کے لیے استعمال کیا۔ اگر شاید ڈاکٹر رجت نہیں آتے، تو پھر یہ جو بعد کے جو واقعات تھے، وہ بھی پیش نہیں آتے، اور ہم بھی نہیں ہوتے۔ ہم بس کتابیں پڑھتے، اور کسی اور کام میں رہ جاتے۔ مولانا کو کبھی سمجھ نہیں پاتے، اگر وہ نہ ہوتا واقعہ، سنڈے لیکچر والا۔ وہ پہلے آئیڈیا، آئیڈیا والے کا ایک کیپشن ہوتا تھا، پہلے آئیڈیا جو یہ ہے، کنیکشن، کیا کہتے ہیں اس کو، موبائل کنیکشن والی۔ تو وہ پہلے لکھتا تھا، این آئیڈیا کین چینج یور لائف۔ اس کا کیپشن ہوتا تھا۔ تو یہ ایگزیکٹلی وہی ہوا ہے، این آئیڈیا کین چینج یور لائف والا معاملہ۔ تو یہ جو سنڈے لیکچر شروع ہوا تھا 2005 سے، کیا رجت صاحب؟</w:t>
      </w:r>
    </w:p>
    <w:p>
      <w:pPr>
        <w:jc w:val="right"/>
        <w:bidi/>
      </w:pPr>
      <w:r>
        <w:rPr>
          <w:rFonts w:ascii="Noto Nastaliq Urdu" w:hAnsi="Noto Nastaliq Urdu" w:eastAsia="Noto Nastaliq Urdu" w:cs="Noto Nastaliq Urdu"/>
          <w:sz w:val="26"/>
          <w:rtl/>
          <w:lang w:bidi="ur"/>
        </w:rPr>
        <w:t>جی جی۔ مطلب 2001 سے۔ تو ریکارڈنگ جو ہے، وہ 2004 یا 2005 سے ہوئی تھی۔ سنڈے، سیٹرڈے سنڈے والا جو ہے معاملہ، وہ پہلے ہم ایک ہفتے میں ایک دن آتے تھے، پھر اس کے بعد دو دن ہو گیا تھا، 2001 میں ہی۔ پھر اس کے بعد ریکارڈنگ لیٹ شروع ہوئی۔</w:t>
      </w:r>
    </w:p>
    <w:p>
      <w:pPr>
        <w:jc w:val="right"/>
        <w:bidi/>
      </w:pPr>
      <w:r>
        <w:rPr>
          <w:rFonts w:ascii="Noto Nastaliq Urdu" w:hAnsi="Noto Nastaliq Urdu" w:eastAsia="Noto Nastaliq Urdu" w:cs="Noto Nastaliq Urdu"/>
          <w:sz w:val="26"/>
          <w:rtl/>
          <w:lang w:bidi="ur"/>
        </w:rPr>
        <w:t>اچھا اچھا۔</w:t>
      </w:r>
    </w:p>
    <w:p>
      <w:pPr>
        <w:jc w:val="right"/>
        <w:bidi/>
      </w:pPr>
      <w:r>
        <w:rPr>
          <w:rFonts w:ascii="Noto Nastaliq Urdu" w:hAnsi="Noto Nastaliq Urdu" w:eastAsia="Noto Nastaliq Urdu" w:cs="Noto Nastaliq Urdu"/>
          <w:sz w:val="26"/>
          <w:rtl/>
          <w:lang w:bidi="ur"/>
        </w:rPr>
        <w:t>مولانا یہ بھی کہتے تھے کہ بعد میں بھی آپ لوگ یہ سنڈے میں آتے رہیے گا۔ تو اب آج کل ویڈیو میں بھی جو ہم لوگ ہر سنڈے پلے کرتے ہیں، اب وہ بھی ہال اچھا بھرا رہتا ہے۔ اور وہ لیکچرز بھی ایک دم نئے لگتے ہیں مولانا کے۔ تو وہ تو کنٹینیو کرنا ہے ہم سب کو، ان شاء اللہ۔</w:t>
      </w:r>
    </w:p>
    <w:p>
      <w:pPr>
        <w:jc w:val="right"/>
        <w:bidi/>
      </w:pPr>
      <w:r>
        <w:rPr>
          <w:rFonts w:ascii="Noto Nastaliq Urdu" w:hAnsi="Noto Nastaliq Urdu" w:eastAsia="Noto Nastaliq Urdu" w:cs="Noto Nastaliq Urdu"/>
          <w:sz w:val="26"/>
          <w:rtl/>
          <w:lang w:bidi="ur"/>
        </w:rPr>
        <w:t>بالکل۔ تو کل کسی کار کے پیچھے لکھا ہوا تھا، میں نے دیکھا، نیور گیو اپ۔ کسی کار کے پیچھے لکھا ہوا تھا، نیور گیو اپ۔ تو میں نے ہمارے ایک ساتھی کو بتایا کہ گویا کہ مولانا کہہ رہے ہیں کہ نیور گیو اپ، کبھی نہیں چھوڑنا اپنی ایکٹیویٹیز کو، اپنے روٹین کو۔ جس دن چھوڑیں گے، اس دن سے معاملہ جو ہے، یہ ہو جائے گا۔</w:t>
      </w:r>
    </w:p>
    <w:p>
      <w:pPr>
        <w:jc w:val="right"/>
        <w:bidi/>
      </w:pPr>
      <w:r>
        <w:rPr>
          <w:rFonts w:ascii="Noto Nastaliq Urdu" w:hAnsi="Noto Nastaliq Urdu" w:eastAsia="Noto Nastaliq Urdu" w:cs="Noto Nastaliq Urdu"/>
          <w:sz w:val="26"/>
          <w:rtl/>
          <w:lang w:bidi="ur"/>
        </w:rPr>
        <w:t>بالکل، بالکل صحیح کہا آپ نے۔ ان شاء اللہ۔</w:t>
      </w:r>
    </w:p>
    <w:p>
      <w:pPr>
        <w:jc w:val="right"/>
        <w:bidi/>
      </w:pPr>
      <w:r>
        <w:rPr>
          <w:rFonts w:ascii="Noto Nastaliq Urdu" w:hAnsi="Noto Nastaliq Urdu" w:eastAsia="Noto Nastaliq Urdu" w:cs="Noto Nastaliq Urdu"/>
          <w:sz w:val="26"/>
          <w:rtl/>
          <w:lang w:bidi="ur"/>
        </w:rPr>
        <w:t>وہ جو حدیث ہے بخاری میں، کہ حضرت سلمان فارسی کے کندھے پر ہاتھ رکھ کے رسول اللہ نے کہا تھا کہ اگر ایمان ثریا پر بھی ہے، تو ہمارے پاس کچھ ایسے لوگ ہیں جو اس کو ثریا ستارے سے بھی جو ہے، لائیں گے، وہاں سے بھی ڈھونڈ نکالیں گے۔ تو اس کا مطلب وہی ہے، کتنا بھی دجالی فتنہ جو ہے، پھیل جائے، کتنا بھی فتنہ دوہما ہو، کتنا بھی جو ہے، انٹلیکچول وینڈرنگ میں لوگ ہوں، تو ہمیں جو ہے، اس وینڈرنگ کے پردے کو ہٹانا ہی ہے۔ چاہے اس کے لیے ثریا پر بھی جانا پڑے، تب بھی جو ہے، ہار نہیں ماننا ہے۔ یعنی عام طور پر یہ فیلنگ ملتی ہے کہ جو ہے، ہمارے کتنے فالوور ہیں، ہمارے کتنے لائکس ہیں۔ تو دوسروں سے کمپئیر کرتے ہیں تو جو ہے، وہ بہت کم دکھائی دیتے ہیں۔ لیکن وہ سب انٹلیکچول فاگ ہیں۔ اگر آدمی اس طرح کی چیزوں کو دیکھ کر اپنے مشن کی قیمت طے کرے، تو وہ تو نتھنگ ہے۔ ہماری قیمت اصل یہ ہے کہ ہم انٹلیکچول فاگ کو ہٹا کر وہاں تک پہنچنا چاہتے ہیں جو ریلیٹی ہے۔ تو اس کو کبھی بھی چھوڑنا نہیں ہے۔ تو لوکان ایمان ثریا، غالباً یہی مطلب۔ چاہے کتنی بھی انٹلیکچول فاگ پڑ جائے، تو اس کے سامنے سکم نہیں ہوں گے۔ تو اصل چیز جو ہے، کتنے ساتھ میں لوگ ہیں، وہ ہوتی نہیں ہے۔ اصل چیز یہ ہوتی ہے کہ آپ نے انٹلیکچول فاگ کو کتنا ہٹا لیا ہے زندگی میں۔</w:t>
      </w:r>
    </w:p>
    <w:p/>
    <w:p>
      <w:bookmarkStart w:id="67" w:name="cl43"/>
      <w:bookmarkEnd w:id="67"/>
      <w:r>
        <w:rPr>
          <w:i/>
          <w:color w:val="77786F"/>
          <w:sz w:val="20"/>
        </w:rPr>
        <w:t>01 Jun 2026 (English)</w:t>
      </w:r>
    </w:p>
    <w:p>
      <w:pPr>
        <w:jc w:val="right"/>
        <w:bidi/>
      </w:pPr>
      <w:r>
        <w:rPr>
          <w:rFonts w:ascii="Noto Nastaliq Urdu" w:hAnsi="Noto Nastaliq Urdu" w:eastAsia="Noto Nastaliq Urdu" w:cs="Noto Nastaliq Urdu"/>
          <w:sz w:val="26"/>
          <w:rtl/>
          <w:lang w:bidi="ur"/>
        </w:rPr>
        <w:t>ہمیں جو ہے اس آیت میں غور کرنے سے یہ بات سمجھ میں آتی ہے کہ جو ہے اللہ تعالیٰ جو ہے اپنے مشنری بندوں کی unexpected مدد کرتا ہے۔ یعنی حضرت موسیٰ جب مصر سے یہاں مدین آئے تھے تو وہ اکیلے اور تنہا انسان تھے، کوئی ان کا نہ رشتہ دار، نہ کوئی دوست، نہ کوئی مددگار ۔ ایک دم بے یار و مددگار جو ہے وہ مدین پہنچے تھے تو مدین کے وہیں پر جو ہے انہوں نے دو لڑکیوں کی مدد کی تھی، جو جن کا کوئی میل یہ نہیں تھا ہیلپ پر۔ تو ان لڑکیوں نے جا کر جو ہے اپنے باپ کو بتایا کہ آج ایک نوجوان نے ہماری مدد کی۔ تو عام طور پر ہمارے مفسرین شعیب کہتے ہیں حضرت شعیب، اور بائبل میں ہے کہ ان کا نام روئیل تھا، وہ لڑکیوں کے باپ کا نام ۔ روئیل اور یترو، دو نام بائبل میں ہیں۔ تو روئیل نے کہا کہ جو ہے اس نوجوان کو گھر بلا لاؤ، اس کی مہمان نوازی کریں گے، اجنبی لگ رہا ہے۔ تو پھر جو بعد میں جو گفتگو ہوئی تو لڑکیوں نے کہا کہ جو ہے ان کو کام پر رکھ لیجیے، چونکہ ہمارے پاس کوئی میل سپورٹر نہیں ہے فیملی میں، اور آپ بوڑھے ہو گئے ہیں۔ یہ دو ان کے اندر خصوصیت ہے، ایک تو یہ امین ہے اور دوسرے جو ہے ایبل بھی ہے، ایبیلیٹی بھی ہے اور آنسٹی بھی ہے ان کے اندر۔ تو اس طرح جو ہے ایگریمنٹ ہوا اور حضرت موسیٰ کو جو ہے وہاں کام ملا روئیل کے گھر میں۔ پھر بعد میں جو ہے حضرت موسیٰ کی جو ہے روئیل کی ایک لڑکی بائبل جن کا نام سفورہ کہتی ہے، سفورہ سے شادی ہوئی اور ایک لڑکا بھی ہوا بائبل کے مطابق جس کا نام جیرسوم تھا، بائبل میں جیرسوم بتایا گیا ہے۔ تو یہاں جو ہے جب واپس ہو رہے ہیں آٹھ سال کے بعد اور رات کے اندھیرے میں جو ہے یہ فیملی ساتھ میں ہے۔ تو اس سے پتہ چلتا ہے کہ آدمی کے اندر جو ہے اگر قابلیت ہو، آنسٹی ہو اور ایبیلیٹی ہو تو خدا تعالیٰ جو ہے اس بنیاد پر اس کو کام دیتا چلا جاتا ہے، سپورٹ دیتا چلا جاتا ہے۔ دو چیزیں ہونا چاہیے اس کے اندر، آنسٹی اور ایبیلیٹی۔ آنسٹی ہو، ایبیلیٹی نہ ہو، یہ بھی ٹھیک نہیں ہے۔ ایبیلیٹی ہو اور آنسٹی نہ ہو، یہ بھی ٹھیک نہیں ہے۔ تو ایک تو لیسن یہ مل رہا ہے کہ کوئی فرد کامیاب ہونا چاہتا ہے تو دو چیزیں اس کے اندر ہونا چاہیے، اسکل بھی ہو، ایجوکیٹڈ ہو یا جو بھی ایج ریلیٹڈ ڈیمانڈ ہے، وہ اس کے اندر ہو۔ اور پھر ساتھ میں آنسٹی ہو، تو خدا تعالیٰ اس کو جو ہے جمع دے گا، اس کے لیے مدد آئے گی۔ اور دوسرا یہ پوائنٹ سمجھ میں آ رہا ہے کہ جو ہے فیملی کا کیا امپورٹنس ہے انسان کے مشن میں۔ فیملیاں عام طور پر جو ہے وہ عسر اور یسر، پارٹنرشپ اور خوشحالی دونوں میں انسان کا ساتھ دیتی ہیں، بالعموم یہی ہوتا ہے انسانی معاشرے میں۔ تو رات کے اندھیرے میں جو ہے پھر ایک ایسے ملک کی طرف واپس ہو رہے ہیں جہاں ان کو ہارڈ شپ فیس کرنی ہے۔ ساتھ میں ان کی وائف سفورہ بھی ہے جو یہ سب فیس کرنے کے لیے جو ہے تیار ہے، ہارڈ شپ ساری۔ تو مولانا یہ کہتے تھے کہ جو ہے اکثر جوڑے جو ہے ایک دوسرے کی قدر نہیں کرتے، انڈر ایسٹیمیٹ کرتے ہیں۔ مولانا نے وہ اپنی کتاب میں لکھا ہے فیملی لائف میں کہ کوئی صاحب ملنے کے لیے آئے تو مولانا نے اندازہ لگایا کہ وہ جو ہے اپنے بچوں میں بہت زیادہ گم رہتے ہیں اور اپنی وائف کو جو ہے وہ امپورٹنس نہیں دیتے جو دینا چاہیے۔ تو مولانا نے اس میں کہا کہ یہی اکثر لوگوں کا حال ہے، ملی ہوئی چیز کی قدر نہ کرنا اور بچوں کے پیچھے لگے رہنا جو کہ ملنے والے نہیں ہیں انسان کو، وہ تو اپنی فیملی فارم کریں گے۔ تو یہاں حضرت موسیٰ کے ساتھ جو ہے اتنے مشکل سفر میں جو ہے سفورہ ساتھ میں ہے، روئیل کی بیٹی، اور پتہ نہیں آئندہ جا کر کیا ہونے والا ہے، مصر میں کچھ بھی پتہ نہیں ہے۔ حضرت موسیٰ تو یہ تھے وہاں پر ریفیوجی، تو اب جا رہے ہیں تو وہاں کیا ہوگا، کیسے حالات پیش آئیں گے، کچھ پتہ نہیں۔ لیکن پھر بھی وہ ساتھ میں ہے، یہ نہیں کہہ رہی ہے کہ جو ہے آپ جائیے، ہم یہاں بیٹھے رہتے ہیں اپنے مدین میں، بلکہ وہ ساتھ ہو گئی۔ یعنی حضرت موسیٰ نے تھوڑی سی مدد کی تو اس خاتون نے جو ہے اپنی پوری زندگی ان کو دے دی، گویا کہ پانی کی ایک بالٹی جو ہے اس خاتون کو جو ہے اپنی پوری زندگی سیکریفائس کرنے پر یہ کر دی، مجبور کر دی۔ تو اللہ تعالیٰ یہ یاد کرو، غالباً اسی لیے کہہ رہا ہے کہ ہر انسان کے لیے جو ہے اس کی دنیاوی مشن اور دینی مشن میں اس کی فیملی کا بڑا امپورٹنٹ رول ہوتا ہے، تو اس کو پکڑنا چاہیے۔ خود مولانا کا جو واقعہ پہلے تو مولانا رام پور میں تھے، اس کے بعد لکھنو میں۔ لکھنو کا جب معاملہ فنش ہوا تو مولانا جو ہے واپس شاید اپنے گاؤں چلے گئے تھے۔ تو اللہ تعالیٰ نے جو ہے وہ جمعیت علماء والوں کو بھیجا وہاں پر، الجمیعہ ویکلی کے ذمہ داروں کو۔ اس طرح مولانا جو ہے دلی سیٹل ہونے کا موقع ملا۔ تو گویا کہ جو ہے سی پی ایس اور رسالہ مشن کے لیے اللہ نے جو ہے جمعیت علماء کو ذریعہ بنایا، مولانا خود سے تو آنے والے نہیں تھے کہیں۔ مولانا کا اس طرح کا مزاج نہیں تھا کہ وہاں جائیں، بڑے شہر میں رہیں، اس طرح نہیں تھا۔ لیکن اللہ نے جو ہے زبردستی غالباً دلی لایا مولانا کو۔ اگر مولانا دلی نہیں آتے تو کوئی انٹرنیشنل مشن بھی قائم نہیں کر پاتے، نہ اس طرح کا بڑا ذہنی ارتقاء ہوتا جو بعد میں دیکھنے کو ملا۔ رسالہ کی شکل میں 50 سال تک جو ہے 46 ایئرز تک مولانا سنگل ہینڈڈلی میگزین نکالتے رہے۔ تو اس میں مولانا کی فیملی کا جو ہے مولانا خود کہتے تھے کہ بہت بڑا رول ہے مولانا کی اہلیہ کا۔ تو غالباً یہاں جو واقعہ ہے وہ اس ٹائپ کے زندگی کے اندر ٹرننگ پوائنٹ کو یاد کرنے کے لیے غالباً کہا جا رہا ہے کہ انسان اپنے ٹرننگ پوائنٹ کو پکڑے کہ کس طرح اللہ تعالیٰ اس کی سپرچول گروتھ اور مٹیریل گروتھ کے راستے کھولتا ہے، اس کو یاد کرے، اس کو ملے، اس کو سمجھے، اس کو ڈسکس کرے۔ اپنے رب کی نعمتوں کا جو ہے چرچا کرو، یاد کرو، اس کو ڈیڈ ایونٹ کی طرح چھوڑو مت۔ تو عام طور پر ہم جو ہے اس طرح کے اہم ایونٹس کو جو ہے بعد میں بھول جاتے ہیں، بھولی بسری یادوں میں ڈال دیتے ہیں اس کو۔ حالانکہ قرآن کہہ رہا ہے اس طرح کے ایونٹ کو جو ہے اس طرح کے ڈیڈ رجسٹر میں ڈالنے کی ضرورت نہیں، اس کو یاد کرنے کی ضرورت ہے تاکہ ایمان، یقین اور انسان کی سوچ میں اضافہ ہوتا رہے کہ کس طرح زندگی میں ٹوسٹ اور ٹرن آتے رہتے ہیں۔ تو موسیٰ کا کہہ کر جو ہے گویا کہ ہم سب کو یہ کہا جا رہا ہے کہ اس کو کِل مت کرو، اپنے ایونٹس کو اس کو زندہ رکھو اور اس کا چرچا کرو تاکہ شکر پیدا ہو، پوزیٹیوٹی پیدا ہو اور خدا کی کتاب اور پیغمبروں سے جو ہے لگاؤ بڑھ سکے تمہارا۔ پورے ضحی میں یہی پیٹرن دیا گیا ہے سارا کہ رسول اللہ سے کہا جا رہا ہے کہ اپنے ارلی ایج کو یاد کرو۔ تو اس طرح کہہ کے جو ہے یہ پیٹرن ہے خدا کا کہ اپنے لائف اکاؤنٹ کو جو ہے لائیو رکھو، لائف میموری کا پارٹ بناؤ، اس کا چرچا کرو ہمیشہ یاد کر کر کے۔ عام طور پر بہت دن ہونے کے بعد انسان بھول جاتا ہے اپنے واقعات، حالات اچھے اور برے دونوں کو بھول جاتا ہے انسان، حالانکہ وہ ذکر کا آئٹم ہے قرآن کے مطابق۔ یہ ہے چیپٹر ہے، اس چیپٹر کو انسان جو ہے ڈیڈ چیپٹر بنا دیتا ہے۔ اس کو ڈیڈ چیپ ٹر نہیں بنانا ہے بلکہ لیونگ شکر کا آئٹم بنانا ہے اس کو ۔</w:t>
      </w:r>
    </w:p>
    <w:p/>
    <w:p>
      <w:pPr>
        <w:pStyle w:val="Heading1"/>
      </w:pPr>
      <w:bookmarkStart w:id="68" w:name="vg23"/>
      <w:bookmarkEnd w:id="68"/>
      <w:r>
        <w:t>The Ants (Al-Naml) - 27:9-14</w:t>
      </w:r>
    </w:p>
    <w:p>
      <w:bookmarkStart w:id="69" w:name="cl44"/>
      <w:bookmarkEnd w:id="69"/>
      <w:r>
        <w:rPr>
          <w:i/>
          <w:color w:val="77786F"/>
          <w:sz w:val="20"/>
        </w:rPr>
        <w:t>02 Jun 2026 (Urdu)</w:t>
      </w:r>
    </w:p>
    <w:p>
      <w:pPr>
        <w:jc w:val="right"/>
        <w:bidi/>
      </w:pPr>
      <w:r>
        <w:rPr>
          <w:rFonts w:ascii="Noto Nastaliq Urdu" w:hAnsi="Noto Nastaliq Urdu" w:eastAsia="Noto Nastaliq Urdu" w:cs="Noto Nastaliq Urdu"/>
          <w:sz w:val="26"/>
          <w:rtl/>
          <w:lang w:bidi="ur"/>
        </w:rPr>
        <w:t>جی مولانا، یہ آپ نوٹ میں جو کہہ رہے ہیں کہ اللہ تعالیٰ جو ہے غیر متوقع طور پر جو ہے عنایت کرتا ہے، جیسے یہاں موسیٰ کے واقعے میں، موسیٰ تو بس اپنی ایک بہت چھوٹی نیڈ کے لیے گئے تھے، آگ یا راستے کے کوئی گائیڈنس ، اندھیری رات میں۔ لیکن وہاں ایک ان ایکسپیکٹڈ واقعہ ہوا کہ خدا نے کلام کیا حضرت موسیٰ سے، اور پھر جو ہے ایک آرڈینری لاٹھی کو جو ہے ایکسٹرا آرڈینری بنا دیا، اور ایک دوسرا معجزہ بھی دیا کہ چمکتا ہوا ہاتھ۔ تو یہ موسیٰ کی جو ہے توقع کے خلاف تھا۔ موسیٰ تو بس ایسے ہی واپس اپنے وطن اور اپنے رشتہ داروں میں واپس ہونے کے لیے نکلے تھے، مدین سے آٹھ سال کے بعد۔ تو اچانک جو ہے یہ پیغمبری کا اپوائنٹمنٹ ، یہ بہت ہی یہ تھا، یہ ان ایکسپیکٹڈ تھا۔ تو مولانا یہ کہہ رہے ہیں کہ انسان کی شخصیت پر جو ہے ان ایکسپیکٹڈ باتوں کا امپیکٹ بہت پڑتا ہے۔ وہاں سے وہ آدمی ڈفرنٹ انسان بن جاتا ہے۔ تو اگر اس کو توسیع طور پر لیں تو غیر پیغمبر کے لیے بھی اللہ تعالیٰ اس طرح کے واقعات کرتے ہیں، اسپرچول اور مٹیریل وغیرہ۔ یعنی ہم سوچ بھی نہیں پاتے کہ ایسا ہمارے ساتھ پیش آئے گا، لیکن ایسی کوئی بڑی بلیسنگ پیش آتی ہے زندگی میں۔ آدمی کو لگتا ہے کہ میں تو یہ سوچا ہی نہیں تھا، یہ اچیومنٹ کہاں سے آ گیا۔ جیسے خود مولانا کا مشن بھی ہمارے لیے ایسے ہی ہے۔ مولانا کا مشن بھی جو ہے ایک ان ایکسپیکٹڈ بلیسنگ ہے، خدا کی جو نعمتوں میں جو ہے سب سے بڑی نعمت ہے اصل میں ، کیونکہ وہ آپ کو جو کانسیپٹ دے رہی ہے وہ ان لمیٹڈ اسپرچول اور انٹلیکچول گروتھ کو مولانا بہت زیادہ امپورٹنٹ دیتے ہیں۔ بتاتے ہیں کہ اسلام جو ہے ایسی پرسنیلٹی تیار کرنا چاہتا ہے جو مسلسل انٹلیکچول ڈیولپمنٹ ہوتا رہے، اس کا روزانہ ، ڈیلی بیسس پر۔ تو دوسرے جو ہمارے اسلامی حلقے ہیں وہ اس بات سے واقف نہیں ہیں، کوئی بھی حلقہ، اس کو یہ پتہ ہی نہیں ہے کہ جو ہے انٹلیکچول ڈیولپمنٹ بھی کوئی چیز ہے، ڈیلی بیسس پر۔ تو یہ میں سمجھتا ہوں ہمارے لیے جو ہے ایک ان ایکسپیکٹڈ بلیسنگ ہے، اللہ تعالیٰ کی، مولانا کے ذریعے۔ خود مولانا بھی واقف نہیں تھے ان باتوں سے۔ اللہ تعالیٰ نے جو ہے مسلسل غور و فکر کے نتیجے میں یہ بات مولانا کو سمجھائی کہ اسپرچولیٹی جو ہے ہارٹ بیس نہیں ہے، مائنڈ بیس ہے۔ کوئی یہ بات جو ہے اتنی کلیرٹی کے ساتھ بتاتا نہیں، مولانا کے علاوہ، مائنڈ بیس اور ہارٹ بیس کے فرق کو۔ سارے لوگ جو ہے ہارٹ بیس میں ہی پڑے ہوئے ہیں، اور پوری زندگی ایمبیگیٹی اور اس میں ہی گزارتے ہیں، اس طرح کی ڈاؤٹس میں، اسپرچولیٹی کے نام سے لوگ سارے ایمبیگیٹی میں زندگی گزارتے ہیں۔ مولانا جو ہے اس کو بالکل کلیرٹی کے ساتھ بتاتے ہیں کہ جو ہے تزکیہ یا ربانیت جو ہے مسلسل غور و فکر پڑھنے، لکھنے ، اسیسمنٹ کرنے ، قرآن و حدیث میں ڈیپ جانے کا نام ہے، نہ کہ کوئی ہارٹ بیس ایکٹیویٹی۔ تو یہ جو ڈیفرنس ہے آج کے موجودہ اسلامی حلقوں میں اور حدیث عالم میں وہ بہت ہی عجیب و غریب ہے، وہ جتنا آپ سوچیں اتنا زیادہ وہ حیرت ناک ہے۔ تو میں سمجھتا ہوں یہ ہمارے لیے خدا کی جو ہے ان ایکسپیکٹڈ بلیسنگ ہے، ہماری نسبت سے۔ اس کو جو انسان جتنا پکڑے گا، اس بات کو، مائنڈ بیس اور ہارٹ بیس کے فرق کو ، اتنا زیادہ وہ جو ہے ایمبیگیٹی سے باہر آئے گا، ذہنی وسوسوں سے باہر آئے گا، اور مینٹل وینڈرنگ سے بچے گا زندگی میں۔ قرآن کے الفاظ میں اس کو ہم کہہ سکتے ہیں اجر غیر ممنون ہے، یہ مائنڈ بیس اسپرچولیٹی والی بات۔ ہم جو ہے ایمان اور عمل صالح والوں کو اجر غیر ممنون دیں گے، ان کٹ ریوارڈ دیں گے۔ تو شاید دنیا کی زندگی میں سب سے بڑا ریوارڈ یہی ہے کہ آدمی جو ہے مسلسل انٹلیکچول گروتھ کو گین کرتا رہے، اور مسلسل اس میں ترقی کرے۔ اس سے بڑی بلیسنگ شاید زمین پر جو ہے کوئی دوسری نہیں، انٹلیکچول گروتھ سے بڑی یا ربانی گروتھ سے بڑی کوئی چیز نہیں، جو مولانا کے مشن میں واضح ہے، ہمارے دوسرے حلقوں میں واضح نہیں ہے۔ یہ بات یا تو فارم میں لگے ہوئے ہیں یا ہارٹ بیس ایکٹیویٹیز میں لگے ہوئے ہیں، ہمارے اسلامی حلقے کوئی فارم کی طرف فوکس کرتا ہے تو کوئی ہارٹ بیس ایکٹیویٹیز کی طرف۔ کسی کو پتہ نہیں ہے کہ جو ہے اصل چیز جو ہے انٹلیکچول ڈیولپمنٹ ہے۔ دو باتیں جو ہیں بہت بڑا کوئی انسیڈنس لگتا ہے، یعنی ہمارے کوئی بھی اسلامی سرکل جو ہے انٹلیکچول ڈیولپمنٹ کی بات نہیں کرتے، مائنڈ بیس ربانیت کی بات نہیں کرتے، کوئی بھی اتنی کلیرٹی نہیں ہے اس بات پر، صرف مولانا کو ہے۔ اور اس وقت میں جو ہے سائنٹیفک ڈیٹے کا کریٹ ہونا زمین پر، جو کہ پہلے اویلیبل نہیں تھا، فزکس اور بائیولوجی اور دوسرے جو فیلڈز دنیا میں یہ ہوئے، انویسٹیگیٹ ہوئے، اس کا جو ڈیٹا آ گیا، ایک طرف مولانا کا یہ کہنا کہ ربانیت نام ہے مائنڈ بیس تھنکنگ کا، مائنڈ بیس ایکٹیوزم کا، اور دوسری طرف اتنا ہیوج ڈیٹا آنا، تو یہ بہت عجیب کو انسیڈنس ہے۔ یہ دو باتیں ایک ساتھ دنیا میں عجیب و غریب طور پر پیش آئیں۔ اگر کوئی انسان یہ سائنٹیفک ڈیٹا سے پہلے یہ بات بولتا بھی تو لوگوں کے پاس اتنا ڈیٹا اویلیبل نہیں تھا، ایڈیشنل ڈیٹا اویلیبل تھا یونیورس کا، سائنٹیفک ڈیٹا نہیں تھا۔ تو سائنٹیفک ڈیٹے کا آنا اور آئے وقت میں ایک اسلامی داعی کا جو ہے یہ کہنا کہ ربانیت اس طرح کی ایکٹیویٹی کہتے ہیں، یہ بہت عجیب کو انسیڈنس ہے، دو باتوں کا ایک ساتھ پیش آنا۔ مولانا کی کتاب ظہور اسلام کا جو پہلا آرٹیکل ہے، تین انقلابات، اس میں اس کو مولانا نے ذکر کیا ہے، سائنٹیفک ڈیٹے کا یہ ہونا، ایمرج ہونا، یہ نالج ایکسپلوژن، یہ بہت ہی زمین پر عجیب و غریب واقعہ ہے، نالج ایکسپلوژن کا ۔</w:t>
      </w:r>
    </w:p>
    <w:p/>
    <w:p>
      <w:bookmarkStart w:id="70" w:name="cl45"/>
      <w:bookmarkEnd w:id="70"/>
      <w:r>
        <w:rPr>
          <w:i/>
          <w:color w:val="77786F"/>
          <w:sz w:val="20"/>
        </w:rPr>
        <w:t>03 Jun 2026 (English)</w:t>
      </w:r>
    </w:p>
    <w:p>
      <w:pPr>
        <w:jc w:val="right"/>
        <w:bidi/>
      </w:pPr>
      <w:r>
        <w:rPr>
          <w:rFonts w:ascii="Noto Nastaliq Urdu" w:hAnsi="Noto Nastaliq Urdu" w:eastAsia="Noto Nastaliq Urdu" w:cs="Noto Nastaliq Urdu"/>
          <w:sz w:val="26"/>
          <w:rtl/>
          <w:lang w:bidi="ur"/>
        </w:rPr>
        <w:t>آمین، یہ جو آیت میں جو ہے، حضرت موسیٰ کے پاس جو ہے، پہلے ہی سے دو چیزیں تھیں۔ یعنی لاٹھی بھی تھی پہلے ہی سے اور ہاتھ بھی تھا۔ تو لاٹھی سے جو ہے، حضرت موسیٰ کہتے ہیں کہ جو ہے، اللہ تعالیٰ جب پوچھتا ہے کہ تمہارے ہاتھ میں کیا ہے، تو کہتے ہیں یہ میری لاٹھی ہے۔ میں اس سے جو ہے، اپنے جانوروں کو ہانکتا ہوں۔ اور بھی بہت سارے اس سے کام لیتا ہوں۔ تو لاٹھی جو ہے، already available تھی، تو اس کو اللہ نے جو ہے، extraordinary لاٹھی میں convert کر دیا۔ یعنی ایک عام سی لاٹھی تھی جو تھوڑے بہت ordinary کام کرتی تھی، جو انسان عام طور پر کرتے ہیں۔ تو اللہ تعالیٰ نے اسی کو convert کر دیا extraordinary میں۔ تو اس لاٹھی نے جو ہے، جو صرف پہلے جانوروں کو ہانکتی تھی، یا پتے وغیرہ توڑنے میں استعمال ہوتی تھی، اس نے عجیب عجیب کام کیے۔ یعنی اسی کے ذریعے جادوگروں کا مقابلہ کیا گیا۔ اسی کے ذریعے جو ہے، سمندر کو 12 حصوں میں divide کیا گیا۔ اسی کے ذریعے چٹان سے جو ہے، 12 چشمے نکلے۔ تو حضرت موسیٰ جب گئے تھے مصر سے مدین کی طرف ، تو ایک ordinary انسان تھے۔ اور وہ بھی جو ہے، as a abscondor گئے تھے۔ ایک murder کے case میں جو ہے، بھاگنا پڑا تھا۔ اور ایک ایک عام سا انسان، قاتل انسان کے طور پر جو ہے، مصر سے جانا پڑا تھا۔ تو جب واپس آ رہے ہیں تو اللہ تعالیٰ نے پورے حالات change کر دیے ان کے۔ اور اللہ تعالیٰ جو ہے، ان کے اندر یہ احساس کو ختم کرنا چاہتا ہے۔ ڈر کی نفسیات ، لوگوں کا ڈر، یا اس طرح کا خوف جو ہے، اسے باہر نکال کر ان کو ایک perfect personality بنانا چاہتا ہے۔ تو قرآن میں دوسری جگہ ہے کہ وہ کہتے ہیں کہ جو ہے، وَلَهُمْ عَلَيَّ ذَنْبٌ وَأَخَافُ أَنْ يَقْتَلُونِ ایک مجھ پر murder charge ہے، تو شاید میں جو ہے، اس کے بدلے قتل کیا جاؤں۔ تو اللہ تعالیٰ کہتے ہیں نہیں، ایسا نہیں ہوگا۔ تمہارا جو ہے، قتل کا گناہ جو ہے، ہم نے اس کو معاف کر دیا ہے۔ کیونکہ ایک تو unwillingly ہوا تھا۔ اور دوسرا جو ہے، حضرت موسیٰ نے اعتراف بھی کیا تھا کہ فَلَنَكُونَ رَهِيْتَ لِلْمُجْرِمِينَ پہلے تو خطی کو مظلوم سمجھ کے مدد کی تھی۔ دوسرے دن پتہ چلا تھا کہ جو ہے، خطی خود بڑا گڑبڑ آدمی ہے۔ تو ایک تو خود حضرت موسیٰ کو اعتراف تھا اپنی غلطی کا ، کہ میں نے خواہ مخواہ جو ہے، اپنی community کے آدمی کی مدد کی۔ اور پھر جو ہے، accidentally ایک death ہو گئی۔ تو اللہ تعالیٰ جو ہے، یہ بتا رہا ہے کہ جو ہے، پیغمبروں کو جو ہے، میرے سامنے ڈرنا نہیں چاہیے۔ اور رہی آپ کی وہ غلطی، ہم نے معاف کر دی۔ کیونکہ ایک تو unwillingly ہوئی تھی، اور پھر آپ کو اس پر repentance بھی تھا۔ تو یہی same بات حضرت یونس کے ساتھ بھی ہوئی تھی۔ حضرت یونس سے غلطی ہوئی، اور پھر انہوں نے repentance show کیا اپنا، کہ مجھ سے غلطی ہوئی۔ یہی حال آدم اور حوا کا بھی تھا۔ تو اس سے یہ پتہ چلتا ہے کہ جو ہے، آدمی کے جو ہے، thoughts میں flaws ہو سکتے ہیں۔ سوچ جو ہے، غلط ہو سکتی ہے کسی زمانے میں۔ پھر بعد میں وہ correction آتا ہے۔ تو اگر آدمی سچے دل سے correction کرے اس کا، اور جو ہے، اس پر نادم ہو، تو اللہ تعالیٰ جو ہے، اس کو ignore کرتا ہے اس غلطی کو۔ جیسا کہ یہاں آیت میں بتایا گیا۔ تو اس میں جو ہے، Indian Muslims کے لیے ایک بڑی یہ ہے، ایک lesson ہے۔ وہ two nation theory اور اس طرح کی بہت ساری غلطیاں کر چکے ہیں۔ اگر وہ اس کا کھلا اعتراف کریں ، کہ یہ ہماری غلطی ہے ملوخ قوم کے ساتھ۔ اور ہم نے جو ہے، misbehave کیا ہے۔ تو اللہ تعالیٰ جو ہے، جو ان کے حالات ہیں، unwanted، اس کو ٹھیک کر سکتا ہے۔ مگر شرط ہے کہ وہ openly اس کو confess کریں۔ کہ ہم نے two nation theory develop کی، ہم نے separatist movement چلائی۔ یہاں تک کہ ملوخ community میں جو ہے، reaction پیدا ہوا۔ وہ اپنے آپ کو جو ہے، unsafe feel کرنے لگے۔ اور وہ reaction میں جو ہے، different legislation pass کرتے ہیں، اور مختلف طریقے سے جو ہے، اپنی safety کے لیے یہ کرتے ہیں۔ unsafe feeling کے ساتھ۔ سب سے زیادہ جو ہے، لوگ غیر مسلم community انڈیا میں جس بات سے ڈرتی ہے، وہ demographic change ہے۔ وہ یہ سمجھتے ہیں کہ جو ہے، demographic change جو ہے، ہمارے لیے سب سے بڑا threat ہے۔ تو اس کو روکنا چاہیے۔ تو اس خوف کے تحت وہ different type کے جو ہے، قانون بناتے ہیں۔ تبدیلی مذہب پر پابندی، اور فلاں اور فلاں، اور اس طرح کی بہت ساری چیزیں۔ تاکہ demographic shift نہ ہو۔ اور ہم جو ہے، ایک threat and community نہ بنیں۔ تو وہ feeling ہم خود دے رہے ہیں ان کو۔ اگر ہم جو ہے، حضرت موسیٰ کی طرح یہ کہیں کہ ہم نے unnecessary conflict میں جو ہے، اپنے قوم کے لوگوں کو ڈال دیا ہے۔ یہ جھوٹی سوچ تھی، two nation theory یا separatist movement وغیرہ وغیرہ۔ صحیح بات یہ ہے کہ دنیا جو ہے، دارالانسان ہے، دارالدعویٰ ہے۔ اور انسانوں کو جو ہے، اپنے resources کے ساتھ ساتھ جو ہے، جنت کے، جنت کی call کو جو ہے، notice میں لینا چاہیے۔ اس طرح کی سوچ اگر ہم پیدا کریں گے تو different حالات ہوں گے۔ اگر ہم اسی پر رہیں گے تو إِلَّا مَنْ بَدَّلَ بَعْدَ سُوءٍ میں ہمارا case نہیں آئے گا، اس صورت میں۔ جو بھی اس طرح کی چیزیں ہیں، جو ملوخ کو unsafe feeling دیتی ہیں، اس سے اپنے mind کو نکالنا، اور اپنے surrounding میں وہ message دینا کہ ہم جو ہے، تمہارے لیے کوئی threat community نہیں ہیں۔ ہم تو cooperative ہیں۔ یہ feeling دیں گے تو اللہ تعالیٰ جو ہے، حالات کو بدلے گا۔ ورنہ جو ہے، repentance کرنے والوں میں شمار نہیں ہوگا۔ ہندوستانی مسلمانوں کا ۔ غالباً ہم یہ کہہ سکتے ہیں کہ جو ہے، ہندوستانی مسلمانوں کی توبہ یہ ہے کہ وہ مولانا کی بات کو مان لیں۔ اپنے شاکلے کے معاملے میں، اپنی سوچ کے correction کے معاملے میں۔ اگر وہ مولانا کی باتوں کو مان لیں گے تو ان کے لیے جو ہے، توبہ کے ہم معنی ہوگا۔ اور اگر مولانا کی باتوں کو نہیں مانیں گے تو vague acceptance ہے۔ یعنی مجبور ہو کر کچھ باتیں مانیں گے، لیکن دل میں کچھ ہوگا اور زبان پر کچھ ہوگا۔ مسلمانوں کے ہندوستانی۔ صحیح طریقہ یہ ہے کہ مسلمان جو ہے، مولانا کی باتوں کو totality کے ساتھ مان لیں۔ تو تب ہی جو ہے، وہ توبہ اور repentance شمار ہوگا۔ کوئی بھی دوسری صورت جو ہے، وہ صرف ظاہری یہ ہوگا، بس زبانی زبانی اظہار ہوگا، نہ کہ ذہنی اظہار۔ ذہن کا correction۔ تو بظاہر ایسے ہی لگ رہا ہے کہ مسلمان اگر مولانا کی باتوں کو مان لیتے ہیں تو وہ توبہ شمار ہوگی، خدا کے پاس بھی، انسانوں کے پاس بھی۔ اگر مولانا کی بات کو نہیں مانتے ہیں تو بحالت مجبوری وہ کچھ بولتے رہیں گے۔ لیکن actual میں جو ہے، ان کا شاکلہ جو ہے، correct نہیں ہو سکے گا۔ اسی میں پھنسے رہیں گے وہ۔ تو حضرت موسیٰ نے جو ہے، بغیر کسی condition کے مان لی اپنی وہ غلطی کو، جو خطی کے ساتھ ہوئی تھی۔ اس میں if but نہیں رکھا کسی بھی طرح کا۔ openly جو ہے، confess کیا کہ میرے سے یہ غلطی ہوئی۔ تو گویا کہ confession جو ہے، اس بات کا نام ہے کہ آدمی openly مان لے، if or but نہ رکھے کچھ بھی۔ اگر if or but رکھتا ہے تو وہ خدا کے پاس توبہ شمار نہیں ہوگی ۔</w:t>
      </w:r>
    </w:p>
    <w:p/>
    <w:p>
      <w:pPr>
        <w:pStyle w:val="Heading1"/>
      </w:pPr>
      <w:bookmarkStart w:id="71" w:name="vg24"/>
      <w:bookmarkEnd w:id="71"/>
      <w:r>
        <w:t>The Ants (Al-Naml) - 27:15-16</w:t>
      </w:r>
    </w:p>
    <w:p>
      <w:bookmarkStart w:id="72" w:name="cl46"/>
      <w:bookmarkEnd w:id="72"/>
      <w:r>
        <w:rPr>
          <w:i/>
          <w:color w:val="77786F"/>
          <w:sz w:val="20"/>
        </w:rPr>
        <w:t>04 Jun 2026 (Urdu)</w:t>
      </w:r>
    </w:p>
    <w:p>
      <w:pPr>
        <w:jc w:val="right"/>
        <w:bidi/>
      </w:pPr>
      <w:r>
        <w:rPr>
          <w:rFonts w:ascii="Noto Nastaliq Urdu" w:hAnsi="Noto Nastaliq Urdu" w:eastAsia="Noto Nastaliq Urdu" w:cs="Noto Nastaliq Urdu"/>
          <w:sz w:val="26"/>
          <w:rtl/>
          <w:lang w:bidi="ur"/>
        </w:rPr>
        <w:t>یہ یہاں اس آیت میں: "ولقد آتينا داؤد وسليمان علماً" حضرت موسیٰ کو جو علم دیا گیا تھا، وہ جو ہے صرف معجزاتی تھا، ایسا لگتا ہے۔ یعنی نبوت کے علاوہ جو آپ کو خصوصی جو ہیلپ دی گئی، وہ لاٹھی اور عصا یہ تھا، شیننگ ہینڈ۔ حضرت داؤد کا زمانہ حضرت موسیٰ کے 500 سال بعد ہے، تقریباً۔ تو جو منصوبہ اللہ تعالیٰ جو ہے حضرت ابراہیم سے شروع کیا تھا کہ میں تمہیں یہ کنعان کی زمین دوں گا، تو وہ تقریباً 1000 سال کے بعد حضرت داؤد اور سلیمان کے ذریعے پورا ہوتا ہوا دکھائی دیتا ہے۔ یعنی حضرت یوسف کے بعد جو ہے تقریباً ساڑھے چار سو، چار سو سال مصر میں رہے لوگ، 500 سال وہاں تعداد بڑھی۔ پھر حضرت موسیٰ کے ذریعے واپس ان کو ریسیٹل کیا گیا کنعان میں۔ تو حضرت موسیٰ کے بعد جو ہے بائبل کے مطابق خضات کا دور رہا، یعنی کنعان کے مختلف علاقوں میں بنی اسرائیل کو سیٹل کیا گیا۔ یہ خضات کا دور تقریباً 500 سال تک چلتا رہا۔ اس کے بعد جو ہے سلاطین کا دور شروع ہوا۔ تو ساؤل جو ہے، طالوت جن کو قرآن کہتا ہے، وہ پہلے بادشاہ ہیں۔ ان کے بعد جو ہے حضرت داؤد ہی ہے۔ تو اس سے یہ پتہ چلتا ہے کہ جو ہے چھوٹا منصوبہ اگر ہو تو خدا جو ہے چھوٹے اسپین آف ٹائم میں اس کو پورا کرتا ہے، اور اگر بڑا منصوبہ ہو تو اس کے لیے جو ہے سینچریز لگتے ہیں۔ تو یہاں جو ہے حضرت داؤد تک پہنچتے پہنچتے تقریباً 1000 سال کی مدت ہے، حضرت ابراہیم اور حضرت داؤد کے بیچ میں۔ حضرت موسیٰ اور حضرت داؤد کے بیچ میں 500 سال کی تقریباً مدت۔ اسی طرح جو ہے جو اللہ تعالیٰ کا دوسرا جو منصوبہ تھا، بنو اسماعیل سے، اس کے لیے تو تقریباً جو ہے 2000 سال کی مدت لگی۔ تو مولانا نے ایک آرٹیکل میں لکھا ہے: جتنا بڑا منصوبہ، اتنا زیادہ صبر اور جو ہے لمبا وقت۔ بڑے منصوبے اور بڑی دعائیں جو ہے ایک دو دن میں پوری نہیں ہوتی۔ اس کے لیے خدا نے جو ٹائم رکھا ہے، وہ صدیوں پر محیط ہوتا ہے۔ تو حضرت داؤد جو ہے، اسی کا غالباً اظہار ہے، ایک خدا کے بڑے منصوبے کا، کہ حضرت موسیٰ کے بعد بھی 500 سال تک ویٹ کرنا پڑا۔ اور حضرت موسیٰ اور داؤد میں جو ہے ایک واضح فرق دکھائی دیتا ہے۔ حضرت موسیٰ کو جو ہے معجزاتی ہیلپ دی گئی، حضرت داؤد کو دونوں بھی دی گئی، معجزاتی بھی اور علم بھی۔ تو یہاں جو ہے حضرت سلیمان اور داؤد کو ہم نے علم دیا، جو بات ہے وہ غالباً معجزے، معجزہ پلس ہے۔ یعنی معجزہ کے ساتھ دنیا کا علم۔ جیسے وہ لوہے کو پگھلانا اور اس سے جو ہے مختلف اوزار بنانا، دنیاوی اور جنگی، گھریلو اور جنگی قسم کے۔ تو اس سے جو ہے اللہ تعالیٰ کے عطیے کا فرق معلوم پڑتا ہے، کہ ضرورت کے حساب سے خدا جو ہے اپنا عطیہ جو ہے بڑھاتا رہتا ہے۔ حضرت موسیٰ کو جو دیا گیا تھا، اس سے زیادہ حضرت داؤد کو غالباً عطا کیا گیا۔ اور اگر ہم شکر کے اینگل سے دیکھیں تو امت محمد کو جو ہے اس سے بھی زیادہ، یعنی علم کے اعتبار سے، اور دوسرے اینگل سے جو ہے امت محمد کو اس سے بھی زیادہ دیا گیا ہے، حضرت موسیٰ اور حضرت داؤد سے بھی۔ یعنی ایک محفوظ کتاب، ایک محفوظ زبان۔ خدا کی دین کی پوری حفاظت، اور پھر سائنسی دور کا اضافہ اس پر۔ تو اللہ تعالیٰ جو ہے دور کی نسبت سے اپنے عطیے کو جو ہے بڑھاتا رہتا ہے، غور کرنے سے اس طرح لگتا ہے۔ تو اس دور کی نسبت سے معجزہ اور علم کی ضرورت تھی۔ تو اللہ تعالیٰ نے معجزہ اور علم دیا۔ ہمارے دور کی نسبت سے جو ہے سائنٹیفک ڈیٹا اور ایج آف کمیونیکیشن، اور ایج آف ایوی ایشن، ایج آف ٹرانسپورٹیشن، ایسے دسیوں گنا زیادہ بڑی بڑی چیزیں آج جو ہے اہل ایمان کو دی گئی ہیں۔ تو غالباً ان باتوں کا ذکر اس لیے ہے تاکہ اضافے کو نوٹ کیا جائے۔ موسیٰ اور داؤد کے بعد خدا نے کیا اضافہ کیا ہے اہل توحید کے لیے؟ تو ان کے واقعات کا ذکر کر کے موجودہ دور کے لوگوں کے عطیے میں کیا انکریزمنٹ ہوا ہے؟ تو غالباً اس طرف جو ہے توجہ دلائی جا رہی ہے، آیتوں کے ذریعے۔ یہود جو ہے ساری اپنی کوششوں کے باوجود جو ہے صرف کنعان میں لمیٹڈ ہو کر رہ گئے تھے۔ یعنی 2000 سال کی کوشش میں جو ہے صرف کنعان کے پروٹیکشن میں ان کی ساری ایفرٹس لگ گئی۔ لیکن امت محمد جو ہے بہت ہی کم مدت میں اس دور کی جو نان جو دنیا جو تھی، نان کانٹیننٹس، ان سب پر جو ہے اسلام کو کی مشنری ایفرٹ کو سکسیس فلی کر لیا۔ یعنی افریقہ اور یورپ، ایشیا، اور اس طرح کے جو ساؤتھ ایسٹ، ایشیا، سارا بہت ہی کم مدت میں جو ہے سارا مشن جو ہے پھیل گیا، رسول اللہ کا۔ اور بہت ہی امیزنگلی جو ہے یہ جو ملاکہ، جس کو کہتے ہیں ملاکہ کنٹریز، ملیشیا اور انڈونیشیا اور برونی، اس طرح کے، تو عجیب و غریب طور پر وہاں جو ہے ہیوج جو ہے تعداد میں لوگوں نے اسلام قبول کیا وہاں پر۔ تو کسی ہسٹورین نے لکھا ہے جب اسپین میں مسلمان پولیٹیکلی ایکسپل کیے جا رہے تھے، اینڈ اس وقت میں اسلام جو ہے اپنا شاندار مارچ کر رہا تھا، یہ انڈونیشیا اور ملیشیا کے جزائر میں۔ اینڈ اس وقت میں جو ہے اسپین میں یورپ میں کمزور ہو رہا تھا پولیٹیکلی مسلمانوں کا معاملہ، لیکن دعوتی طور پر اسلام شاندار مارچ کر رہا تھا۔ ملیشیا، انڈونیشیا، برونی، اور اس طرح کے جو علاقے ہیں۔</w:t>
      </w:r>
    </w:p>
    <w:p/>
    <w:p>
      <w:bookmarkStart w:id="73" w:name="cl47"/>
      <w:bookmarkEnd w:id="73"/>
      <w:r>
        <w:rPr>
          <w:i/>
          <w:color w:val="77786F"/>
          <w:sz w:val="20"/>
        </w:rPr>
        <w:t>05 Jun 2026 (English)</w:t>
      </w:r>
    </w:p>
    <w:p>
      <w:pPr>
        <w:jc w:val="right"/>
        <w:bidi/>
      </w:pPr>
      <w:r>
        <w:rPr>
          <w:rFonts w:ascii="Noto Nastaliq Urdu" w:hAnsi="Noto Nastaliq Urdu" w:eastAsia="Noto Nastaliq Urdu" w:cs="Noto Nastaliq Urdu"/>
          <w:sz w:val="26"/>
          <w:rtl/>
          <w:lang w:bidi="ur"/>
        </w:rPr>
        <w:t>926 BC.</w:t>
      </w:r>
    </w:p>
    <w:p>
      <w:pPr>
        <w:jc w:val="right"/>
        <w:bidi/>
      </w:pPr>
      <w:r>
        <w:rPr>
          <w:rFonts w:ascii="Noto Nastaliq Urdu" w:hAnsi="Noto Nastaliq Urdu" w:eastAsia="Noto Nastaliq Urdu" w:cs="Noto Nastaliq Urdu"/>
          <w:sz w:val="26"/>
          <w:rtl/>
          <w:lang w:bidi="ur"/>
        </w:rPr>
        <w:t>عامر بھائی، یہ "ولقد آتَيْنَا داوودًا وسليمانًا علمًا" اس کو غور کرنے سے یہ پتہ چلتا ہے کہ بڑی ہمہ گیر شخصیت تھی داؤد اور سلیمان کی۔ بائبل میں آیا ہے کہ حضرت داؤد سے 3000 کہاوتیں اور 1005 گیت منسوب ہیں، یعنی جو بائبل کے اندر جو یہ ہے، زبور، حضرت داؤد کی طرف ہی منسوب ہے زیادہ تر اس میں۔ وہ زبور کو اگر ہم پڑھیں گے تو خدا کی جو ہے بہت ہی ڈیپ انڈرسٹینڈنگ اور خدا سے بہت ہی گہرا تعلق حضرت داؤد اور سلیمان کا ہے، وہ ظاہر ہوتا ہے اس سے۔ تو "ولقد آتَيْنَا داؤودًا وسليمانًا علمًا" بڑی ہمہ گیر ٹائپ کی شخصیتیں ہیں دونوں، یعنی حمدِ ربانی کو لے لیں تو بھی وہ اپر ہینڈ ہے اس میں۔ وزڈم کے معاملے کو لے لیں تو وزڈم میں بھی اپر ہینڈ ہے، یعنی مشکل ایشوز کو جو ہے سالو کرنے میں۔ اور ٹیکنالوجی اس معاملے میں بھی اپر ہینڈ ہے۔ اور میریکل اس میں بھی، معجزات اس میں بھی اپر ہینڈ ہے۔ یعنی خدا کی توحید اور خدا کی عظمت کے معاملے میں بھی انتہائی گہرا یہ ہے ان کا مائنڈ سیٹ۔ اور دنیاوی ایشوز کو سالو کرنے میں بھی بڑے گہرا ایشو ہے۔ تو ربانی سوچ اور خدا کی حمد کے معاملے میں ان کا لیول کیا تھا، اس کے لیے زبور ایگزامپل ہے اس کی۔ بائبل کے اندر موجود ہے وہ، تقریباً اس میں کئی یہ ہیں مضامین، ڈیڑھ سو سے زیادہ مضامین ہیں۔ تو یہاں ایک جگہ ہے کہ 3000 جو ہے کہاوتیں اور 1005 گیت منسوب ہیں، بائبل کے اندر یہ لکھا ہوا ہے حضرت داؤد کی طرف۔ اور وزڈم کی مثال کہ دونوں جو ہے بڑے ہی دنیا کے معاملات کو جو ہے بڑا اس سے سالو کرتے تھے، بڑی حکیمانہ انداز سے۔ تو بائبل میں اس کی ایک مثال ہے کہ دو عورتوں کا مقدمہ آیا حضرت سلیمان کے پاس ایک بار ۔ تو یہ دونوں عورتیں جو ہیں، پتہ نہیں کچھ رشتہ دار تھیں کیا تھیں، ایک ہی گھر میں رہتی تھیں۔ تو دونوں کو جو ہے لڑکا ہوا، دونوں عورتوں کو۔ تو اس میں سے ایک عورت کے بارے میں بتایا گیا اس کے اندر کہ وہ رات میں سونے میں کچھ بے احتیاطی کی، اور اپنے بچے پر جو ہے اس کا وزن زیادہ پڑ گیا، تو اس بچے کا انتقال ہوا اس کے ہی وزن سے۔ تو اس نے رات میں یہ کیا کہ جو ہے اپنا مرا ہوا بچہ جو ہے وہ دوسری عورت کے پاس ڈال دیا، اور اس کا زندہ بچہ اپنے پاس لا لیا۔ اور صبح میں حضرت سلیمان کے پاس مقدمہ آیا تو اس نے کہا کہ یہ میرا بچہ ہے، یہ مرا ہوا بچہ اس کا ہے۔ تو بائبل میں ہے کہ جو ہے حضرت سلیمان نے کہا کہ ٹھیک ہے پھر ہم تم دونوں کا مسئلہ اس طرح حل کرتے ہیں کہ کاٹ کے اس کو آدھا آدھا دے دیں گے دونوں کو۔ تو جس کا بچہ نہیں تھا وہ کہنے لگی کہ ہاں ہاں، بچے کو کاٹ کر جو ہے ہم دونوں کو بانٹ دو۔ اور جس کا بچہ تھا وہ یہ کہنے لگی کہ جو ہے مجھے نہیں چاہیے، اسی کو دے دیجیے بچہ۔ تو حضرت سلیمان نے جو ہے اس ٹیکنیک سے جان لیا تھا کہ وہ بچہ کس کا ہے۔ تو غالباً جو ہے علم کی یا حکمت کی مثال کے لیے یہ واقعہ اچھا ہے۔ اور ٹیکنالوجی کے معاملے میں بھی جو ہے بڑے آگے تھے، قرآن کے اندر بھی اس کا ذکر ہے اور بائبل میں بھی ہے۔ قرآن کے اندر ہے کہ بڑے بڑے یوٹینسلز بناتے تھے اور بڑے بڑے اسٹیچو بناتے تھے حضرت داؤد اور سلیمان، لوہے سے۔ لوہا جو ہے ان کے لیے بڑا یہ کر دیا گیا تھا، آرٹ فلی اس کے استعمال کی صلاحیت تھی ان کے اندر۔ تو ٹیکنالوجی میں بھی آگے، وزڈم میں بھی بہت اپر ہینڈ، اور حمدِ باری میں بھی جو ہے بہت ہی آگے۔ اور میریکل کے معاملے میں بھی بہت آگے۔ اللہ تعالی نے انسانی لیول سے آگے جو معجزات کا جو معاملہ رکھا ہے وہ بھی ان کو بہت اللہ تعالی عطا کیا تھا۔ تو غور کرنے سے یہ لگتا ہے کہ جو ہے وہ جو جنوں سے جو کام لے رہے تھے، جو قرآن کے اندر جو ذکر ہے کہ سلیمان جو ہے جنوں سے کام لے رہے تھے اور جن جو ہے کام میں لگے ہوئے تھے۔ تو حضرت سلیمان کے انتقال کے بعد بھی جو ہے جن مہینوں تک کام کرتے رہے، ان کو پتہ نہیں تھا کہ جو ہے حضرت سلیمان مر چکے ہیں۔ تو حضرت سلیمان جس اس پر ٹھہر کے کام لے رہے تھے تو اس کی لکڑی کو جو یہ کھا گئی دیمک، تو دیمک کھانے کی وجہ سے گر گیا ان کا، ان کی ڈیڈ باڈی۔ تو اس سے جو ہے جنوں کو پتہ چلا کہ جو ہے ہم تو خواہ مخواہ ہی بڑی مشقت میں زندگی گزار رہے تھے، یہ تو ڈیڈ باڈی تھی۔ تو اس پر بھی غور کرنے سے یہ لگتا ہے کہ جو ہے وہ سلیمان کا جو ہے ڈیڈ باڈی نہیں تھی بلکہ اسٹیچو تھا۔ یعنی غور کرنے سے یہ لگ رہا ہے کہ ایسا نہیں ہوا تھا کہ سلیمان اسی جو ہے لاٹھی پر ٹیکہ دے کے مر گئے تھے اور جن جو ہے کام کر رہے تھے۔ تو ایسا تو پوسیبل نہیں، چونکہ وہ گریٹ بادشاہ تھے، ان کے اپنے منسٹرز تھے، کونسل تھی، سب تھی۔ تو غور کرنے سے ایسا لگ رہا ہے کہ سلیمان کا اسٹیچو غالباً جنوں کو جو ہے سیدھا رکھنے کے لیے کھڑا کر دیا گیا تھا۔ کیونکہ قرآن میں ہے تماثیل بناتے تھے، بڑے بڑے اسٹیچو بناتے تھے داؤد اور سلیمان۔ تو غالباً جو ہے جنوں کو کام پر لگا کر حضرت سلیمان کا اسٹیچو جو ہے کسی لاٹھی کو کے سپورٹ سے کھڑا کر دیا گیا کہ تمہارے سپروائزنگ ہو رہی ہے۔ تو جن جو ہے حقیقت سمجھ کے جو ہے اسٹیچو کو یہ کرتے رہے، کام کرتے رہے، یہاں تک کہ وہ بہت دن گزر گئے، مہینے وغیرہ۔ تو جب لاٹھی ٹوٹ کے گری دیمک سے تو جن بھاگے وہاں سے کہ ہم تو خواہ مخواہ جو ہے سلیمان سے ڈر کے کام کر رہے ہیں۔ تو غور کرنے سے لگتا ہے کہ وہ اسٹیچو تھا ہوگا حضرت سلیمان کا، نہ کہ ڈیڈ باڈی۔ تو اس طرح کی جو ہے ٹیکنالوجی اور جو ہے پرابلم کو سالو کرنا اور خدا کی حمد میں جینا اور خدا کے بندوں کے ساتھ جو ہے اکرام اور عنایت کا معاملہ کرنا اور خدا کے معجزوں پر جو ہے شکر گزار رہنا، جیسا کہ یہاں خود وہ کہہ رہے ہیں، "وَخَالَقَ الْحَمْدُ لِلَّهِ الَّذِي فَضَّلَنَا عَلَى كَثِيرٍ مِّنِ بَادِيعِ الْمُؤْمِنِينَ" کہ کتنے ہی بلیورز بندوں میں جو ہے اللہ تعالی نے ان کو اپر ہینڈ کر دیا ہے۔ بلیورز تو بہت ہیں لیکن جو ہے نا بلیورز میں ہم ہمارے ساتھ اللہ نے خصوصی معاملہ کیا ہے حضرت داؤد اور سلیمان کا۔ تو بڑی ہمہ گیر اور کلیکٹیو پرسنیلٹی تھی ایسا لگتا ہے دونوں کی۔ " وَلَقَدْ آتَيْنَا دَاوُودَ وَسُلِيمَانَ عِلْمًا" تو چار اینگل سے بھی جو ہے پرفیکٹ دکھائی دیتے ہیں ربانی سوچ کے معاملے میں، اس کی مثال مضامین ہیں۔ ٹیکنالوجی کے معاملے میں اس کی مثال جو ہے لوہا اور جو اس طرح کے جو چیزیں پروڈیوس کرتے تھے وہ ہے۔ مسائل کو جو ہے ایشوز کو وائز فلی ٹیکل کرنا، اس کی مثال وہ عورتوں کا واقعہ ہو سکتا ہے۔ اسی طرح میریکل کے معاملے میں بھی جو ہے بہت ہی اپر ہے۔ بزنس اور کنسٹرکشن اور اس طرح کے جو ہے ہاؤس ویئر، ہر چیز میں جو ہے ایسا لگتا ہے حضرت داؤد اور سلیمان کو بہت زیادہ اللہ تعالی نے صنعتی سوچ دی تھی۔ تو اس میں یہ سبق ہے کہ عام طور پر اہل ایمان یہ سمجھتے ہیں کہ جو ہے وہ کچھ کیا کہتے ہیں اوراد و وظائف میں جینے کا نام ربانی پرسنیلٹی ہے۔ اوراد وظائف نفل اور اس میں جینے کو سمجھتے ہیں کہ جو ہے یہ کوئی بہت بڑی چیز ہے۔ حالانکہ بڑی چیز جو ہے وہ ہے جس میں ہمہ گیریت ہو، یعنی آدمی کے پاس علم ہو، اسکل ہو، ربانی سوچ ہو، حمد میں اس کی ڈیپ یہ ہو، ڈیپ تعلق ہو، وہ ورلڈلی ایشوز کو ٹیکل کرتا ہو۔ حکیمانہ طور پر ٹیکنالوجی میں آگے ہو تو اس کو کہیں گے قرآن کے مطابق جو ہے ربانی پرسنیلٹی۔ یہ نہیں کہ بعد کے دور میں جو عثمانیوں کے دور میں امویوں کے بعد مسلمانوں میں جو ہے ترکیوں کے دور سے سے جو ہے عثمانیوں کے دور سے یہ آیا کہ جو ہے صوفیت اور اس طرح کی روحانی ورزشیں، ہارٹ بیس ایکٹیویٹیز، اس طرح کی فرسودہ چیزوں کو جو ہے ربانیت، علم، دینداری سمجھ لیا گیا۔ حالانکہ وہ علم ربانیت اور دینداری کچھ بھی نہیں ہے، وہ رہبانیت ٹائپ کی چیزیں ہیں، تصوف اور رہبانیت اور وغیرہ وغیرہ۔ تو یہ مسلمانوں میں یہ بدعتیں بعد میں آئی ہیں، اصحاب رسول اور انبیاء کے پاس جو ہے وہ ماڈل نہیں ہے کہ دماغ کو ڈی ایکٹیویٹ کر کے زندگی گزارنا اور اوراد و وظائف میں جینا۔ تو ربانی شخصیت نام ہے اپنے مائنڈ کو ایکٹیویٹ کرنے کا ، اپنے اندر جو ہے کریٹیوٹی پیدا کرنا، تخلیقی سوچ اپنے اندر ڈیولپ کرنا اور مسائل کو جو ہے وائزلی ڈیل کرنے کی اپنے اندر یہ کرنا، اسکل پیدا کرنا، نہ کہ دماغ اور اس طرح کی ساری چیزوں کو ڈی ایکٹیویٹ کر کے زندگی گزارنا، یہ کوئی ربانیت نہیں، وہ رہبانیت ہے جو دوسری قوموں سے لی گئی ہے دینداری کے نام پر۔ تو مولانا لکھتے ہیں کہ عثمانیوں سے اسلام کو بہت فائدہ ہوا، عثمانی ترکوں سے، لیکن ایک بہت بڑا نقصان بھی ہوا، اجتہاد اور تخلیق اور علم کو انہوں نے جو ہے ڈسکریج کیا۔ وہ سمجھتے تھے کہ عوام کو جاہل رکھ کر زیادہ فرمانبردار رکھا جا سکتا ہے۔ عربوں کا یہ مزاج نہیں تھا، امویوں، عباسیوں کا یہ عثمانی ترکوں کا مزاج تھا۔ فائدہ تو ان سے بہت ہوا لیکن نقصان یہ ہوا کہ امت مسلمہ جو ہے جاہلت اور ذہنی پسماندگی کو دین سمجھنے لگی اور انہوں نے اس کو پروموٹ کیا، ذہنی جاہلت اور اس طرح کی چیزوں کو۔ تو وہ سمجھتے تھے کہ جو ہے عوام کو علم سے اراستہ کریں گے تو ہمارے لیے پرابلم بنے گی۔ تو وہاں سے مسلم کمیونٹیز کا زوال شروع ہوا، عثمانی ترکوں سے اجتہاد اور تخلیقیت اور کریٹیوٹی سب جو ہے نظر انداز کر دی گئی، انوانٹڈ چیز کی طرح۔ امویوں اور عباسیوں کا اس طرح نہیں تھا، ظاہر ہے عربوں کا ۔</w:t>
      </w:r>
    </w:p>
    <w:p/>
    <w:p>
      <w:pPr>
        <w:pStyle w:val="Heading1"/>
      </w:pPr>
      <w:bookmarkStart w:id="74" w:name="vg25"/>
      <w:bookmarkEnd w:id="74"/>
      <w:r>
        <w:t>The Ants (Al-Naml) - 27:17-19</w:t>
      </w:r>
    </w:p>
    <w:p>
      <w:bookmarkStart w:id="75" w:name="cl48"/>
      <w:bookmarkEnd w:id="75"/>
      <w:r>
        <w:rPr>
          <w:i/>
          <w:color w:val="77786F"/>
          <w:sz w:val="20"/>
        </w:rPr>
        <w:t>07 Jun 2026 (English)</w:t>
      </w:r>
    </w:p>
    <w:p>
      <w:pPr>
        <w:jc w:val="right"/>
        <w:bidi/>
      </w:pPr>
      <w:r>
        <w:rPr>
          <w:rFonts w:ascii="Noto Nastaliq Urdu" w:hAnsi="Noto Nastaliq Urdu" w:eastAsia="Noto Nastaliq Urdu" w:cs="Noto Nastaliq Urdu"/>
          <w:sz w:val="26"/>
          <w:rtl/>
          <w:lang w:bidi="ur"/>
        </w:rPr>
        <w:t>السلام علیکم۔ یہاں سورہ نمل میں یہ واقعہ جو حضرت سلیمان کا ہے، کہ جب حضرت سلیمان علیہ السلام اپنے لشکر کے ساتھ ایک وادی سے گزرے اور وہاں چیونٹیوں کا ایک گروہ تھا، تو ایک چیونٹی نے دوسری چیونٹیوں سے کہا، "اے چیونٹیوں! اپنے بلوں میں داخل ہو جاؤ، کہیں ایسا نہ ہو کہ سلیمان اور اس کا لشکر تمہیں کچل ڈالے" اور انہیں اس کا احساس بھی نہ ہو۔ اللہ تعالیٰ نے حضرت سلیمان علیہ السلام کو جانوروں اور پرندوں کی بات چیت سمجھنے کی صلاحیت عطا فرمائی تھی، اس لیے وہ چیونٹی کی بات سن کر مسکرائے۔ اور آج سائنس کے ذریعے انسان نے یہ جانا ہے کہ جانور، پرندے، مچھلیاں، یا دوسرے کریچر ایک دوسرے سے کمیونیکیٹ کرتے ہیں اور اپنے انداز میں بات چیت کرتے ہیں۔ لیکن 1400 سال پہلے لوگوں کو اس کا علم نہیں تھا، قرآن نے اس بات کا ذکر بہت پہلے کر دیا۔ یہ بھی یعنی قرآن اللہ کی کتاب ہونے کی ایک نشانی ہے۔ تو اس واقعے کا جو دوسرا اور زیادہ اہم پہلو ہے، جس میں سبق ہے، وہ یہ کہ حضرت سلیمان علیہ السلام اپنی غیر معمولی صلاحیت پر انہوں نے فخر نہیں کیا، بلکہ فوراً اللہ کا شکر ادا کیا اور انہوں نے بہت اچھی دعا کی کہ "اے میرے رب! مجھے توفیق دے کہ میں تیری نعمتوں کا شکر ادا کر سکوں ، جو تو نے مجھے اور میرے پیرنٹس پر کیا ہے، اور مجھے ایسے نیک اعمال کرنے کی توفیق عطا فرما جو تجھے پسند ہوں، اور اپنی رحمت سے مجھے اپنے نیک بندوں میں شامل فرما"۔ تو اس دعا سے معلوم ہوتا ہے کہ جب بھی انسان کو اللہ کی کسی نعمت یا کامیابی یا کسی خاص صلاحیت کا احساس ہو ، تو اسے اللہ کا شکر ادا کرنا چاہیے۔ حضرت سلیمان علیہ السلام نے اس حیرت انگیز صلاحیت پر کوئی کوئی پرائیڈ کے احساسات نہیں جاگے ان کے اندر ، بلکہ اس نعمت کو عطا کرنے والے رب کی طرف ذہن ان کا گیا۔ تو اتنے عظیم بادشاہ ہوتے ہوئے اور ایک پیغمبر ہونے کے باوجود حضرت سلیمان علیہ السلام نے اللہ سے دعا کی کہ اللہ انہیں اپنی رحمت کے ساتھ نیک لوگوں میں شامل فرمائے۔ تو اس سے معلوم ہوتا ہے کہ اللہ کی رحمت، شکر گزاری، اور نیک زندگی کے ذریعے حاصل ہوتی ہے۔ اللہ کی رحمت شکر گزاری کے ذریعے حاصل ہوتی ہے۔</w:t>
      </w:r>
    </w:p>
    <w:p>
      <w:pPr>
        <w:jc w:val="right"/>
        <w:bidi/>
      </w:pPr>
      <w:r>
        <w:rPr>
          <w:rFonts w:ascii="Noto Nastaliq Urdu" w:hAnsi="Noto Nastaliq Urdu" w:eastAsia="Noto Nastaliq Urdu" w:cs="Noto Nastaliq Urdu"/>
          <w:sz w:val="26"/>
          <w:rtl/>
          <w:lang w:bidi="ur"/>
        </w:rPr>
        <w:t>ہاں، فیاض صاحب، جس طرح ڈاکٹر صاحب نے بتایا کہ چیونٹیوں نے جو کمیونیکیٹ کیا تھا، اور آج سائنس بتاتی ہے کہ اس طرح کے جو انسٹنٹس تھے، جو چھوٹے کیڑے مکوڑے ہوتے ہیں، وہ لوگ بھی آپس میں کمیونیکیٹ کرتے ہیں۔ تو ابھی قریب میں ایک کتاب میں نے خریدی تھی، وہ تھی "دی ہڈن لائف آف ٹریز"، ٹریز کے بارے میں ایک کتاب ہے وہ، تو اس میں ایک سب ٹائٹل ہے "واٹ دے فیل ہاؤ دے کمیونیکیٹ"۔ تو اس میں مصنف نے بتایا ہے کہ جو ٹریز ہوتے ہیں، وہ آپس میں کمیونیکیشن کرتے ہیں، اور اسی طرح جو بڑے بڑے ٹریز ہوتے ہیں، جب ان کو یہ بھی فیل کرتے ہیں کہ کوئی افت آنے والی ہو، اندھی آنے والی ہو، تو وہ لوگوں کو جب اس کو فیل کر کے، وہ لوگ چھوٹے جو ٹریز، درخت ہوتے ہیں یا پودے ہوتے ہیں، ان کو کمیونیکیٹ کر کے ان کو بچانے کی کوشش کرتے ہیں۔ تو وہ پڑھ کر مجھے لگا کہ جو وادی نمل چیونٹیوں کے بارے میں خدا نے کہا تھا، تو کس طرح سے وہ لوگ جو ہیں، آپس میں کمیونیکیٹ کرتے ہیں۔ صرف جانور ہی نہیں، بلکہ بے جان جو ٹریز ہیں، یہ بھی آپس میں کمیونیکیٹ کرتے ہیں اور ایک دوسرے کی بچانے کی فکر کرتے ہیں۔ وہ لوگ حضرت سلیمان جب آئے تو چیونٹیوں نے بجائے یہ کرنے کے، "چلو سلیمان کی فوج آ رہی ہے، تو یہ لوگ ہمارے راستے کو کاٹ کے آ رہے ہیں، تو ان پر حملہ کرو"، اس طرح کرنے کی بجائے وہ لوگ اپنے آپ کو بچانے تو دو باتیں اس میں معلوم ہوئی۔ تو ایک تو یہ ہے کہ کمیونیکیشن کا جو یہ دور، خواہ وہ چیونٹی ہو، درخت ہو، ہر ایک کمیونیکیشن کرتے ہیں اور اپنے آپ کو ہی سیکیور کرنے کی کوشش کرتے ہیں۔ اور دوسری بات یہ ہے کہ وہ لوگ ٹکراؤ کی بجائے اپنی حفاظت کرنا جانتے ہیں۔ تو نیچر میں بھی یہ بات بتائی گئی ہے کہ ٹکراؤ کی پالیسی اپنانا نہیں ہے، بلکہ بس اپنی سیکیورٹی کی حفاظت یا اپنی سیکیورٹی کا انتظام خود کرنا ہے۔ بس جی ۔</w:t>
      </w:r>
    </w:p>
    <w:p>
      <w:pPr>
        <w:jc w:val="right"/>
        <w:bidi/>
      </w:pPr>
      <w:r>
        <w:rPr>
          <w:rFonts w:ascii="Noto Nastaliq Urdu" w:hAnsi="Noto Nastaliq Urdu" w:eastAsia="Noto Nastaliq Urdu" w:cs="Noto Nastaliq Urdu"/>
          <w:sz w:val="26"/>
          <w:rtl/>
          <w:lang w:bidi="ur"/>
        </w:rPr>
        <w:t>کون سی کتاب بتایا آپ نے؟ کتاب کا نام؟</w:t>
      </w:r>
    </w:p>
    <w:p>
      <w:pPr>
        <w:jc w:val="right"/>
        <w:bidi/>
      </w:pPr>
      <w:r>
        <w:rPr>
          <w:rFonts w:ascii="Noto Nastaliq Urdu" w:hAnsi="Noto Nastaliq Urdu" w:eastAsia="Noto Nastaliq Urdu" w:cs="Noto Nastaliq Urdu"/>
          <w:sz w:val="26"/>
          <w:rtl/>
          <w:lang w:bidi="ur"/>
        </w:rPr>
        <w:t>کتاب کا نام ہے نا "دی ہڈن لائف آف ٹریز"۔</w:t>
      </w:r>
    </w:p>
    <w:p>
      <w:pPr>
        <w:jc w:val="right"/>
        <w:bidi/>
      </w:pPr>
      <w:r>
        <w:rPr>
          <w:rFonts w:ascii="Noto Nastaliq Urdu" w:hAnsi="Noto Nastaliq Urdu" w:eastAsia="Noto Nastaliq Urdu" w:cs="Noto Nastaliq Urdu"/>
          <w:sz w:val="26"/>
          <w:rtl/>
          <w:lang w:bidi="ur"/>
        </w:rPr>
        <w:t>ٹریز یعنی درخت؟</w:t>
      </w:r>
    </w:p>
    <w:p>
      <w:pPr>
        <w:jc w:val="right"/>
        <w:bidi/>
      </w:pPr>
      <w:r>
        <w:rPr>
          <w:rFonts w:ascii="Noto Nastaliq Urdu" w:hAnsi="Noto Nastaliq Urdu" w:eastAsia="Noto Nastaliq Urdu" w:cs="Noto Nastaliq Urdu"/>
          <w:sz w:val="26"/>
          <w:rtl/>
          <w:lang w:bidi="ur"/>
        </w:rPr>
        <w:t>ٹریز، ٹریز۔ جی جی، ٹی آر ای ایس۔</w:t>
      </w:r>
    </w:p>
    <w:p>
      <w:pPr>
        <w:jc w:val="right"/>
        <w:bidi/>
      </w:pPr>
      <w:r>
        <w:rPr>
          <w:rFonts w:ascii="Noto Nastaliq Urdu" w:hAnsi="Noto Nastaliq Urdu" w:eastAsia="Noto Nastaliq Urdu" w:cs="Noto Nastaliq Urdu"/>
          <w:sz w:val="26"/>
          <w:rtl/>
          <w:lang w:bidi="ur"/>
        </w:rPr>
        <w:t>اچھا ٹھیک ہے، ٹھیک۔</w:t>
      </w:r>
    </w:p>
    <w:p>
      <w:pPr>
        <w:jc w:val="right"/>
        <w:bidi/>
      </w:pPr>
      <w:r>
        <w:rPr>
          <w:rFonts w:ascii="Noto Nastaliq Urdu" w:hAnsi="Noto Nastaliq Urdu" w:eastAsia="Noto Nastaliq Urdu" w:cs="Noto Nastaliq Urdu"/>
          <w:sz w:val="26"/>
          <w:rtl/>
          <w:lang w:bidi="ur"/>
        </w:rPr>
        <w:t>واٹ دے فیل ہاؤ دے کمیونیکیٹ؟</w:t>
      </w:r>
    </w:p>
    <w:p>
      <w:pPr>
        <w:jc w:val="right"/>
        <w:bidi/>
      </w:pPr>
      <w:r>
        <w:rPr>
          <w:rFonts w:ascii="Noto Nastaliq Urdu" w:hAnsi="Noto Nastaliq Urdu" w:eastAsia="Noto Nastaliq Urdu" w:cs="Noto Nastaliq Urdu"/>
          <w:sz w:val="26"/>
          <w:rtl/>
          <w:lang w:bidi="ur"/>
        </w:rPr>
        <w:t>ابھی ہمارے ڈاکٹر جنید بتا رہے تھے، ہم جب دلی جا رہے تھے تو وہ بتا رہے تھے کہ جو ہے درخت جو ہے فنگیس کے ذریعے آپس میں کمیونیکیٹ کرتے ہیں۔ یعنی وہ یہ بتا رہے تھے کہ جو ہے نا پورے درخت دنیا کے سب ایک دوسرے سے جڑے ہوئے ہیں اور وہ کمیونیکیٹ کرتے ہیں۔ باقاعدہ کوئی ڈسپیز ہے تو اس کا علاج کرتے ہیں ایک دوسرے کا، اور فوڈ شارٹیج ہے تو وہ بھی پورا کرتے ہیں۔ تو درخت آپس میں جو ہے فنگیس، فنگیس بھی جو ہے ایک یہ ہے درخت کے ٹائپ کی چیز، تو اس کے ذریعے وہ آپس میں کمیونیکیٹ کرتے ہیں۔ وہ بتا رہے تھے اس طرح۔ میں نے تو پڑھا نہیں ہے سر، لیکن ڈاکٹر جنید بتا رہے تھے۔</w:t>
      </w:r>
    </w:p>
    <w:p>
      <w:pPr>
        <w:jc w:val="right"/>
        <w:bidi/>
      </w:pPr>
      <w:r>
        <w:rPr>
          <w:rFonts w:ascii="Noto Nastaliq Urdu" w:hAnsi="Noto Nastaliq Urdu" w:eastAsia="Noto Nastaliq Urdu" w:cs="Noto Nastaliq Urdu"/>
          <w:sz w:val="26"/>
          <w:rtl/>
          <w:lang w:bidi="ur"/>
        </w:rPr>
        <w:t>نہیں، اسی کتاب میں ۔</w:t>
      </w:r>
    </w:p>
    <w:p>
      <w:pPr>
        <w:jc w:val="right"/>
        <w:bidi/>
      </w:pPr>
      <w:r>
        <w:rPr>
          <w:rFonts w:ascii="Noto Nastaliq Urdu" w:hAnsi="Noto Nastaliq Urdu" w:eastAsia="Noto Nastaliq Urdu" w:cs="Noto Nastaliq Urdu"/>
          <w:sz w:val="26"/>
          <w:rtl/>
          <w:lang w:bidi="ur"/>
        </w:rPr>
        <w:t>اچھا، ابھی ہم لوگ جب دلی گئے تھے تو وہاں گئے تھے وہ سندر پارک، نظام الدین کے قریب ہی۔ تو جب ہم گئے تھے مغرب کا وقت تھا تو بہت زیادہ پرندے چہچا رہے تھے، بیڈ چرپنگ جس کو کہتے ہیں۔ تو میں نے بلال شفیع صاحب سے کہا کہ پوچھیے چیٹ جی پی ٹی سے، یہ کیوں اتنا زیادہ پکارتے ہیں شام کے وقت، چہچاتے ہیں۔ تو انہوں نے سرچ کیا تو بتایا کہ جو ہے ہر پرندہ جب اپنے گھر لوٹتا ہے تو کئی سگنل دیتا ہے اطراف۔ یعنی وہ سم ٹائم اس لیے پکارتے ہیں، چہچاتے ہیں کہ جو ہے خطرے سے آگاہ کرنے کے لیے کہ یہاں خطرہ ہے دوسرے پرندوں کو، اپنے ساتھی پرندے۔ اور سم ٹائم جو ہے یہ اس لیے یہ کرتے ہیں کہ جو ہے یہ میرا ایریا ہے، کوئی دوسرا اس میں انٹر نہ ہو، یہاں میں رہ رہا ہوں۔ اور سم ٹائم جو ہے اس کو فیمیل برڈز کو یہ کرنے کے لیے کال دینے کے لیے چرپنگ کرتے ہیں۔ تو اس طرح مختلف جو ہے انسر آئے تھے کہ برڈ کیوں چہچاتے ہیں شام یا صبح کے وقت۔ جیسا ڈاکٹر صاحب بتا رہے تھے اس میں کہ حضرت سلیمان جو ہے اپنی نعمتوں کو، اپنے اوپر ہونے والی نعمتوں کو جو ہے اتنی زیادہ ہونے کے باوجود ان کے اندر فخر نہیں پیدا ہوا، بلکہ شکر پیدا ہوا۔ تو اس پر غور کرتے ہوئے بات سمجھ میں آتی ہے۔ حضرت سلیمان جانتے تھے کہ ان کی نعمتوں کی باسکٹ میں اللہ نے کیا کیا رکھا ہے۔</w:t>
      </w:r>
    </w:p>
    <w:p>
      <w:pPr>
        <w:jc w:val="right"/>
        <w:bidi/>
      </w:pPr>
      <w:r>
        <w:rPr>
          <w:rFonts w:ascii="Noto Nastaliq Urdu" w:hAnsi="Noto Nastaliq Urdu" w:eastAsia="Noto Nastaliq Urdu" w:cs="Noto Nastaliq Urdu"/>
          <w:sz w:val="26"/>
          <w:rtl/>
          <w:lang w:bidi="ur"/>
        </w:rPr>
        <w:t>这里有个多。 看他的股票。</w:t>
      </w:r>
    </w:p>
    <w:p>
      <w:pPr>
        <w:jc w:val="right"/>
        <w:bidi/>
      </w:pPr>
      <w:r>
        <w:rPr>
          <w:rFonts w:ascii="Noto Nastaliq Urdu" w:hAnsi="Noto Nastaliq Urdu" w:eastAsia="Noto Nastaliq Urdu" w:cs="Noto Nastaliq Urdu"/>
          <w:sz w:val="26"/>
          <w:rtl/>
          <w:lang w:bidi="ur"/>
        </w:rPr>
        <w:t>是的。 واٹ آر دا کنٹینٹ اف ہز باسکٹ ؟ تو انہوں نے جانا ایک بالکل ہی جو ہے کیا کہتے ہیں ان نوٹس واقعہ ہے نمل کا اس طرح بات کرنا۔ وہ تو اپنے جنوں کی فوج اور انسانوں کی فوج اور پرندوں کی فوج کے ساتھ گزر رہے تھے۔ تو نمل کی جو گفتگو ہے وہ بہت ہی ایک مائنر انسیڈنٹ ہے ان کے لیے، لیکن انہوں نے اس کو نوٹس کیا اس بات کو۔ تو نوٹس کرنے پر جو ہے فتح کا واقعہ پیش آیا۔ تو معلوم یہ ہوا کہ جو ہے آدمی کو پہلے یہ جاننا چاہیے کہ اللہ نے اس کی نعمتوں کی باسکٹ میں کیا کیا رکھا ہے اس کے لیے، کیونکہ ہم جانتے ہی نہیں صح یح طریقے سے کہ خدا نے مجھے کیا دیا ہے یا اس دور میں جدید انسان کو کیا دیا ہے۔ تو اس طرح ہم شعوری طور پر نہ جاننے کی وجہ سے اس لیے ہمارے اندر کوئی فتح یا اس طرح کی کوئی دل کو چھو لینے والی دعا بھی ہم سے نہیں نکلتی، کیونکہ ہم اپنی باسکٹ کو جانتے ہی نہیں۔ ہر چیز ہم فار گرانٹڈ ہی لیے ہوئے ہیں۔ تو حضرت سلیمان جو ہے حساس طبیعت تھی لگتا ہے، بہت سینسٹیو نیچر کے آدمی تھے کہ اتنے کیا کہتے ہیں شاندار ان کے جلوس میں ایک چھوٹا سا واقعہ بھی وہ نوٹ کر لیے چیونٹی کا جلوس تو ان کا شاندار تھا۔ وہ موقع ہی نہیں تھا کہ جو ہے چیونٹیوں کی گفتگو کو سنیں، چیونٹیوں کی باتوں کو جانیں۔ تو حساس طبیعت اگر ہوگی تو کریٹیو دعا نکلے گی۔ اس طرح کی ہمبل دعائیں طبیعت میں حساسیت ہی نہیں ہے، اس لیے ہم جانتے بھی نہیں ہیں ہم پر کیا خدا کی بلیسنگز ہیں۔ بہت ہی ریئر کبھی کوئی بات جو ہے ہم کو سمجھ میں آتی ہے اپنے بارے میں کہ یہ خدا کی بلیسنگ ہے۔ ابھی ایک صاحب سے میری گفتگو ہو رہی تھی تو انہوں نے مجھ سے پوچھا کہ جو ہے میری کوئی خاص بات جو آپ نوٹس کیے ہیں زندگی میں وہ بتائیے مجھے۔ میرے اندر کوئی خاص صفت جو آپ نوٹ کیے ہوں وہ مجھے بتائیے انہوں نے کہا۔ تو میں نے کہا کہ آپ کے اندر اللہ تعالی نے جو ہے ایکسٹریم اوبیڈینسی رکھا ہے، بہت ہی زیادہ جو ہے اللہ تعالی نے آپ کے اندر فرمانبرداری کی صفت رکھی ہے۔ آپ اپنے ایمپلائر کے لیے بہت ہی عجیب انسان ہیں۔ تو اس طرح جو ہے اللہ تعالی کسی کو کچھ، کسی کو کچھ، کسی کو کچھ دیا ہوا ہے لیکن جو ہے ہم اپنی اس کو ہی نہیں جانتے فہرست اح سانات کو۔ تو اگر اس کو ہم پکڑنے لگیں تو شاید جو ہے اس طرح کی ہمارے لیے بھی جو ہے سینسٹیو دعا مل جائے ہم کو بھی جیسے سلیمان کو ملی۔ مولانا کہتے تھے اپنے بارے میں کہ میں جو ہے پیدائشی طور پر میرے اندر اسیسمنٹ اور تجزیہ و تحلیل کی خاص صفت ہے، یعنی بائی نیچر ہی میں اس طرح ہوں۔ مولانا کہتے تھے کہ جو ہے اس صلاحیت کو میں اپنی جانتا تھا کہ میرے اندر اللہ نے یہ رکھا ہے اسیسمنٹ اور تجزیہ، باتوں کے مغالطوں کو جاننا اور لوپ ہولز کو پکڑنا کسی بھی تھاٹ یا کسی بھی بات کے۔ یہ میری پیدائشی صفت تھی اللہ نے جس پر مجھے پیدا کیا۔ تو مولانا کہتے ہیں کہ بعد میں میں نے جانا اپنے بارے میں یہ پھر میں نے اس پر کتابیں پڑھی بہت ساری تو وہ میری صفت جو ہے میں ڈویلپ کیا پھر اس کو مزید تو اس کا اتنا زیادہ فائدہ ہوا کہ مولانا کا سارا لٹریچر جو ہے اسیسمنٹ اور تجزیے پر کھڑا ہوا ہے سارا ایک دم بالکل سائنٹیفک ٹیسٹ پر یا صرف اسلوب پر۔ اصلی اسلوب یہی ہے کوئی بھی دوسرا عالم جو ہے اس نیچر کا دکھائی نہیں دیتا جیسے خود حافظ ابن تیمیہ ہیں ان کے پاس ڈیٹا بہت ہے لیکن تجزیے کی جگہ جگہ جو ہے کمیاں نظر آتی ہیں حافظ ابن تیمیہ میں ایسے بہت سارے لوگ ہیں تو مولانا کی شخصیت بالکل ہی اس میں یونیک شخصیت ہے بالکل ہی سائنٹیفک دور میں سائنٹیفک مائنڈ سیٹ مولانا کا جو بہت ریئر ہوتا ہے انسانوں میں تو غالبا جو ہے مولانا نے اس کو جو پکڑا تو پورا ایک نیا ورلڈ سامنے آ گیا صداقتوں کا سچائیوں کا یا قرآن نے جو اشارے کیے تھے اس کی یہ سامنے آ گئی توجیح اور ایکسپلینیشن تو اس طرح جو ہے جیسے نمل کی گفتگو کو حضرت سلیمان نے نوٹ کیا اگر کوئی انسان اس طرح نوٹ کرنے میں کامیاب ہو جائے باتوں کو تو اس کو اس طرح کی کریٹیو دعائیں ملے گی کریٹیو ہمبلنس ملے گا کریٹیو سوچ ملے گی فخر سے بچ پائے گا وہ کیونکہ اس کا ایک فائدہ یہ ہوتا ہے اس طرح کی سینسٹیو طبیعت کا میں کیا نہیں ہوں وہ بھی سمجھ میں آنا شروع ہوتا ہے آدمی جب لوز مائنڈ کے ساتھ زندگی گزارتا ہے تو اپنے کمیوں کو جان نہیں پاتا اپنی لیمیٹیشنز کو تو اوور ایسٹیمیشن میں اس کی وجہ سے غالباً پڑتا ہے کیونکہ سینسٹیو طبیعت نہیں ہے اگر آدمی میں اس طرح کی نوٹ کرنے کی عادت ہو باتوں کو تو پھر وہ اس کے اندر یہ بھی عادت پیدا ہوتی ہے کہ میں کیا نہیں ہوں مولانا اپنے بارے میں اچھی طرح جانتے تھے میں کیا نہیں ہوں میری لیمیٹیشن کیا ہے یعنی کبھی بھی مولانا نے جو ہے اتنے ریشنل انسان ہونے کے باوجود جو ہے اسلامک فریم سے مولانا نے جو ہے اس کو یہ نہیں کیا ٹریس پاس نہیں کیا اس کو کبھی بھی اسلام کا جو دائرہ ہے وہ دائرے سے باہر وہ کبھی بھی نہیں گئے نہ رائٹنگ میں نہ اپنی سپیچز میں نہ پرسنل مجلس میں نہ پبلک میں بالکل ایک دم اپنے آپ کو مولانا جو ہے اسٹک ٹو دیٹ پلان کی طرح جڑے ہوئے تھے ذرا بھی ادھر ادھر نہیں ہوتے تھے ٹیکسٹ سے یا اسلام کے فریم سے بہت سارے تھنکر جو ہیں ادھر ادھر ہو جاتے ہیں ٹریس پاسر بن جاتے ہیں ہمارے سامنے سر سید اور غلام پرویز وغیرہ وغیرہ کی مثالیں ہیں اس کی تھنکر تو تھے وہ لوگ لیکن ٹرسٹ پاسنگ کا شکار ہو گئے مولانا کبھی بھی نہیں ہوئے ایسی کسی بات کا تو وہ اس وجہ سے تھا کہ مولانا اپنی یہ بھی جانتے تھے کہ میری لیمٹ کیا ہے تو حضرت سلیمان بھی غالباً یہ اچھی طرح جانتے تھے کہ میری لیمٹ کتنی ہے تو اپنی لیمٹ جاننے کی وجہ سے اس طرح کی ربانی شخصیت ربانی دعائیں نکلی حضرت سلیمان سے مولانا کی بھی ایسے ہی تھی مولانا عجیب غریب ایک دعا بتائے تھے اپنی ایک بار مجلس میں کہ مولانا کہتے تھے کہ خدایا جو ہے میں اپنی اولاد کے لیے ایک اچھا باپ نہ بن سکا تو ان کے لیے اچھا رب بن جا تو یہ ایسی عجیب و غریب دعا ہے میں نے زندگی میں کبھی نہیں سنی ایسی کوئی بات کسی عالم سے میں نے علماء کو جو ہے اخرت اور ایمان کی باتیں کرتے ہوئے جو ہے انسو نکالتے ہوئے دیکھا ہے بعض لوگوں کو لیکن اس طرح کی دعا میں نے زندگی میں جو ہے کہیں نہیں سنی یا تو وہ مسنون اذکار میں ہے اس طرح کی دعا یا نہیں تو پھر کہیں نہیں ہے تو مولانا سے اس طرح کی ہم بہت دعائیں اور بہت باتیں سنتے تھے مولانا کہتے تھے کہ یہ میرا سارا مشن جو ہے انسوؤں اور دعاؤں پر کھڑا ہوا ہے اس سے زیادہ کچھ بھی نہیں ہے میں بھی کچھ بھی نہیں ہوں اور مولانا کہتے تھے کہ میں لٹرلی یہ کہتا ہوں ایسا نہیں جیسے علماء بولتے ہیں اپنے آپ کو خاک پائے بزرگان یا خاکسار آخر وغیرہ میں اس معنی میں نہیں کہتا تکلف سے جیسے علماء لکھتے ہیں اپنے آپ کو میں لٹرلی ایسے ہی اپنے آپ کو سمجھتا ہوں کہ میں چیونٹی اور مینڈک سے بھی زیادہ جو ہے میری یہ ہیلپ لیسنس ہے لٹرلی میں یہ بول رہا ہوں نہ کہ ایسے ہی تکلف کے طور پر مولانا مجلسوں میں ہم کو بتاتے تھے آپ یہ مت سمجھیے کہ میں ایسے ہی تکلف میں کہہ رہا ہوں تو اس کی وجہ سے ہی ہے وہ سینسٹیو طبیعت نوٹ کرنے کی عادت کی وجہ سے حضرت سلیمان کو بھی اپنی لیمٹ معلوم تھی ہمارے دور میں مولانا کو ہم اس نیچر پر دیکھتے تھے ایک دم سائنٹیفک مائنڈ سیٹ تو مولانا کی دعا اتنی عجیب و غریب ہے خدایا میں ایک اپنی اولاد کے لیے اچھا باپ نہ بن سکا تو ان کے لیے اچھا رب بن جا تو بہت شاید جب مولانا نے وہ کہا ہوگا جیسا کہ وہ حدیثوں میں ہے فرشتے جو ہیں جب کوئی ایسی بات سنتے ہیں تو عرش کی طرف دوڑ پڑتے ہیں کمپیٹ کرتے ہیں اللہ کے پاس اس کو لے جانے کے لیے تو غالبا اس وقت فرشتوں نے بھی ایسے ہی کیا ہوگا مولانا کی یہ بات سن کر تو فریدہ اپا وغیرہ کہتے ہیں کہ جو ہے مولانا اس طرح مشغول رہتے تھے اپنے کاموں میں مشن میں غور و فکر میں کہ ان کو کسی دوسری بات کا خیال ہی نہیں رہتا تھا لیکن اس کے باوجود جو ہے اللہ تعالی کبھی بھی ہم کو ان کے اگینسٹ نہیں کیا ہم ان کے خلاف نہیں کھڑے ہوئے بلکہ ہم جو ہے سپورٹر ہی بنے رہے فیملی والے کبھی کوئی بغاوت یا اس طرح کی کوئی ہم نے جو ہے مولانا کو نہیں کیا تو یہ غالبا اسی وجہ سے ہے مولانا کی اس طرح کی دعاؤں والی زندگی کی وجہ سے جو ہے اس طرح کا ماحول بنا گھر میں ایک مرتبہ ڈاکٹر رجت صاحب بتا رہے تھے کہ مولانا جو ہے ڈاکٹر رجت کی جو ماتا جو ہیں والدہ ان کے پیر چھو لیے تو بتا کر جو ہے ڈاکٹر رجت بہت ایموشنل ہو رہے تھے مولانا نے جو ہے اس مشن کے لیے کیا کیا نہیں کیا ہے اپنے اپ کو جس حد تک گرانا ہے اس حد تک جو ہے ہر معاملے میں مولانا اس طرح ہو گئے تھے مشن کے لیے تو یہ وہی ہے جو اس ایت کے اندر ہے ربیع نعمۃ برحمتک فی عبادک صالحین تو اس طرح کا جو ہمبلنس جو ہے وہ اس طرح کی سائنٹیفک شخصیت کے اندر ہی ہو سکتا ہے کسی دوسرے انسان میں ہونا تقریبا ہی امپاسیبل ہے ڈاکٹر صاحب اس کو کیا بولتے ہیں پیر چھونے کو کچھ ہندی میں بولتے ہیں نا کچھ ایک لفظ ہوتا ہے اس کے لیے ہندی میں پیر پریش کرنا اس طرح کہتے ہیں کچھ کہتے ہیں اس کے لیے چرن سپرش بھی کہتے ہیں فیض بھائی اور پیر چھونا بھی بول سکتے ہیں ساتھ چ رن چرن چرن پش پرش اچھا اچھا چرن کا مطلب چرن کا مطلب تو ہوتا ہے پیر برابر چرنوں میں بیٹھنا اور سپرش مطلب چھونا اچھا پرش چرن پرش جی سپرش چرن سپرش چرن سپرش اچھا یہ تو جو ہے جو اپ نے یہ سنایا تھا یہ واقعہ ایک دم ہلا دینے والا واقعہ ہے واقعی کہ کیسا مولانا کے اندر ایسی شخصیت پیدا ہو گئی تھی اور اپ جو کہہ رہے تھے کہ جو ہے اس مشن کے لیے مولانا اتنا زیادہ یہ ہو گئے تھے ہمبل اور ڈاؤن ٹو ارتھ تو یہ ایتوں میں جو ہے نا اسی ہمبل اور ڈاؤن ٹو ارتھ کا غالبا ذکر ہے جو حضرت سلیمان میں دیکھنے کو مل رہا ہے فیض بھائی ایک سب ماڈیسٹی کا ایک دم بہت ہی ایکسٹریم لیول اف ڈیمونسٹریشن تھا مولانا کہتے تھے کہ میں اپنے اپ کو چونٹی بھی نہیں سمجھتا اس قدر ماڈیسٹی ڈاکٹر صاحب ہم بھی اس طرح بولتے ہیں علماء اور ہم لوگ بھی لیکن وہ ریئل سینس میں صرف مولانا کے اندر ہی تھا وہ واقعی مولانا کے اندر تھی یہ باتیں اگر ہماری قران کی کلاسز سے ہم کو واقعی معنی میں یہ ماڈیسٹی ملے تو میں سمجھتا ہوں کہ جو ہے ہم سفر ہو جائیں گے یہ جو اتنا وقت ہم روز دیتے ہیں 40 45 منٹ تو ضائع نہیں ہوں گے اگر یہ ایک صفت بھی ہمارے اندر واقعی معنوں میں اجائے .</w:t>
      </w:r>
    </w:p>
    <w:p/>
    <w:p>
      <w:pPr>
        <w:pStyle w:val="Heading1"/>
      </w:pPr>
      <w:bookmarkStart w:id="76" w:name="vg26"/>
      <w:bookmarkEnd w:id="76"/>
      <w:r>
        <w:t>The Ants (Al-Naml) - 27:20-26</w:t>
      </w:r>
    </w:p>
    <w:p>
      <w:bookmarkStart w:id="77" w:name="cl49"/>
      <w:bookmarkEnd w:id="77"/>
      <w:r>
        <w:rPr>
          <w:i/>
          <w:color w:val="77786F"/>
          <w:sz w:val="20"/>
        </w:rPr>
        <w:t>08 Jun 2026 (Urdu)</w:t>
      </w:r>
    </w:p>
    <w:p>
      <w:pPr>
        <w:jc w:val="right"/>
        <w:bidi/>
      </w:pPr>
      <w:r>
        <w:rPr>
          <w:rFonts w:ascii="Noto Nastaliq Urdu" w:hAnsi="Noto Nastaliq Urdu" w:eastAsia="Noto Nastaliq Urdu" w:cs="Noto Nastaliq Urdu"/>
          <w:sz w:val="26"/>
          <w:rtl/>
          <w:lang w:bidi="ur"/>
        </w:rPr>
        <w:t>مثلاً آیتوں پر غور کرنے سے یہ بات سمجھ میں آ رہی ہے کہ جو ہے اللہ تعالی جو ہے حضرت سلیمان اور داؤد کا واقعہ بتا کر دو دوار کے فرق کو دو دور کے فرق کو جو ہے بتانا چاہتا ہے۔ ایک دور وہ تھا دنیا میں جب کہ اہل ایمان کو جو ہے غاروں میں چھپنا پڑا اور جو ہے مائیگریٹ ہونا پڑا اور وہ تہذیب کا شکار ہوتے تھے۔ تو ایک دور وہ تھا دنیا کے اندر جب کہ توحید کو ماننا اور سچائی پر کھڑے ہونا جو ہے گویا کہ مصیبتوں کو دعوت دینا تھا۔ تو اللہ تعالی جو ہے دور میں ایک تبدیلی چاہتے تھے جس کا پروسیس جو ہے حضرت موسی سے شروع کیا گیا کہ اہل ایمان کو جو ہے دنیا میں تہذیب کے دور سے نکال کر آزادی اور طاقت کے دور میں پہنچانا۔ تو ایک حدیث میں ہے کہ اللہ تعالی نے آدم کو جب پیدا کیا تو ان کی پوری ضرورت ان کے سامنے پیش کیا۔ تو اپنی ضرورت کو حضرت آدم نے دیکھا تو پوری ضرورت میں ایک آدمی کو دیکھا جس کا جس کی پیشانی بہت زیادہ چمک رہی تھی۔ تو حضرت آدم نے پوچھا کہ اے میرے رب یہ کون ہے؟ تو اللہ نے جواب دیا کہ جو ہے یہ تیرا بیٹا جو ہے داؤد ہے۔ تو تفصیل میں ہے کہ پھر حضرت آدم نے پوچھا کہ اس کی عمر کتنی ہے؟ کہا گیا کہ 60 سال۔ تو آدم نے کہا کہ نہیں یہ تو بہت کم عمر ہے جب یہ اتنا سگنیفیکنٹ پرسنیلٹی ہے یہ تو اس کی عمر زیادہ ہونا چاہیے۔ تو وہ تفصیل آتا رہے تو اس سے پتہ چل رہا ہے کہ جو ہے حضرت داؤد اور سلیمان جو ہے ایک ایمان اہل ایمان کی ہسٹری میں ایک ٹرننگ پوائنٹ ہے خدا کے پاس۔ یعنی اس سے ان سے پہلے اہل ایمان دب کر رہتے تھے زمین پر تو حضرت سلیمان کے بعد جو ہے سر اٹھا کر رہیں گے اور دور کو جو ہے تبدیل کر دیا جائے گا۔ تو بطور ڈیمو کے اللہ تعالی نے جو ہے حضرت داؤد اور سلیمان کو چنا اس کے لیے یعنی وہ جو ہے کسی ریس یا نسل کی فضیلت نہیں ہو اہل ایمان کی فضیلت ہے تاریخ میں داؤد اور سلیمان یا بنی اسرائیل کے ساتھ اللہ تعالی نے جو بھی کیا وہ کسی نسل کی فضیلت کے طور پر نہیں کیا وہ ایک جو ہے دور کے فرق کے لیے کیا کہ اب دنیا میں ایک نئے دور کا آغاز ہو رہا ہے جبکہ جو ہے اہل ایمان کو زمین دی جائے گی ریسورسز دیے جائیں گے طاقت دی جائے گی پولیٹیکل پاور دیا جائے گا وہ دبے اور کچلے ہوئے نہیں رہیں گے بلکہ اٹھا کر رہیں گے زمین پر تو اس کی علامت ہے بنی اسرائیل اور ان میں سلیمان اور داؤد تو اللہ تعالی نے جب دیا ان کو تو عام لوگوں کو جو ہے عام چیزیں دی جو لا اف نیچر کے تحت ملنا چاہیے جیسے ملکہ صبا کو ملکہ صبا بھی جو ہے ایک پاور فل کوئین ہے لیکن اس کو وہ چیزیں حاصل نہیں ہیں جو سلیمان کو حاصل ہیں لا اف نیچر کے تحت جو سب کو ملا ہوا ہے وہ اس کو ملا ہوا ہے ملکہ صبا کو لیکن حضرت سلیمان اور داؤد کو جو ہے ایکسٹرا ملا ہوا ہے لا اف نیچر کے تحت بھی اور میریکلس بھی اسپیشل پریولج بھی اسپیشل بلیسنگ بھی جیسے یہاں ذکر ہے کہ جن بھی ان کے لیے کام کرتے تھے عام بادشاہوں کے لیے جو ہے بڑے بڑے سورما اور فوجی جرنیل کام کرتے ہیں یا بڑے بڑے اہل علم کام کرتے ہیں لیکن داؤد اور سلیمان کے لیے اللہ تعالی نے جو ہے یہ بھی کیا کہ مادی قوانین بھی تمہارے سپورٹ میں ہوں گے اور غیر مادی جو عام انسانوں کو نہیں دیے جاتے تو دور کے فرق کی علامت ہے گویا کہ داؤد اور سلیمان اہل ایمان کی تاریخ میں دور کے فرق کو بتانا اور پھر اس کے بعد سے جو ہے مسلسل وہ اتارا حضرت سلیمان اور داؤد کے ذریعے جو ڈیمو دیا گیا طاقت اور قوت کا تاریخ میں مسلسل وہ چلتا رہا یہاں تک کہ مولانا جو کہتے ہیں ایک ادمی نے پوچھا کہ جو ہے محمد کے بغیر محمد کو اگر تاریخ سے نکال دیا جائے تو کیا کمی رہ جائے گی کسی نے سوال کیا تھا تو مولانا نے جو ہے اس پر سوچا تو بہت بڑی بڑی باتیں سامنے ائیں وہ باتوں میں سے ایک یہ ہے کہ جو ہے اگر محمد اور اصحاب رسول کو تاریخ سے ہٹا دیا جائے تو پھر تاریخ جو ہے تاریخ ہی تاریخ ہے ڈارکنس میں کچھ بھی نہیں ہے وہاں پر سوائے وہم اور توہم پرستی سپر اسٹیشن اس طرح کے تو اللہ تعالی نے جو ہے مسلسل وہاں ایک ڈیمو دیا بنی اسرائیل میں فیس اول میں کنعان میں اس کے بعد فیز ٹو میں جو ہے بڑے پیمانے پر اس کا اظہار کیا پوری زمین پر قوت اور طاقت کا دبدبے کا تو اس قوت اور دبدبے کی وجہ سے جو ہے دنیا کو اج اے ائی ملا ہوا ہے ایج اف ایوی ایشن ملا ہوا ہے ایج اف ٹرانسپورٹیشن ایج اف کمیونیکیشن ایسی بڑی بڑی چیزیں ملی ہوئی ہیں جو تاریخ میں انسان صرف تصور ہی تصور بھی غالباً نہیں کر سکتا تھا تو اللہ تعالی نے ایک دور کو کھولا ہے گویا کہ سلیمان اور داؤد کے حوالے سے وہ کسی کی ذاتی فضیلت یا نسلی برتری کی بات نہیں ہے وہ اہل ایمان پر خدا کی نصرت کی بات ہے نصرت کا ایک نیا نئے دور کا اغاز اور مسلسل وہ بڑھتا ہی گیا ہو یہاں تک کہ اج جو ہے ایج اف فریڈم ایج اف ایکسپریشن سائنٹیفک تھاٹ اوپننس اور جو ہے اسلامک ائیڈیالوجی کو جو ہے اپر ہینڈ دوسری ائیڈیالوجیز پر وہ سارا جو ہے اسٹیبلش ہو گیا ہے زمین پر لیکن مسلمان اپنی ان سینسٹیوٹی کی وجہ سے جو ہے اس کو پکڑ نہیں پا رہے کہ ان کو کیا دیا گیا ہے کس طرح سے وہ بلیسڈ ہیں ان کو پتہ نہیں ہے اہل ایمان کو شیطان ان کو جو ہے جیسا خود خود کہہ رہا ہے کہ اتنی شاندار کنگڈم ہے لیکن بت پرستی کرتی ہے ان کو خبر نہیں ہے کہ خدا کی عبادت کیا چیز ہے تو اسی طرح اج کے مسلمانوں کو بھی یہ بتانے کی ضرورت ہے کہ تمہاری قسمت تو داؤد اور سلیمان کے دور سے ہی بدل دی گئی ہے اور تمہارا تاریخ دور اپریشن کا دور جو ہے بہت پہلے ہی ختم کر دیا گیا 2000 ڈھائی ہزار سال پہلے وہاں سے تو جو ہے تمہاری پوزیٹیو جرنی چالو ہے زمین پر اس احساس کو جو ہے انکلکیٹ کرنے کی ضرورت ہے اہل ایمان کے دل میں نہ کہ محرومی مظلومی کا ذہن تو مولانا وہ بالکل نہیں مانتے تھے وکٹیم ہڈ کی بات ہے کہ مسلمان وکٹمائزڈ ہے مسلمان بالکل بھی وکٹمائز نہیں ہے وہ صرف شیطان نے ان کو اس طرح دکھا دیا ہے کہ وہ وکٹمائز ہے تاکہ ان کے اندر ت اکہ ان کو سیڈن کرے غم میں مبتلا کرے فرسٹریٹ کرے اس کے لیے شیطان نے جو ہے بڑے بڑے حقائق جو ہے مسلمانوں کے ذہن سے چھپا رکھے ہیں تاکہ وہ شکایتوں میں اور کمپلینٹ میں رہے حالانکہ کمپلینٹ اور شکایت کا دور بہت پہلے ہی ختم ہو گیا ہے زمین پر تو مولانا کا مشن یہی ہے لوگوں کو جو ہے وہ ریلیٹی دکھانا جو شیطانی وسوسوں کی وجہ سے نہیں دیکھ پا رہے یہی مولانا کرتے تھے کوئی بھی ادمی ا کر وکٹمائزیشن کی بات کرتا تو مولانا اس کو بالکل ہی انکار کرتے تھے کہ یہ سب جھوٹی باتیں ہیں اپ جائیے اس کی کوئی حقیقت ہے نہیں اصل میں اور بات صحیح بھی ہے وہ مولانا کی کہ اہل ایمان کی کمزوری کا دور تو بہت پہلے ہی ختم کر دیا گیا خروج کے وقت موسی جب مصر سے نکلے 20 لاکھ لوگوں کو لے کر تو وہ تاریخ کا ایک نیا ٹرننگ تھی کہ اب دور کی تبدیلی ہو گئی اہل ایمان کو لے کر اور وہ پروسیس میں جو ہے نا ہوتے ہوئے وہ کمپلیٹ ہو گئی زمین پر ایک ہزار سالہ دور رہا پھر جو سائنسی دور ایا دنیا میں جمہوریت ڈیموکریسی کا تو وہ جو ہے پوری طرح وہ کمپلیٹ ہو چکا ہے لیکن مسلمان اپنی اس کی وجہ سے شارٹ سائیڈ کی وجہ سے جو ہے دیکھ نہیں پا رہے تو ان کی شارٹ سائیٹڈنس کو ختم کرنا یہ ہمارا مشن ہے سی پی ایس کا کہ ان کی نظر کی کمزوری کو دور کرنا اور ان کی نظر کو جو ہے اونچی کرنا کہ وہ خائق کو دیکھ سکیں نہ کہ شیطانی جال میں پھنسیں تو گویا کہ اللہ تعالی سلیمان کے ذریعے یہ کہہ رہا ہے کہ ہم نے ان کو مادی اور غیر مادی دونوں اس سے نوازا اور جو بھی خدا کے دین کے لیے ٹھہرے گا اس کو سب دیا جائے گا امیجنیبل بھی اور ان امیجنیبل دونوں چیزیں اس کو دی جائیں گی اور اج دی بھی گئی ہے سب چیزیں جو ہم سوچ نہیں سکتے وہ دی گئی ہے جیسے وہ ابھی جو ہے کچھ لوگ چاند کا سفر کر کے ائے ہیں اپریل کے مہینے میں ایک ٹیم ناسا کی لینڈنگ نہیں کیا انہوں نے لیکن قریب سے چاند کی سٹڈی کیا انہوں نے اس کو جس کو فلائی بائی کہتے ہیں ارٹیمس ارٹیمس پروگرام کے تحت نو لوگ شاید گئے تھے چار یا پانچ لوگ نو دن کے لیے چاند کے قریب وہ لوگ جو ہے اپنی بغیر کسی گیجٹ کے اپنی انکھوں سے چاند کو انہوں نے مشاہدہ کیا کئی گھنٹے چاند کا تو یہ حضرت سلیمان کے لیے جو ہے اگر خود خود جاتا تھا دو ہزار کلومیٹر کنعان سے دور یمن تو اج ہم جو ہے گیجٹ کے ذریعے دوسرے سیاروں کو دیکھ رہے ہیں جو کہ اس دور میں نہیں تھی اس طرح کی باتیں خود خود ان کو گویا کہ دیا گیا اور ہمیں اس سے بھی اگے کی چیزیں دی جا رہی ہیں تو بس وہ وکٹمائز تھنکنگ کو ختم کرنا یہی اصل فی الوقت جو ہے جہاد کبیر ہم کہہ سکتے ہیں مسلمانوں کے وکٹمائز تھنکنگ کو ختم کرنا تاکہ وہ حقائق کو دیکھ سکیں وہ جو ہے شیاطین دیکھنے نہیں دے رہے ہیں مسلمانوں کو اور نیگیٹیو کرتے جا رہے ہیں ہر ہر معاملے میں شکایت شکایت شکایت یہ سائیار کی شکایت اور وہ شکایتیں یہ شکایتیں شکایتوں سے زمین کو جو ہے ذہنوں کو بھر دیے ہیں شیاطین تو شکایت ہی ذہن سے نکالنا ہے اور ان کی زبان سے یہ نکلنا دریافت کی بنیاد پر قال الحمدللہ الذی فضل کثیر عبادہ کہ ہمارے پچھلے سارے ادوار کے مومنین سے زیادہ ہم کو دیا گیا فضیلت ملی ہے وہ احساس پر دوبارہ کھڑا کرنا ہے ایک انسان یہی رسالہ کا جو ہے غالبا اصل کام کہ وہ کہہ سکیں ہر ادمی الحمدللہ الذی فضل کثیر عبادہ کہ ہم سے پہلے کے ہزاروں مومنین پر جو ہے اللہ تعالی نے ہم کو زیادہ عطا کیا ہے حضرت سلیمان کو جو ہے خود کے ذریعے دو ہزار کلومیٹر کی انفارمیشن مل رہی ہے اور وہ اوپنلی کہہ رہا ہے کہ میں ایسی باتیں جانتا ہوں جو اپ نہیں جانتے تو اس کے مقابلے میں ہمیں جو ہے اتنا زیادہ یونیورس میں دور تک دیکھنے کا موقع مل رہا ہے جو حدود نہیں دیکھ سکتا ہے ہمارے جو گیجٹس ہیں بہت دور دور تک جو ہے جا کے اسٹڈی کر کے مسلسل وہاں سے یہ بھیجتے رہتے ہیں یونیورس کی فوٹوز تو یہ خدا کی بلیسنگ ہے اس لیے ڈسکوری جب تک نہیں کریں گے تو مولانا کہتے تھے کہ جو ہے اوشینک شکر نہیں پیدا ہوگا اگر ہم کہاں کھڑے ہوئے ہیں وہ نہیں جانیں گے تو ہم جو ہیں سلیمان اور داؤد کا جو ہے یہ ہے کلمینیشن کلائمیکس ہیں ہم لوگ داؤد اور سلیمان کا یا موسی کا موسی داؤد سلیمان محمد اصحاب محمد کا جو ہے ہم کلائمیکس ہیں کلمینیشن ہے .</w:t>
      </w:r>
    </w:p>
    <w:p/>
    <w:p>
      <w:pPr>
        <w:pStyle w:val="Heading1"/>
      </w:pPr>
      <w:bookmarkStart w:id="78" w:name="vg27"/>
      <w:bookmarkEnd w:id="78"/>
      <w:r>
        <w:t>The Ants (Al-Naml) - 27:36-37</w:t>
      </w:r>
    </w:p>
    <w:p>
      <w:bookmarkStart w:id="79" w:name="cl50"/>
      <w:bookmarkEnd w:id="79"/>
      <w:r>
        <w:rPr>
          <w:i/>
          <w:color w:val="77786F"/>
          <w:sz w:val="20"/>
        </w:rPr>
        <w:t>12 Jul 2026 (Urdu)</w:t>
      </w:r>
    </w:p>
    <w:p>
      <w:pPr>
        <w:jc w:val="right"/>
        <w:bidi/>
      </w:pPr>
      <w:r>
        <w:rPr>
          <w:rFonts w:ascii="Noto Nastaliq Urdu" w:hAnsi="Noto Nastaliq Urdu" w:eastAsia="Noto Nastaliq Urdu" w:cs="Noto Nastaliq Urdu"/>
          <w:sz w:val="26"/>
          <w:rtl/>
          <w:lang w:bidi="ur"/>
        </w:rPr>
        <w:t>فہد صاحب، یہ صحیح بات فرمائی آپ نے۔ تو میرے ذہن میں آئی کہ ایک دفعہ مولانا نے جب وضاحت کی سپرچویلٹی کی تو ایکسٹسی بعض لوگ اس کے مترادف سمجھتے تھے، جو پراسرار چیزوں کا معاملہ ہے۔ وہ ظاہر ہے اکثر لوگ اسی میں پھنسے ہوئے رہتے ہیں۔ تو میں سوچا تھا سپرچویلٹی واقعی جو آپ تفسیر مفہوم میں چیزوں کو لینا، وہ سپرچویلٹی ظاہر ہے اس میں انسان کنٹمپلیٹ کرتا ہے، اور اس کے بعد کچھ آگے بڑھ کر اس کے لیے چیز جو ہے بہت ہی اس کو ہلا دینے والی بن جاتی ہے، اس پر سوچتے ہوئے۔ لیکن ایک سوال ہے میرا، جس میں آپ تھوڑا رہنمائی کریں۔ آپ نے جو ایکسٹینڈڈ مفہوم میں چیزوں کو لینے کی بات کہی، اور خود ایک مثال بھی بتائی کہ موسیٰ علیہ السلام گئے تھے وہاں چنگاری لینے کے لیے، اس طرح ایمان کی چنگاری لے کر ڈھونڈتے ہوئے، کوئی چنگاری لے کر انسان مزید کچھ پاتا ہے۔ تو اس میں اگر تھوڑا گائیڈنس ہو جائے، یہ ایکسٹینڈڈ مفہوم میں چیزوں کو لینے کی صلاحیت کے لیے جو بنیادی صفات ہیں، اگر ان کو کیٹاگرائز کیا جائے تو کیسے کیا جا سکتا ہے؟ تھوڑا اگر مزید اس میں ہماری رہنمائی کریں۔</w:t>
      </w:r>
    </w:p>
    <w:p>
      <w:pPr>
        <w:jc w:val="right"/>
        <w:bidi/>
      </w:pPr>
      <w:r>
        <w:rPr>
          <w:rFonts w:ascii="Noto Nastaliq Urdu" w:hAnsi="Noto Nastaliq Urdu" w:eastAsia="Noto Nastaliq Urdu" w:cs="Noto Nastaliq Urdu"/>
          <w:sz w:val="26"/>
          <w:rtl/>
          <w:lang w:bidi="ur"/>
        </w:rPr>
        <w:t>فہد صاحب، یہ سوال تو آخر میں جو ہے اس کا غالباً ذکر ہے، اس بات کا، آپ کے سوال کا۔ یعنی جب اس کا عرش لایا گیا ، بلقیس کا، تو حضرت سلیمان نے کہا کہ تھوڑا سا اس کو یہ کر دو، الٹر کر دو ، تھوڑا سا چینج کر دو۔ اور اس کے بعد اس سے پوچھا گیا، هَاكَذَا عَرْشُكَ یہی تمہارا یہ ہے، تُرُونَ ہے۔ تو اس نے کہا، كَانَ هُوَ ایسے ہی تو لگ رہا ہے۔ تو ایسا لگتا ہے وہ بہت ہی ذہین خاتون تھی، اس نے پہچان لیا فوراً سارے معاملے کو۔ تو موجودہ دور میں جو ہے، یہ جو مسلمانوں میں جو وکٹمائزیشن کا جو ذہن آیا ہے، اس کی وجہ سے جو ہے وہ پکڑ نہیں پا رہے ہیں باتوں کو، توسیع مفہوم میں نہیں لے رہے۔ مولانا کے علاوہ کوئی بھی میرے علم میں تو نہیں ہے۔ مثال کے طور پر سفرنامہ عیسپین و فلسطین ہے مولانا کا، تو عیسپین کو جو بھی جاتا ہے، مسلمان، عرب، نان عرب، علامہ اقبال یا علامہ فراہی یا جو بھی ہیں، ایسے بڑے نام، سب عیسپین جاتے ہیں تو جو ہے اس کو لاسٹ پیراڈائز کے نام سے ہی یاد کرتے ہیں، الجنت المفقودہ۔ اور سب جو ہے آہیں بھرتے ہیں کہ جو ہے، ہائے ماضی کی عظمت، ہائے ماضی کی عظمت، یہی کہتے ہیں۔ لیکن مولانا عجیب انسان ہیں اس میں۔ جب وہ پہلی مرتبہ عیسپین گئے تو مولانا نے لکھا ہے کہ میں ترل ہو گیا دیکھ کر، گویا کہ جو ہے عیسپین یہ کہہ رہا ہے مسلمانوں سے کہ تم نے انسانی قافلے کو، تمدن کے قافلے کو جہاں چھوڑا تھا، وہاں سے ہم نے اس کو آگے بڑھایا۔ یعنی عربوں نے جو ہے عیسپین تک اس کو پہنچایا، اور وہ ایگزاسٹ ہو گئے اس وقت تک، چونکہ انسان ہیں۔ تو وہاں سے جو ہے، اسی عیسپین سے جو ہے نا یورپ نے سیکھا، اگلا اسٹپ۔ تو مولانا یہ کہتے ہیں کہ اس سوچ سے میں جو ہے شکر سے بھر گیا کہ تم نے جہاں تک تمدن کے قافلے کو پہنچایا تھا، وہاں سے وہ مشعل ہم نے آگے بڑھائی، تمدن کی، سائنس کی مشعل کو۔ تو یہ ایک سوچ ہے، دوسری سوچ وہ ہے وکٹمائز والی، کہ ہم نے جو ہے عیسپین کھو دیا، اپنی عظمت کھو دی۔ اور مولانا کہتے ہیں کہ جہاں ہم ایگزاسٹ ہوئے تھے، وہاں سے ن ئی نئے دم کے ساتھ جو ہے ویسٹرن اقوام نے اس کو اٹھا لیا۔ تو ماڈرن جو سارا جو دور ہے، وہ نکراللہ شاہ کی طرح ہی ہے، تھوڑا سا اس میں اللہ نے چینج کر دیا مسلمانوں کے امتحان کے لیے، کہ کالونیل طاقتوں کو موقع دیا کہ وہ مادی طور پر یہ ہو جائیں، اپر ہینڈ ہو جائیں۔ تو گویا کہ تھوڑا سا اللہ تعالی نے الٹر کیا، کیا کہ مسلمان سر پر اٹھا لیے شکایتوں کا پہاڑ، اور جو ہے ساری ویسٹرن سویلائزیشن کے یہ ہو گئے، ویسٹرن ایجوکیشن اور ویسٹرن سائنٹیفک سوچ، ہر چیز کی انہوں نے مخالفت کی، اندھا دھند۔ تو جب مسلمان جو ہے وکٹمائزیشن کے مائنڈ سے نکلیں گے تو ان کو پتہ چلے گا، کان نہ ہو، یہ تو وہی ہے جو ہمارا اپنا ہے۔ جیسے مولانا کو ہوتا ہے ہر چیز میں۔ مولانا کہتے ہیں کہ جو ہے ویسٹرن سویلائزیشن اور ویسٹرن کلچر، یہ دونوں میں مسلمانوں نے فرق نہیں کیا۔ فرق نہیں کرنے کی وجہ سے جو ہے ویسٹرن کلچر کی کچھ برائیوں کو لے کر انہوں نے جنرلائز کیا، اور سارے سائنٹیفک زمانے کو کھو دیا انہوں نے۔ حالانکہ وہ ان کے ہی عرش کو جو ہے تھوڑا سا الٹر کر کے خدا لے کر آیا تھا وہاں پر۔ یعنی سَنُورِهِمْ عَيَاتِنَ فِي الْأَفْرَقِ وَفِي أَنْفُسِهِمْ والا دور۔ تو چونکہ وہ بچی ہوئی تھی بالقیس نیگیٹیو تھنکنگ سے، اس لیے وہ فوراً پکڑ پائی باتوں کو۔ مسلمان جو ہے وکٹمائزیشن میں جی رہے ہیں، اس لیے وہ پکڑ نہیں پاتے ہیں کہ جو ہے ان کا ہی عرش ہے جو تھوڑا سا چینج کر کے سامنے لایا گیا ہے، ویسٹرن نیشن کے ذریعے۔ یعنی خدا کا وہ وعدہ جو کیا گیا تھا کہ جو ہے ہم آفاق و انفس میں نئی یہ دیں گے، نئی بوسٹ دیں گے اسلامک آئیڈیالوجی کو۔ تو وہی واقعہ ہوا تھا اصل میں جو بلقیس کے ساتھ ہوا تھا، وہی مسلمانوں کے ساتھ ہوا۔ کوئی پکڑ نہیں پایا مولانا کے علاوہ اس کو۔ تو جب تک وہ چھوڑیں گے نہیں وکٹمائزیشن کا مائنڈ، تو توسیع، توسیع ذہن، ایکسٹینڈڈ سوچ جو ہے پیدا ہونا بہت ہی مشکل ہے۔ سب لوگ انیمی ہی لگیں گے ہمارے۔</w:t>
      </w:r>
    </w:p>
    <w:p>
      <w:pPr>
        <w:jc w:val="right"/>
        <w:bidi/>
      </w:pPr>
      <w:r>
        <w:rPr>
          <w:rFonts w:ascii="Noto Nastaliq Urdu" w:hAnsi="Noto Nastaliq Urdu" w:eastAsia="Noto Nastaliq Urdu" w:cs="Noto Nastaliq Urdu"/>
          <w:sz w:val="26"/>
          <w:rtl/>
          <w:lang w:bidi="ur"/>
        </w:rPr>
        <w:t>فہد صاحب، بہت ہی صحیح تشخیص آپ نے کی ہے۔ اور مجھے ایک واقعہ مولانا کا یاد آ رہا ہے، وہ کلیم صاحب نے سنایا تھا، ہمارے کشمیر میں ایک کلیم صاحب ہیں، کلیم اللہ صاحب۔ تو بہت پہلے جب مولانا یہاں تشریف لائے تھے تو ان کے ساتھ کلیم صاحب نے ان کو کسی گلمرگ یا کسی جگہ کی سیر کرائی تھی، تو وہاں چڑھتے ہوئے مولانا نے ان سے بات کی، کوئی بات بتائی ہے۔ انہیں کسی کتاب کا حوالہ دے کر کہا تھا کلیم اللہ صاحب نے کہ آپ بتائیں۔ اس کا مولانا ظاہر ہے پوچھتے تھے دوسروں سے، تو اس نے کہا تھا کمپلیکس فری، ایک ورڈ کہا تھا کمپلیکس فری، جس سے مطلب انسان کی شخصیت کمپلیکس فری ہو۔ تو مجھے لگ رہا ہے ظاہر ہے یہاں مولانا کا جو تذکرہ آپ نے تو مولانا ایک کمپلیکس فری پرسنیلٹی تھے، اللہ کی عظمت میں جینے والے، اور کسی اور عظمت کو خاطر میں نہ لائے۔ تو انسانی تہذیب کے جب جنرل ویو میں یا اس کنٹیسٹ میں دیکھا کہ مسلمان نے اپنا پارٹ ادا کیا، اس کے بعد یورپینز نے پارٹ ادا کیا، تو وہ اللہ کی عظمت میں ہی جینا ہے۔ تو واقعی جو ابلیس کو سَبْدَهَا مَا كَانَتْ عَبَدُهُ تو وہ بھی ایک طرح کا کمپلیکس میں رہنا، جب یا ایک شرک، یہ بھی کہیں گے کمپلیکس بھی ایک شرک ہوتا ہے۔ بہت ہی مجھے لگ رہا ہے بہت ہی وضاحت ہوئی اس میں، جزاک اللہ۔</w:t>
      </w:r>
    </w:p>
    <w:p>
      <w:pPr>
        <w:jc w:val="right"/>
        <w:bidi/>
      </w:pPr>
      <w:r>
        <w:rPr>
          <w:rFonts w:ascii="Noto Nastaliq Urdu" w:hAnsi="Noto Nastaliq Urdu" w:eastAsia="Noto Nastaliq Urdu" w:cs="Noto Nastaliq Urdu"/>
          <w:sz w:val="26"/>
          <w:rtl/>
          <w:lang w:bidi="ur"/>
        </w:rPr>
        <w:t>جی شاہ صاحب، وہ جو آپ نے امام شمائلی داغستانی کا جو ذکر کیا، پھر بعد میں دوسرے ہمارے سیرت نگار اور علماء کا جو ذکر کیا، وہی ان کے ساتھ پیش آیا۔ یعنی انہوں نے جو ہے ویسٹرن نیشن کے ظہور کو جو ہے ایک ایک سمپل مسئلہ سمجھ لیا، انہوں نے کہ یہ کوئی ہمارے خلاف سازش ہے، اور ہم دستی ہتھیاروں سے ان کا مقابلہ کر لیں گے۔ حالانکہ وہ سائنس اور اس کا معاملہ تھا، سائنٹیفک نالج کا۔ تو مسلمان جو مقابلہ کر رہے تھے، وہ کوئی چیز ہی نہیں تھی، وہ نتھنگ تھی۔ اصل ان کو سمجھنا چاہیے تھا کہ جو ہے یہ اسلام کی نصرت کا یا قرآن کی نصرت کا ایک نیا دور ہے، جو ویسٹرن نیشن کے ذریعے خدا کروائے گا۔ جو ہے عمر مختار یا سنوسی یا سعید نورسی، یہ جتنے بھی لوگوں کو دیکھیے، ہمارے ملک کے ہوں یا پوری دنیا کے، سب جو ہے ری ایکشن میں آ گئے کالونائزیشن کو دیکھ کر۔ تو مولانا کی وہ بات صحیح تھی جو آپ نے سنایا تھا کہ مولانا نے بتایا کہ میں کسی ایسی باتوں پر نہیں کھڑا ہوا، میرا مشن میں دریافت پر کھڑا ہوا ہوں، کسی ری ایکشن پر نہیں کہ کسی نے رسول اللہ کو ابیوز کر دیا، اس لیے مجھے غصہ آ گیا، تو میں نے وہ کتاب لکھی ہے۔ ایسا نہیں ہے مولانا کا معاملہ۔ تو سارے ہی لوگ جو ہے رد عمل کا شکار ہوئے، سوائے مولانا کے، چاہے وہ داغستانی ہو یا کرغستانی ہو یا کوئی بھی مسلم ملک کے لوگ ہوں۔ اللہ تعالی نے جو ہے مولانا کو بچایا، اور مولانا نے اصل بات پکڑی اس کے اندر کہ یورپین اقوام کا معاملہ کیا ہے، یہ لڑ لڑ بھڑ کر جو ہے ان کو ہرانے کا معاملہ ہی نہیں ہے۔ آپ ان کو بھگا بھی دیں گے تو پھر وہ اپنے سیٹلائٹ اور اپنے کارپوریٹ کمپنیوں کے ذریعے آپ پر قبضہ کر لیں گے، اور وہی ہوا۔ فزیکلی وہ مسلم ملکوں سے گئے، لیکن معاشی طور پر جو ہے مسلمانوں نے ان کو اپنا بڑا مان لیا۔ تو ڈائیگنوسس میں جو ہے سب نے غلطی کی، اس لیے وہ بات کو پکڑ نہیں پائے، ان سے لڑنے بھڑنے کو ہی کام سمجھتے رہے۔ حالانکہ ان کا جو سائنٹیفک کنٹریبیوشن جو تھا، اس سے فائدہ اٹھانے کا دور تھا، وہ جیسا کہ وہ ساؤتھ افریقہ وغیرہ کے بارے میں کہتے ہیں کہ انہوں نے فائدہ اٹھایا پہلے۔</w:t>
      </w:r>
    </w:p>
    <w:p>
      <w:pPr>
        <w:jc w:val="right"/>
        <w:bidi/>
      </w:pPr>
      <w:r>
        <w:rPr>
          <w:rFonts w:ascii="Noto Nastaliq Urdu" w:hAnsi="Noto Nastaliq Urdu" w:eastAsia="Noto Nastaliq Urdu" w:cs="Noto Nastaliq Urdu"/>
          <w:sz w:val="26"/>
          <w:rtl/>
          <w:lang w:bidi="ur"/>
        </w:rPr>
        <w:t>فہد صاحب، جو کمپلیکس کی بات مجھے یاد آئی تو یہاں مجھے سلیمان علیہ السلام کا کریکٹر بھی دیکھے۔ ابھی وہ یوں سمجھیں، اگر وہ لفظ نہ کہیں، اگ بگولا ہیں کہ یہ ہدہد کہاں ہے۔ تو ہدہد آئے تو سنا دیا کہ مجھے وہ خبر ہے جو آپ کو پتہ نہیں۔ تو سلیمان علیہ السلام کو کوئی کمپلیکس نہیں تھی ان سے سیکھنے کا، یا اس نے جو بات بتائی، یہ آپ کون بنتے ہیں کہ آپ کوئی بات بتائیں جو مجھے خبر نہ ہو۔ یہ مجھے لگ رہا ہے یہ بھی ایک پوائنٹ ہے اس کمپلیکس سے فری ہونے کا کہ انسان کسی کی بھی بات کو سنے، جو انفارمیشن جہاں سے بھی گیدر کرے، جو بھی بتائے، کہ اس کو اس کے پاس ایک کیوریسٹی ہو۔</w:t>
      </w:r>
    </w:p>
    <w:p>
      <w:pPr>
        <w:jc w:val="right"/>
        <w:bidi/>
      </w:pPr>
      <w:r>
        <w:rPr>
          <w:rFonts w:ascii="Noto Nastaliq Urdu" w:hAnsi="Noto Nastaliq Urdu" w:eastAsia="Noto Nastaliq Urdu" w:cs="Noto Nastaliq Urdu"/>
          <w:sz w:val="26"/>
          <w:rtl/>
          <w:lang w:bidi="ur"/>
        </w:rPr>
        <w:t>جی جی، بہت صحیح ہے، وہ کوئی جو ہے ہز ایکسیلنسی فضیلت الشیخ خطبہ اعظم کچھ بھی نہیں کہہ رہا ہے، وہ تو سلیمان علیہ السلام کو ڈائریکٹ سپیچ ہے اس کی، وہ کہہ رہا ہے کہ أَحُدُّ بِمَا أَلَمْ تُعِِدْ بِهِ وَجِّدْتُكَ بِسَبَيْهِمْ بِنَبَيِّهِمْ يَقِينٌ تو ہمارے علماء کو اس کی عادت نہیں ہے، وہ چاہتے ہیں کہ جو ہے کسی کا بھی نام لیا جائے تو پہلے القاب لگائے جائیں، آخر میں وہ بڑھایا جائے، یہ بڑھایا جائے۔ لیکن حضرت سلیمان جو ہے کچھ بھی اس پر کمپلیکس فیل نہیں کرتے ہیں۔ بہت اچھا اینگل ہے۔</w:t>
      </w:r>
    </w:p>
    <w:p/>
    <w:p>
      <w:pPr>
        <w:pStyle w:val="Heading1"/>
      </w:pPr>
      <w:bookmarkStart w:id="80" w:name="vg28"/>
      <w:bookmarkEnd w:id="80"/>
      <w:r>
        <w:t>The Ants (Al-Naml) - 27:38-40</w:t>
      </w:r>
    </w:p>
    <w:p>
      <w:bookmarkStart w:id="81" w:name="cl51"/>
      <w:bookmarkEnd w:id="81"/>
      <w:r>
        <w:rPr>
          <w:i/>
          <w:color w:val="77786F"/>
          <w:sz w:val="20"/>
        </w:rPr>
        <w:t>15 Jun 2026 (Urdu)</w:t>
      </w:r>
    </w:p>
    <w:p>
      <w:pPr>
        <w:jc w:val="right"/>
        <w:bidi/>
      </w:pPr>
      <w:r>
        <w:rPr>
          <w:rFonts w:ascii="Noto Nastaliq Urdu" w:hAnsi="Noto Nastaliq Urdu" w:eastAsia="Noto Nastaliq Urdu" w:cs="Noto Nastaliq Urdu"/>
          <w:sz w:val="26"/>
          <w:rtl/>
          <w:lang w:bidi="ur"/>
        </w:rPr>
        <w:t>یہ آیتوں پر غور کرنے سے یہ لگ رہا تھا کہ ورلڈ جغرافیہ جو ہے، وہ بہت ہی امپورٹنٹ رول پلے کرتا ہے انسانوں کی زندگی میں، اور وہ معرفت کا جو ہے بہت بڑا ذریعہ ہے۔ تو یمن اور کنعان کے بیچ میں جو ہے سفر کے لیے دو راستے اویلیبل ہیں: ایک بری اور ایک بحری۔ یعنی ایک تو یہ ہے کہ وہ عرب وولڈ کو پار کرتے ہوئے کنعان تک پہنچے، زمینی راستے سے۔ یہ جو ہے ٹف ہوتا ہے ہمیشہ۔ زمینی راستہ جو ہے عموماً مشکل سفر ہوتا ہے۔ دوسرا اللہ تعالی نے انتظام رکھا ہے بحری راستوں کا۔ تو دوسرا راستہ غالباً جو ہے یمن سے کنعان جانے کے لیے ریڈ سی کا تھا، بحر احمر کا۔ تو ہو سکتا ہے ملکہ سبا جو ہے، جو سفر پر نکلی ہے حضرت سلیمان سے ملاقات کے لیے، وہ بحری راستہ ہو۔ بحری راستے سے وہ گئی ہو کہیں قریب تک، اور پھر وہاں سے وہ آگے گئی ہو۔ غالباً ایسا لگ رہا ہے کہ غالباً وہ ریڈ سی کے ذریعے جو ہے اسرائیل تک پہنچی۔ تو یہ جو قرآن کے اندر ہے: "وَإِلَلْأَرْضِ كَيْفَ سُدِيَتَ" زمین کو دیکھو کہ کیسے اس کا فارمیشن کیا گیا ہے۔ تو زمین کے فارمیشن میں جو ہے بری اور بحری جو فارمیشن ہے، اس نے انسانوں کے لیے جو ہے کیا کہتے ہیں جس کو ورلڈ ٹریڈ اور ایک دوسرے کے ساتھ ایکسچینج کرنا، چیزوں کو تعلقات بنانا۔ تو یہ بہت ہی امپورٹنٹ رول پلے کرتے ہیں یہ بری اور بحری ڈیزائن میپس، قدیم دور میں بھی اور آج کے جدید دور میں بھی۔ جو واسکوڈی گاما کو جو ہے اتنا یہ ملتا ہے مقام، وہ بھی جو ہے یہی بحری راستے کی ڈسکوری کی وجہ سے۔ اس سے پہلے جو ہے بحری راستہ اس طرح انسان غالباً نہیں جانتے تھے۔ واسکوڈی گاما سے پہلے یورپ سے انڈیا آنے کے لیے وہ زمینی راستوں سے آتے تھے، بری راستوں سے عرب ہوتے ہوئے اور ایران وغیرہ پار کرتے ہوئے جو ہے ہندوستان پہنچتے تھے۔ تو اس نے سمندری راستہ دریافت کر کے جو ہے ویسٹ اور ایسٹ کو کے ٹریڈ کو آسان کر دیا۔ تو یہ جو "وَإِلَلْأَرْضِ كَيْفَ سُدِيَتَ" جو ہے، وہ قدیم زمانے میں بھی معرفت کا اور انٹلیکچول ڈیولپمنٹ کا ذریعہ تھا، اور آج بھی ہے۔ ورلڈ ٹرانسپورٹیشن ، ایئر اور واٹر اور روڈ ویز۔ تو حضرت سلیمان کو جو ہے یہ مادی نعمتیں، سائنسی طور پر بھی اور معجزاتی طور پر بھی، بہت زیادہ ایکسیپشنلی دی گئی تھی، ایسا لگ رہا ہے غور کرنے سے۔ آج بھی جو اسپیڈ ہے، وہ جو عفریت جو کہہ رہا ہے: "میں مجلس ختم ہونے سے پہلے حاضر کروں گا"، یعنی ڈیڑھ ہزار کلومیٹر کا فاصلے کے لیے مجھے جو ہے دو ڈھائی گھنٹے چاہیے۔ سمجھیے، مجلس اگر دو ڈھائی گھنٹے کی ہو، کوئی دربار یا کوئی سیشن چل رہا ہو پارلیمنٹ کا، تو دو ڈھائی گھنٹے چلتا ہے۔ تو گویا کہ وہ کہہ رہا ہے کہ میری اسپیڈ کی لمٹ یہ ہے کہ میں جو ہے ڈیڑھ ہزار کلومیٹر دو گھنٹے میں ٹرانسپورٹ کروا سکتا ہوں چیزوں کو۔ اور وہ "الکتاب من العلم" جو ہے، وہ انسان اور جن سے زیادہ افر کر رہا ہے، انسان اور جنوں کی طاقت سے زیادہ ۔ وہ کہہ رہا ہے کہ میں تو ڈیڑھ ہزار کلومیٹر کے لیے سیکنڈز چاہیے مجھے۔ ایک دو سیکنڈ کا معاملہ ہے۔ تو وہ تو معجزاتی لگ رہا ہے، کوئی جو خدا کے خاص بندوں کو دیا جاتا ہے۔ تو حضرت سلیمان کی جو پوری جو کنگڈم یا ان کی زندگی ہے، ایسا لگتا ہے کہ جو ہے اعلی اللہ کی جو ہے ڈسکوریز اور ان کا استعمال اور ان کی تعلیم ، اور اس میں مادی اور معنوی سبق، اس سے بھرا ہوا ہے۔ ایک فل ایونٹ فل زندگی ہے ان کی۔ تو قرآن گویا کہ یہ انسان سے چاہتا ہے اپنے قاری سے، وہ اپنے مائنڈ کو جو ہے کھلا رکھے، وہ پڑھے لکھے سمجھے، زمین اور آسمان کے میپس اور ڈیزائن دیکھے، اس میں چھپی ہوئی جو ہے نشانیاں نوٹس کرے، اس کا انسانوں کے فائدے کے لیے استعمال کرے، اور پھر منیم کو جو ہے یاد کرے۔ وہ کیسا منیم ہے جس نے اتنے عجیب و غریب ڈیزائن کیا ہے گلوب کو اور یونیورس کو۔ تو غالباً حضرت سلیمان کا واقعہ بتا کر جو ہے ہمارے دور کو مزید سوچنے پر جو ہے یہ کیا جا رہا ہے، دعوت دی جا رہی ہے۔ کیونکہ جو چیزیں ان کو معجزاتی طور پر بھی دی ہوئی تھیں، آج وہ وہ اسپیڈ وغیرہ جو ہے انسان ڈفرنٹ انداز سے حاصل کر لیا ہے۔ جو پیسنجر وہیکلز ہیں اور جنگی یہ ہیں جو ہے جیٹس وغیرہ، ان کی رفتار بھی انسان جو ہے بہت زیادہ بڑھا دیا ہے۔ سینکڑوں کلومیٹر جو ہے آواز کی رفتار میں، جن کو آج کل سپر سونک وغیرہ کہا جا رہا ہے۔ تو اسپیڈ کے معاملے میں انسان جو ہے بہت ساری چیزیں حضرت سلیمان کے مثل جو ہے آج بھی دی ہوئی ہیں۔ لیکن ایک بات میں حضرت سلیمان کا جو معاملہ ہے کہ "قَبْلَ أَن يَرْتَدَّ عِلَيْهِ كَتَرْفُقَ" کسی چیز کو جو ہے صحیح سادم ڈیڑھ ہزار کلومیٹر دور سے صرف ایک سیکنڈ میں ٹرانسپورٹ کرنا، وہ ابھی تک دور دور تک اس کے کوئی یہ نہیں ہے ہماری آج کی سائنس کے پاس کہ ایسا جو ہے ایسی اسپیڈ اور چیز کو اس طرح صحیح سادم جو ہے منتقل کرنا، یہ حضرت سلیمان کا ہی جو ہے یہ ہے۔ خدا عطیہ ان کو ایک دم خصوصیت یا جو آج کی جدید سائنس کو بھی ابھی تک سائنسی طور پر نہیں ملا ہے۔ جی شاہ صاحب، آپ نے بات بتائی، اس کے بعد ہم فنش کریں گے۔ آپ کی بات سن لیں۔</w:t>
      </w:r>
    </w:p>
    <w:p>
      <w:pPr>
        <w:jc w:val="right"/>
        <w:bidi/>
      </w:pPr>
      <w:r>
        <w:rPr>
          <w:rFonts w:ascii="Noto Nastaliq Urdu" w:hAnsi="Noto Nastaliq Urdu" w:eastAsia="Noto Nastaliq Urdu" w:cs="Noto Nastaliq Urdu"/>
          <w:sz w:val="26"/>
          <w:rtl/>
          <w:lang w:bidi="ur"/>
        </w:rPr>
        <w:t>جی پیاز صاحب، یہ زبردست بات آپ نے فرمائی۔ جو اصل چیز جو ہے منیم کو یاد کرنا، نعمتوں کا احساس ہو، تو یہ چیز میں نے مولانا کے ہاں دیکھی۔ تو مجھے اس میں ایک کمپیریزن بہت لگ رہا ہے، اس کی صحت کو آپ دیکھیے۔ وہ یہ کہ ماڈرن سائنس نے جو مختلف پیشرفت ہوئی، کمیونیکیشن کا دور آیا، تو ایسا لگ رہا ہے جیسے جس طرح حضرت سلیمان اس تخت کو وہاں اپنے ہاں دیکھنا چاہتے ہیں، ایک داعی دور جدید کا وہ چاہ رہا تھا کہ میرا پیغام دنیا میں ہر جگہ پہنچے۔ تو جو علم من کتاب سے یہ ہوا کہ وہ پیغام پہنچا، پوری دنیا جو ہے مسلم دنیا شکایتوں میں جی رہی تھی۔ لیکن مولانا حضرت سلیمان کی طرح شکر میں جی رہے تھے۔ وہ بینیفیکٹر کی بات کہتے ہوئے پہلی دفعہ وہ چیز ہماری کسی نے کہی۔ دوسری چیز جو فیاض صاحب میرے ذہن میں آئی، اس کی صحت پر دیکھیں آپ، وہ کہ یہاں دو آپشن ملے ہمارے پاس، دو آپشن ہیں اس تخت کو پہنچانے میں۔ ایک عفریت جنوں میں سے ، اور دوسرا سائنس یا جو بھی کہیں گے۔ تو جنوں کا جو ٹریک ریکارڈ صحیح نہیں رہا تھا، تو اب ان کو باور کرانا پڑا کہ میں قوی ہوں، امین ہوں۔ ظاہر ہے آپ نے اس ٹریک ریکارڈ کو دیکھ کر ان کو بتانا پڑا۔ تو سائنس والے کو یہ بتانے کی ضرورت ہی نہیں ، چونکہ وہ فیکٹس پر مبنی ہے۔ "قَالَ الَّذِي عِنْدَهُ عِلْمٌ مِنَ الْكِتَابِ" تو انہوں نے کہا اور ہو گیا۔ یہ میرے ذہن میں بات آئی تو اس کی صحت کو دیکھیں آپ ۔</w:t>
      </w:r>
    </w:p>
    <w:p>
      <w:pPr>
        <w:jc w:val="right"/>
        <w:bidi/>
      </w:pPr>
      <w:r>
        <w:rPr>
          <w:rFonts w:ascii="Noto Nastaliq Urdu" w:hAnsi="Noto Nastaliq Urdu" w:eastAsia="Noto Nastaliq Urdu" w:cs="Noto Nastaliq Urdu"/>
          <w:sz w:val="26"/>
          <w:rtl/>
          <w:lang w:bidi="ur"/>
        </w:rPr>
        <w:t>جی وہ جو ابھی سورہ اس میں ہم لوگوں نے پڑھا تھا، سورہ شعراء میں: "يُلْقَونَ السَّمَاءَ وَأَكْثَرُهُمْ كَاذِبُونَ" کہ وہ جو ہے باتوں کو افتراق کرتے ہیں، اور جو ہے ان میں کہ اکثر کاذب ہیں۔ تو آپ کی وہ بات وہ صحیح لگ رہی ہے۔ قوی تو ہیں وہ بہت سارے اینگل سے، لیکن ان کی امانت جو ہے کبھی کبھی یہ ہو جاتی ہے، جھوٹ شامل ہو جاتا ہے۔ "وَ أَكْثَرُهُمْ كَاذِبُونَ" کہہ رہا ہے قرآن۔</w:t>
      </w:r>
    </w:p>
    <w:p>
      <w:pPr>
        <w:jc w:val="right"/>
        <w:bidi/>
      </w:pPr>
      <w:r>
        <w:rPr>
          <w:rFonts w:ascii="Noto Nastaliq Urdu" w:hAnsi="Noto Nastaliq Urdu" w:eastAsia="Noto Nastaliq Urdu" w:cs="Noto Nastaliq Urdu"/>
          <w:sz w:val="26"/>
          <w:rtl/>
          <w:lang w:bidi="ur"/>
        </w:rPr>
        <w:t>السلام علیکم فیاض صاحب۔</w:t>
      </w:r>
    </w:p>
    <w:p>
      <w:pPr>
        <w:jc w:val="right"/>
        <w:bidi/>
      </w:pPr>
      <w:r>
        <w:rPr>
          <w:rFonts w:ascii="Noto Nastaliq Urdu" w:hAnsi="Noto Nastaliq Urdu" w:eastAsia="Noto Nastaliq Urdu" w:cs="Noto Nastaliq Urdu"/>
          <w:sz w:val="26"/>
          <w:rtl/>
          <w:lang w:bidi="ur"/>
        </w:rPr>
        <w:t>جی جی۔</w:t>
      </w:r>
    </w:p>
    <w:p>
      <w:pPr>
        <w:jc w:val="right"/>
        <w:bidi/>
      </w:pPr>
      <w:r>
        <w:rPr>
          <w:rFonts w:ascii="Noto Nastaliq Urdu" w:hAnsi="Noto Nastaliq Urdu" w:eastAsia="Noto Nastaliq Urdu" w:cs="Noto Nastaliq Urdu"/>
          <w:sz w:val="26"/>
          <w:rtl/>
          <w:lang w:bidi="ur"/>
        </w:rPr>
        <w:t>فیاض صاحب، یہ میں نے پہلے بھی پڑھا تھا نا تو ایک تھاٹ، ایک یا دو تھاٹ جو مجھے اس پر آئے تھے نا، خاص کر جو بلینکٹ والی بات ہے کہ پلک جھپکتے میں اس کو لے کر آ جاتا ہوں۔ تو مجھے لگا یہ تو بہت ہی سمبولیکلی آج کے وقت میں نا نالج کے لیے بھی ہے۔ تو جیسے ہم چیٹ جی پی ٹی یا باقی اے آئی ٹولز استعمال کرتے ہیں، تو اگر آپ دیکھیں گے کہ جب آپ اس پہ کچھ لکھتے ہیں نا، تو وہ ایک دم ہی مطلب وہ اتنا جلدی پروسیس کرتا ہے چیزوں کو، وہ سیکنڈ سے بھی کم میں آپ کے سامنے وہ نالج آ جاتی ہے۔ تو مجھے لگا کہ یہ جو مطلب خود کے انسان کے سوچنے کے لیے ہے کہ کتنی تیزی سے وہ خدا کی بات کو جو ہے نا وہ لوگوں تک پہنچا سکتا ہے۔ تو یہ تھاٹ مجھے بہت ہی سٹیکنگ لگا کہ اللہ تعالی نے آپ کو ایک ایسا اسسٹنٹ دے دیا ہے۔ جیسے حضرت سلیمان کے پاس وہ جن تھے جنہوں نے بولا کہ میں پلک جھپکتے ہی جو ہے اس چیز کو میں لے آؤں گا۔ اور اسی طریقے سے اللہ تعالی نے انسان کو آج وہ ٹیکنالوجی دے دی ہے کہ وہ انسان خدا کا کام کرنے کے لیے پلک جھپکتے سے ہی چیزوں کو یہاں سے وہاں موو کرا سکتا ہے۔ تو یہ ایک بڑا سٹیکنگ تھاٹ مجھے لگا تھا اس پہ۔</w:t>
      </w:r>
    </w:p>
    <w:p>
      <w:pPr>
        <w:jc w:val="right"/>
        <w:bidi/>
      </w:pPr>
      <w:r>
        <w:rPr>
          <w:rFonts w:ascii="Noto Nastaliq Urdu" w:hAnsi="Noto Nastaliq Urdu" w:eastAsia="Noto Nastaliq Urdu" w:cs="Noto Nastaliq Urdu"/>
          <w:sz w:val="26"/>
          <w:rtl/>
          <w:lang w:bidi="ur"/>
        </w:rPr>
        <w:t>جی جی۔ ٹھیک ہے، ہمارا ڈسکشن سب ختم ہو گیا۔</w:t>
      </w:r>
    </w:p>
    <w:p/>
    <w:p>
      <w:bookmarkStart w:id="82" w:name="cl52"/>
      <w:bookmarkEnd w:id="82"/>
      <w:r>
        <w:rPr>
          <w:i/>
          <w:color w:val="77786F"/>
          <w:sz w:val="20"/>
        </w:rPr>
        <w:t>16 Jun 2026 (English)</w:t>
      </w:r>
    </w:p>
    <w:p>
      <w:pPr>
        <w:jc w:val="right"/>
        <w:bidi/>
      </w:pPr>
      <w:r>
        <w:rPr>
          <w:rFonts w:ascii="Noto Nastaliq Urdu" w:hAnsi="Noto Nastaliq Urdu" w:eastAsia="Noto Nastaliq Urdu" w:cs="Noto Nastaliq Urdu"/>
          <w:sz w:val="26"/>
          <w:rtl/>
          <w:lang w:bidi="ur"/>
        </w:rPr>
        <w:t>اچھا، یہاں نوٹ کرنے کی بات یہ ہے اس واقعے میں کہ جب انہوں نے چیونٹیوں کی گفتگو سنی ، تب بھی وہ شکر کے جو ہے شکر ان کا ٹریگر ہوا۔ اور جب انہوں نے جو ہے تھرون کو اپنے پاس دیکھا، ڈیڑھ ہزار کلومیٹر دور جو تھرون تھا، اس کو بلنک آف آئی میں جو ہے اپنے پاس دیکھا، تو تب بھی وہ ان کا شکر ٹریگر ہوا۔ تو گویا کہ جو ہے اپنے آپ کو ہم چیک کرنے کا یہ ذریعہ ہے زندگی میں کہ ہم ربانی پرسنیلٹی ہیں یا ربانی پرسنیلٹی نہیں ہیں۔ اگر ڈیلی ایونٹس ہمارے اندر شکر ٹریگر کر رہے ہیں، تو یہ جاننا چاہیے کہ جو ہے ہماری پرسنیلٹی ربانی ہو رہی ہے۔ اگر اس طرح کا ٹریگر نہیں مل رہا ہے، تو جاننا چاہیے کہ جو ہے آدمی کو اپنے آپ کو اور بنانا باقی ہے۔ تو حضرت سلیمان جو ہے جو بھی واقعہ وہ دیکھتے ہیں، وہاں اینڈز کی کنورزیشن سنی تو ان کا شکر ٹریگر ہوا، شکر اور ایڈز۔ اور یہاں جو ہے اتنا بڑا ایونٹ ہوا، ایک ہیوی تخت جو ہے ڈیڑھ ہزار کلومیٹر دور جو تھا، وہ سیکنڈ میں حاضر تھا سامنے، تو یہ بھی ٹریگر ہوا۔ گویا کہ اسمال ایونٹس ہوں یا بگ ایونٹ ہو، وہ جو ہے ٹریگرر اگر بن رہے ہیں تو ہمارا معاملہ صحیح ہے۔ اگر وہ ٹریگر کا کام نہیں کر رہے تو ہمارا معاملہ صحیح نہیں ہے۔ جیسے سلیمان علیہ السلام جو ہے اپنے بلیسنگ پورٹ فولیو سے بالکل جو ہے فلی اویئر ہیں، یعنی ان کے خدا نے ان کو جو بلیسنگ کا جو پورٹ فولیو دیا ہے، اس کے اندر انسیکٹ ورلڈ بھی شامل ہے اور جن ورلڈ بھی شامل ہے۔ اور پھر جن ورلڈ سے بیونڈ بھی کوئی شامل ہے، جیسے یہاں جس نے ایک لمحے میں عرش کو سامنے حاضر کیا، تو یہ بھی ان کے بلیسنگ پورٹ فولیو میں ہے۔ تو اس کا مطلب یہ ہوا کہ جو ہے دا فرسٹ تھنگ از ٹو نو یور بلیسنگ پورٹ فولیو، یعنی شکر گزار بننے کا پہلا اسٹیپ یہ ہے کہ آدمی اپنے بلیسنگ پورٹ فولیو کو جانے کہ اس کے پورٹ فولیو میں خدا نے کیا کیا رکھا ہے۔ ضروری نہیں کہ جو ہے سلیمان کے جو پورٹ فولیو میں جو وہی میرے پاس ہو تو میں شکر کروں گا، ایسا نہیں۔ وہ کریٹیوٹی سے جاننا پڑے گا کہ سیمیلر چیزیں بھی ہو سکتی ہیں، اس سے بڑی بھی ہو سکتی ہیں، اس سے چھوٹی بھی ہو سکتی ہیں۔ تو دا فرسٹ اسٹیپ از ٹو نو یور بلیسنگ پورٹ فولیو، اٹ ول ٹریگر یور ربانیت۔ تو حضرت سلیمان جو ہے پورے اپنے پورٹ فولیو پر جو ہے ان کا پورا یہ ہے اویئر ہیں، وہ چاہے انسیکٹ ورلڈ ہو، چاہے برڈز ورلڈ ہو، اینیمل ورلڈ ہو، یا جنوں کا یہ ہو، یا انسانوں کا، یا اس سے بیونڈ بھی جو ہے، وہ سب سے وہ واقف ہے۔ وہ جو ہے یہ واقف ہونا ان کو بار بار ٹریگر کرتا ہے، شکر اور ایڈز۔ تو یہ بہت عجیب بات ہے۔ ابھی جو ہے کچھ دن پہلے، ایک دو چار دن پہلے، نیوز پیپر میں ایک بہت اچھا یہ آیا تھا، ایک نیوز آئی تھی بیٹل اف بکس کے عنوان سے، بیٹل اف بکس یعنی بیٹل اف انسیکٹس۔ امریکہ میں جو ہے نیویارک اور فلوریڈا میں مچھروں کی پاپولیشن کو جو ہے ڈیکریز کرنے کے لیے ان کے پروڈکشن کو ایک نیا طریقہ اپنایا گیا ہے، ایک نئے طریقے کا ایکسپیریمنٹ ہو رہا ہے۔ عام طور پر جو ہے انسیکٹیسائیڈ جن کو بولتے ہیں، جراثیم، جراثیم کش کیمیکلز مچھروں کو کنٹرول کرنے کے لیے یا ختم کرنے کے لیے استعمال ہوتے ہیں، جیسے ہمارے گھروں میں بھی لیکوڈ ہے یا وہ کوائل ہے۔ تو کیمیکل ہے جس سے ہم جو ہے مچھروں سے لڑنا چاہتے ہیں، مچھروں کی پاپولیشن سے۔ تو لیکن جو ہے اس آرٹیکل میں بتایا گیا تھا کہ ایک ایسا طریقہ جو ہے اپنایا جا رہا ہے کہ مچھروں کی پاپولیشن جو ہے خود کم ہو جائے گی اس سے۔ تو اس میں بتایا گیا تھا کہ ایک بیکٹیریا ہوتا ہے جس کا نام ہے اولباچیا، اولباچیا بیکٹیریا۔ یہ جو ہے انسیکٹس میں جو ہے برتھ کنٹرول کے کام آتا ہے، یہ بیکٹیریا۔ تو سائنٹسٹ جو ہے 64 ملین میل مچھر جو ہیں، ان کو انفیکٹ کریں گے وہ اولباچیا سے، اور ان کو جو ہے چھوڑ دیں گے وہ نیویارک اور یہ سوری کیلیفورنیا اور فلوریڈا کے جنگلوں شہر میں۔ وہ میل مچھر جو ہے وہ بیکٹیریا انفیکٹڈ ہوں گے اولباچیا سے، اور جب ان کو چھوڑا جائے گا تو فیمیل مچھر ان سے ان کا ان کی میٹنگ ہوگی۔ تو میٹنگ کی وجہ سے جو ہے فیمیل مچھر جب انڈے دیں گے تو انڈے جو ہے نورش نہیں ہو پائیں گے، وہ یعنی ان سے پاپولیشن گروتھ نہیں ہوگا، پروڈکشن نہیں ہوگا، وہ انفیکٹڈ میل سے میٹنگ کی وجہ سے۔ تو اس میں بتایا گیا ہے کہ جو ہے یہ کیمیکل کا جو طریقہ ہے وہ ہارم فل ہے مچھروں کو کنٹرول کرنے کے لیے، یہ نیچرل ہے جس میں میل مچھروں کو ہم جو ہے اولباچیا سے انفیکٹڈ کر کے چھوڑ دیں گے۔ تو خود بخود وہ فیمیل سے جب ملاپ ہوگا تو فیمیل جو ہے جو ایگ پروڈیوس کرے گی، وہ فیل ہو جائیں گے، وہ سارے سکسیس نہیں ہوں گے ان کا بریڈنگ۔ تو اگر آپ یہ سوچیں تو یہ ویسے ہی یہ بات ہے۔ وہاں حضرت سلیمان جو ہے انسیکٹس کی کنورزیشن سے شکر ٹریگر کر رہے ہیں، اور ہمارے پورٹ فولیو میں جو ہے اس طرح کے بے حساب سائنسی ٹیکنیکس اور سائنسی معلومات ہیں۔ اگر ہم اس کو جانیں اور اس کو سمجھیں تو ہمارے لیے بھی جو ہے یہ شکر ٹریگر کا موقع مل سکتا ہے ہم کو بھی۔ تو اس طرح کی بڑی اور چھوٹی چیزیں انسان جانے، خدا نے میرے لیے کیا رکھا ہے اس ورلڈ میں۔ تو اس کو یہ فائدہ ہوگا کہ جو ہے وہ حضرت سلیمان کی طرح اس کا شکر اور ایج ٹریگر ہو سکتا ہے اس سے۔ یعنی اس کا مطلب یہ ہوا کہ دوسرے کو جو ملا ہوا ہے وہی مجھے ملے۔ تو یہ گریٹر بات ہے، یہ ذہن صحیح نہیں۔ یعنی میں شکر اس وقت کروں گا جب حضرت سلیمان کی طرح میرا بھی پورٹ فولیو ایسے ہی ہو، تب بھی میں شکر کروں گا یا کسی بھی انسان کو دیکھ کر آدمی یہ کہے کہ اس کو جو بلیسنگ ملی ہوئی ہے مجھے ملے، تب میں شکر کروں گا۔ اس طرح شکر نہیں پیدا ہوگا، آدمی کو خود اپنے پورٹ فولیو بلیسنگ پورٹ فولیو کو ڈسکور کرنا ہوگا کہ اس کو خدا نے کس ٹائپ کی بلیسنگ سے نوازا ہے۔ یہ اس کے اندر ایجز اور شکر کی کیفیات پیدا کر سکتا ہے۔ جی شاہ صاحب، کچھ بتائیں۔</w:t>
      </w:r>
    </w:p>
    <w:p>
      <w:pPr>
        <w:jc w:val="right"/>
        <w:bidi/>
      </w:pPr>
      <w:r>
        <w:rPr>
          <w:rFonts w:ascii="Noto Nastaliq Urdu" w:hAnsi="Noto Nastaliq Urdu" w:eastAsia="Noto Nastaliq Urdu" w:cs="Noto Nastaliq Urdu"/>
          <w:sz w:val="26"/>
          <w:rtl/>
          <w:lang w:bidi="ur"/>
        </w:rPr>
        <w:t>فیض صاحب، بہت ہی بڑی بات ہے، بہت زبردست بات ہے۔ مجھے سورہ لقمان کی وہ آیت یاد آئی: "وما یشکر فانما یشکر لنفس"۔ تو متشکرانہ جو نفسیات ہے، یہ بہت ڈیولپ کرنا بہت ضروری ہے، اور آپ نے صحیح بتایا کہ اس کو دوسرے کے ساتھ کمپیئر نہ کیجئے، بلکہ خود احساس کیجئے، اپنے ان شکر کے باول کو سمجھیے، میرے باول میں کیا کیا چیزیں ہیں۔ بہت ہی اہم بات ہے، جزاک اللہ ۔</w:t>
      </w:r>
    </w:p>
    <w:p>
      <w:pPr>
        <w:jc w:val="right"/>
        <w:bidi/>
      </w:pPr>
      <w:r>
        <w:rPr>
          <w:rFonts w:ascii="Noto Nastaliq Urdu" w:hAnsi="Noto Nastaliq Urdu" w:eastAsia="Noto Nastaliq Urdu" w:cs="Noto Nastaliq Urdu"/>
          <w:sz w:val="26"/>
          <w:rtl/>
          <w:lang w:bidi="ur"/>
        </w:rPr>
        <w:t>مولانا کہتے تھے کہ جو ہے ہومیوپیتھک کو لے کر سوچیے، کلیکٹولی ہومیوپیتھک کو کیا ملا ہوا ہے۔ یعنی ایسا ضروری نہیں کہ سب آپ ہی کو ملا ہوا ہے۔ ہیومن ورلڈ میں جو ہے کسی کو بھی کچھ ملا ہوا ہے، جیپنیز کو یا ملیشینز کو یا امریکنز کو یا جوئش کو، کسی کو بھی کچھ ملا ہوا ہے۔ اس کو آپ ایسا کنسیڈر کیجئے کہ جو ہے وہ آپ کو ملا ہوا ہے، تب آپ کے اندر جو ہے گریڈ شکر پیدا ہوگا۔ ایسا ضروری نہیں ہے کہ سارا ہمیں کو ملے، تبھی ہم شکر کریں۔ انسانوں میں سے کسی بھی انسان کو ملا ہوا ہے تو ان ڈائریکٹلی اس کا فائدہ جو ہے ہمیں ہی ملتا ہے ساری چیزوں کا۔ تو مولانا یہ کہتے تھے کہ دوسروں کو جو دیا گیا ہے اس پر آپ شکر کیجئے، آپ یہ مت سوچیے کہ سارا آپ ہی کو ملے، تب آپ شکر کریں گے۔ چاہے جوئش کو ملے، چاہے ویسٹرنرز کو ملے، چاہے جیپنیز کو ملے، چاہے مسلم کمیونٹیز کو ملے یا نان مسلم، وہ سب ان ڈائریکٹلی ہمیں ہی ملا ہوا ہے۔ جیسے مچھروں کے برتھ کنٹرول کو روکنے کے لیے ان لوگوں نے یہ کیا، سائنٹیفک ایکسپیریمنٹ کیے، تو وہ ان ڈائریکٹ ہمیں بھی وہ ملا ہوا ہے کہ اس طرح بھی جو ہے یہ ہو سکتا ہے انسیکٹس کنٹرول، نہ کہ صرف کیمیکل کے ذریعے ہی کریں۔ تو وہ ہمارے لیے بھی جو ہے وہ شکر کا آئٹم ہے، اگرچہ کہ وہ کر رہے ہیں کوئی اور لوگ۔ تو جب وہ آرٹیکل آپ پڑھیں اس طرح کے تو فتح بسمہ ہونا چاہیے آپ کا بھی معاملہ۔ وہ آرٹیکل پڑھنے کے بعد آپ بھی مسکرائیں کہ یہ تو پتہ ہی نہیں تھا کہ ایسا بھی ایک سائنٹیفک طریقہ ہو سکتا ہے جو انسانوں نے ہزاروں ہزاروں سال میں سے نہیں جانا۔ ہیومن ہسٹری میں پہلی مرتبہ ہم جان رہے ہیں کہ اس اس طرح بھی انسیکٹ کنٹرول کا میتھڈ ہو سکتا تھا۔ ایک تو فتح بسمہ وہ پڑھ کر آپ کو بھی ہونا چاہیے، تب جو ہے شکر ٹریگر ہوگا۔ تو کتنا تھرلنگ آئیڈیا ہے کہ جو ہے ایک بیکٹیریا انفیکٹ کیا جائے لیبارٹریز میں اور ان کو چھوڑ دیا جائے، اور پھر بائی نیچر جو ہے وہ پروسیس ہو اور خود بخود بریڈنگ ان کی کم ہو جائے۔ تو بہت ہی کیا کہتے ہیں، ان ٹریڈیشنل تھنکنگ ہے جو کبھی ہیومن ہسٹری میں سوچی نہیں گئی۔ تو اس پر فتح بسمہ ہونا چاہیے، یا جیسے ہمارے اسرار صاحب کہتے ہیں کہ بلنکنگ والے جو ہے آپ کو آرڈر دیتے ہی حاضر کر دیتے ہیں، آج کل گھر پر دس منٹ میں ڈیلیوری دیتے ہیں۔ آپ کچھ بھی منگائیں، چھوٹا چھوٹی اماؤنٹ والی چیز یا بڑی اماؤنٹ والی۔ تو صبا کا عرشی ہمارے پاس ہو، یہ ضروری نہیں ہے شکر کے لیے۔ بلنکڈ سروس بھی جو ہے وہ شکر کا ہی آئٹم ہے، تو اس پر فتح بسمہ ہونا چاہیے۔ اس وقت بھی اس طرح کی ربانی اور اس کے فیلنگ سے جو ہے ہماری پرسنیلٹی بھر جانا چاہیے۔</w:t>
      </w:r>
    </w:p>
    <w:p/>
    <w:p>
      <w:pPr>
        <w:pStyle w:val="Heading1"/>
      </w:pPr>
      <w:bookmarkStart w:id="83" w:name="vg29"/>
      <w:bookmarkEnd w:id="83"/>
      <w:r>
        <w:t>The Ants (Al-Naml) - 27:41-44</w:t>
      </w:r>
    </w:p>
    <w:p>
      <w:bookmarkStart w:id="84" w:name="cl53"/>
      <w:bookmarkEnd w:id="84"/>
      <w:r>
        <w:rPr>
          <w:i/>
          <w:color w:val="77786F"/>
          <w:sz w:val="20"/>
        </w:rPr>
        <w:t>17 Jun 2026 (Urdu)</w:t>
      </w:r>
    </w:p>
    <w:p>
      <w:pPr>
        <w:jc w:val="right"/>
        <w:bidi/>
      </w:pPr>
      <w:r>
        <w:rPr>
          <w:rFonts w:ascii="Noto Nastaliq Urdu" w:hAnsi="Noto Nastaliq Urdu" w:eastAsia="Noto Nastaliq Urdu" w:cs="Noto Nastaliq Urdu"/>
          <w:sz w:val="26"/>
          <w:rtl/>
          <w:lang w:bidi="ur"/>
        </w:rPr>
        <w:t>بس اب ان آیتوں میں ایک بات سمجھ میں آ رہی ہے، وہ جو مشہور حدیث ہے: "الایمان بزوا وصبع وشوبہ افضل قول لا الہ الا اللہ" ایمان کے 70 سے زیادہ شعبے ہیں اور 70 سے زیادہ برانچز ہیں۔ اس کی سب سے بڑی برانچ جو ہے توحید ہے۔ تو اس کا مطلب یہ ہوا کہ جو ہے جب انسان واقعی معنی میں توحید کو اپناتا ہے تو جہاں اس پر اس ایمان اور یقین کے نئے ڈورز کھلتے ہیں، نئے نئے ونڈوز کھلتے ہیں، وہیں مٹیریل ڈیولپمنٹ یا سائنٹیفک ڈیولپمنٹ کے بھی جو ہے دروازے کھلتے ہیں۔ یعنی ایمان کے برانچز میں سے ایک برانچ جو ہے انسان کا جو ہے مٹیریل مٹیریلی سکسیس فل ہونا بھی ہے۔ تو ملکہ صبا کے بارے میں یہاں جو ہے شرک کی وجہ سے جو ہے وہ حضرت سلیمان جتنے ڈیولپ تھے اتنی ڈیولپ نہیں ہو پائی تھی وہ، کیونکہ وہ چیزوں کو جو ہے ابجیکٹس کو جو ہے یہ سمجھتی تھی۔ مظاہر کائنات کو ابجیکٹ اف ورشپ جیسے مولانا کہتے ہیں، اسلام دا کریٹر اف ماڈرن ایج میں کہ اسلام سے پہلے جو ہے کیوں انسان جو ہے اسٹون ایج میں پھنسا ہوا تھا۔ اسٹون ایج سے جو ہے صدیوں تک اسی میں رہا انسان، آگے نہیں بڑھ سکا۔ اسٹون ایج سے اسلام نے انسان کو اسٹون ایج سے باہر نکالا اور نئے نئے سائنسی ڈیولپمنٹ کے راستے بتائے۔ تو اس کا ریزن وہی تھا کہ ہیومن مائنڈ جو ہے چیزوں کو مقدس سمجھنے لگا تھا، آہستہ آہستہ چیزیں جو ہے ابجیکٹ اف انویسٹیگیشن کے بجائے ابجیکٹ اف ورشپ بنی ہوئی تھی پوری ہیومن ہسٹری کے لیے۔ یعنی قدیم امریکہ سے لے کر ہمارے اپنے ملک تک ہر جگہ پوری ہیومن ہسٹری جو ہے اسٹون ایج میں پھنسی ہوئی تھی، اس سے آگے اس کو کوئی پشت نہیں مل رہا تھا۔ تو اس کا ریزن وہی تھا چیزوں کو مقدس سمجھنا۔ لا تسجد للشمس ولا للقمر، اسجد للہ الذی خلقہ۔ یہ مائنڈ سیٹ جو ہے نہیں تھا کہ خدا مقدس ہے، یہ ساری چیزیں خدا کی کریچر ہیں اور یہ ابجیکٹ اف انویسٹیگیشن اور ڈیولپمنٹ ہے۔ تو یہ مائنڈ جو ہے اس کو روکے ہوا تھا، شرکیہ مائنڈ سائنٹیفک ڈیولپمنٹ سے۔ ملکہ صبا، ملکہ صبا کہہ کر جو ہے پوری پورا گلوب مراد ہے۔ اس دور میں ہم غور کرتے ہیں تو پورا گلوب جو ہے اسٹون ایج سے زیادہ جو ہے کچھ سوچ نہیں پا رہا تھا۔ ساری سویلائزیشنز ہمارے ملک کی بھی اور دوسرے خطوں کی بھی۔ تو اسلام نے آ کر اس کو اس سے نکالا، گویا کہ جو ہے ایمان کے جو 70 سے زیادہ برانچز ہیں، اس برانچ میں ایک یہ بھی ہے کہ مٹیریل انسان کا ڈیولپمنٹ ہو، وہ چیزوں کو جو ہے ابجیکٹ اف ورشپ کے بجائے ابجیکٹ اف انویسٹیگیشن سمجھے تاکہ وہ خدا کی جو ہے نئی نئی بلیسنگز کو دیکھ سکے۔ تو توحید جو ہے یہ آدمی کو دیتی ہے خدا اور اپنی لائف کے بارے میں ایک صحیح سوچ اور مٹیریل چیزوں کے بارے میں جو ہے انویسٹیگیشن کا مائنڈ، نہ کہ ان کو ابجیکٹ اف ورشپ سمجھنے۔ تو شیبہ کی جو سلطنت جو تھی وہ بھی اسی میں پھنسی ہوئی تھی، شرک کی وجہ سے جو ہے پیش آنے والے ہرڈلز ترقی میں۔ تو حضرت سلیمان سے ملاقات کے بعد وہ ہرڈل دور ہوا۔ ملکہ صبا کی سلطنت کا کہ ہم سورج کو، چاند کو، اور مختلف درختوں کو اور ریورز کو سب کو جو ہے خدا سمجھتے ہیں۔ تو اس کا وہ مائنڈ سیٹ جو ہے کلیئر ہوا حضرت سلیمان کی وزٹ سے یا حضرت سلیمان سے انٹریکشن کے بعد۔ گویا کہ ایمان جو ہے آدمی کو جہاں خدا سے محبت اور آخرت کی فکر دیتا ہے، وہیں جو ہے اس کے اندر ایکسپلوریشن کا مائنڈ دیتا ہے کہ یونیورس کو ایکسپلور کرو، انویسٹیگیٹ کرو چیزوں کو۔ تو حضرت سلیمان کی جو پوری ٹیم جو ہے وہ ٹیم اف ایکسپلوریشن ہے، ان کی جنوں کی فوج اور انسانوں کی فوج اور پرندوں کی فوج، ہر ایک کا مائنڈ سیٹ یہ لگتا ہے کہ جو ہے وہ انویسٹیگیشن اور ایکسپلوریشن کی سے بھرے ہوئے ہیں، خواہش سے۔ موجودہ جو مسلمان ہیں، ان کو غور کرنے سے لگتا ہے کہ جو ہے ان کے اندر ایکسپلوریشن کی کوئی یہ نہیں ہے، خواہش نہیں ہے۔ انویسٹیگیشن کرنا اور ایکسپلوریشن کرنا اس کی کوئی خواہش نہیں ہے۔ تو اس کا مطلب یہ ہوا کہ جو ہے ان کے ایمان میں کہیں کچھ پرابلم ہے جس کی وجہ سے اس کی برانچز جو ہے صحیح نورش نہیں ہو رہی۔ اگر وہ ٹھیک کر دی جائے تو پھر ان کے اندر بھی جو ہے یہ مٹیریل ایکسپلوریشن کا مائنڈ سیٹ پیدا ہوگا۔ وہ یونیورس کو انویسٹیگیٹ کریں گے اور اس کے ہڈن بلیسنگز کو جو ہے ڈسکور کریں گے اور ہیومینٹی کے سامنے لائیں گے۔ تو کچھ نہ کچھ جو ہے یہ موجودہ اہل ایمان کی توحید میں پرابلم ہے جس کی وجہ سے ان کے اندر علم، سائنس اور جو ہے نالج کا شوق نہیں ہے۔ یا تو اس کا ریزن یہ ہو سکتا ہے جیسے سلیمان کے بعد بنی اسرائیل میں ہوا، انہوں نے جو ہے حضرت سلیمان کے سائنٹیفک مائنڈ سیٹ کو چھوڑا اور جو ہے جادوگری اور چمتکاری کو اپنا لیا۔ بعد میں بنی اسرائیل میں حضرت سلیمان کو جو ایکسیپشنل جو چیزیں دی گئی تھیں، افرید وغیرہ وغیرہ، وہ اینگل کو انہوں نے لے لیا اور پھر جو ہے جنتر منتر اور اس طرح کی چیزوں میں پڑ گئے۔ یہود تو بعد کے مسلمان بھی جو ہے اسی میں پڑے ہوئے ہیں، اسی ٹائپ کی سپرچویلٹی میں، سو کالڈ سو کالڈ سپرچویلٹی میں۔ تو اس کی وجہ سے جو ہے وہ فرق نہیں کر پاتی کہ کون سی چیز جو ہے کسی کا خصوصی عطیہ ہے اور کون سی چیز عمومی عطیہ ہے۔ تو خصوصی چیز کے پیچھے پڑ کر جو ہے سوڈو سائنس جس کو بولتے ہیں، اس کے پیچھے پڑ گئے مسلمان بھی۔ یعنی مسلمانوں میں جو مذہبی طبقہ جو بعد میں پیدا ہوا، وہ بھی وہی کیا جو یہود کے علماء نے کیا، جادوگری اور میجک اور اس طرح کی چیزیں اپنے کنفیوز مائنڈ کی وجہ سے۔ تو ان کے اندر بھی سائنٹیفک برانچ جو ہے ڈیولپ نہیں ہو سکی بعد میں یہود میں اور مسلمانوں کے اندر بھی جو ہے بعد میں وہ ختم ہو گئی ایک ہزار سال کے بعد، کیونکہ ان کے اندر جو ہے ایسے لوگ پیدا ہوئے جو اس طرح کی جادوگری اور کیمسٹری اور علم نجوم، اسٹرالوجی اس کے پیچھے پڑ گئے۔ تو موجودہ مسلمانوں کی بھی ایمان کی ٹری جو ہے ہیلتھی برانچ نہیں رکھتی ہے، جیسے اس سے پہلے یہود کی ایمان یہ ہو گئی، بیمار ہو گئی، مسلمانوں کی بھی ہو گئی۔ اور وہ کنفیوژنز میں جو ہے اپنا سر لگاتے رہے، حالانکہ ان کو لگانا چاہیے تھا جو کلیریٹی کے ساتھ سب کے لیے رکھا گیا ہے، ایکسپلوریشن اور انویسٹیگیشن۔ اس کے بجائے جو ہے حضرت سلیمان کو افرید دیا گیا تو یہ افریدوں کو قبضہ کرنے کے جو ہے منتر سیکھنے لگے، سورہ بقرہ میں جس طرح کہا گیا: "واللہ کفر سلیمان" ۔ تو سحر اور جادوگری اور اسٹرالوجی میں پڑھنا جو ہے اپنے آپ کو بیکورڈ بنانا ہے، ملکہ صبا کے راستے پر چلنا ہے، مشرق ملکہ صبا۔ تو مسلمانوں نے بھی وہی کیا بعد کے اس میں، تو ان کو بھی روکے رکھا ہے، جیسے ملکہ صبا کو روکے رکھا تھا، اس کا شرک اور مسٹیریس مائنڈ بعد کے یہود کو اور موجودہ مسلمانوں کو، ان کو بھی روکے رکھا ہوا ہے۔ یہ سب ترقی اور صحیح سوچ سے محرومی ہے دونوں کو بعد میں۔ تو ہمارے جو پیر فقیر درویش جو ہیں، بڑا خولی کام سمجھ کر جو ہے وہ مائنڈ سیٹ دیتے رہتے ہیں، جس کا ذکر سورہ بقرہ میں اسٹرالوجی اور اس طرح کی چیزیں، کیمسٹری، مستقبل بینی، اس طرح کے علوم کے پیچھے جو ہے پوری قوم کو لگا دیتے ہیں اور اس کو سمجھتے ہیں کوئی دینی فریضہ انجام دے رہے ہیں، کوئی دینی خدمت انجام دے رہے ہیں۔ حالانکہ وہ جو ہے ملکہ صبا کی طرح جو ہے شرک کو فالو کرنا ہے، شرک اور شیاطین۔ حضرت سلیمان کو جو دیا گیا اس میں دو کیٹگری کرنا پڑے گا: ایک ان کا پریراگیٹیو، یعنی خدا نے جو خاص ان کے لیے رکھا تھا، افرید وغیرہ وغیرہ، افرید یا وہ جس نے بلنگ اف ائی میں جو ہے تخت کو ڈیڑھ ہزار کلومیٹر سے لا کر رکھ دیا۔ یہ حضرت سلیمان کا اپنا یہ تھا، پریراگیٹیو یا اسپیشل پریولیج، اس کو ٹرائی کرنے کی ضرورت نہیں ہے۔ اہل ایمان وہ تو ایک خصوصی ایکسیپشنل بات ہے۔ باقی جو دوسری چیزیں جو تھیں، جیسے ایسا محل تیار کیا کہ ملکہ صبا نے سمجھا کہ یہ جو ہے پانی ہے، حالانکہ وہ جو ہے شیش محل تھا، گلاس پیلس تھا۔ تو اس طرح کی جو مٹیریل ڈیولپمنٹ کی چیزیں ہیں، اس میں مسلمانوں کو لگنا چاہیے تھا اور بعد کے یہود کو بھی، لیکن دونوں بھی جو ہے اس کے پیچھے پڑ گئے، اس طرح کی چیزوں کے پیچھے افرید والی۔ تو اس وجہ سے جو ہے دونوں کے ایمان کا درخت جو ہے وہ انفیکٹڈ ہے، دونوں کا بھی جو ہے مینٹل گروتھ نہیں ہو پاتا اس کی وجہ سے ۔</w:t>
      </w:r>
    </w:p>
    <w:p/>
    <w:p>
      <w:pPr>
        <w:pStyle w:val="Heading1"/>
      </w:pPr>
      <w:bookmarkStart w:id="85" w:name="vg30"/>
      <w:bookmarkEnd w:id="85"/>
      <w:r>
        <w:t>The Ants (Al-Naml) - 27:48-53</w:t>
      </w:r>
    </w:p>
    <w:p>
      <w:bookmarkStart w:id="86" w:name="cl54"/>
      <w:bookmarkEnd w:id="86"/>
      <w:r>
        <w:rPr>
          <w:i/>
          <w:color w:val="77786F"/>
          <w:sz w:val="20"/>
        </w:rPr>
        <w:t>21 Jun 2026 (Urdu)</w:t>
      </w:r>
    </w:p>
    <w:p>
      <w:pPr>
        <w:jc w:val="right"/>
        <w:bidi/>
      </w:pPr>
      <w:r>
        <w:rPr>
          <w:rFonts w:ascii="Noto Nastaliq Urdu" w:hAnsi="Noto Nastaliq Urdu" w:eastAsia="Noto Nastaliq Urdu" w:cs="Noto Nastaliq Urdu"/>
          <w:sz w:val="26"/>
          <w:rtl/>
          <w:lang w:bidi="ur"/>
        </w:rPr>
        <w:t>شیخ صاحب، میں یہ مولانا کا آخری پیراگراف جو ہے، اس کو سمجھنے کی کوشش کر رہا تھا۔ مولانا اس میں کہہ رہے ہیں کہ جو— مولانا اس میں کہہ رہے ہیں کہ جو ہے، جو لوگ اسباب طبیعی سے جوڑ کر ایونٹس کو دیکھتے ہیں، تو اس میں ان کو لیسن نہیں ملتا ہے۔ جو لوگ قانون الہی سے جوڑ کر دیکھتے ہیں ایونٹس کو، ان کو لیسن ملتا ہے۔ یہ بہت امپورٹنٹ بات لگ رہی ہے کہ ایک ہے قانون الہی کو دیکھنا اور ایک ہے اسباب طبیعی کو دیکھنا۔ تو اسباب طبیعی میں جو ہے، لیسن بالعموم مل نہیں پاتا ہے لوگوں کو۔ لیسن حاصل کرنے کے لیے قانون الہی کو دیکھنا ہے۔ تو اس کو میں سمجھنے کی کوشش کیا تو جو ہے، یہ جو اوپر آیا ہے، جو وہ مکر، مکر، مکرنا، مکر، وہم، لاشور، انہوں نے ایک تدبیر کی اور ہم نے بھی ایک تدبیر کی، اور ان کو خبر بھی نہ ہوئی۔ تو اس پر غور کرنے سے ایسا لگتا ہے کہ یونیورس میں جو ہے، ٹو لیئر ایڈمنسٹریشن چلتا ہے۔ ٹو لیئر مینجمنٹ ہے۔ ایک تو وہ ہے جو اسباب فطرت کے تحت چل رہا ہے، لاء آف نیچر کے تحت۔ وہ بالکل جو ہے، ابویس ہے، اور اس کو اسٹڈی کر کے انسان سمجھ سکتا ہے اسباب فطرت کو کہ بارش ہونے کا ریزن یہ ہے، زلزلے کا ریزن یہ ہے، فیمین کا ریزن یہ ہے۔ تو یہ اسباب فطرت یا لاء آف نیچر کے تحت جو ہے، سمجھے جا سکتے ہیں۔ کچھ یہاں پر جو ہے، ایک سیکنڈ لیئر بھی ہے، اسباب فطرت سے آگے، وہ قانون الہی یا ڈیوائن لیئر ہم کہہ سکتے ہیں، جس کو ہم بالعموم انسان دیکھ نہیں سکتے، جو حضرت موسیٰ اور خضر کے واقعے میں دیکھنے میں آئی تھی۔ یعنی اس لڑکے کا قتل اور اس کشتی کو ڈیمج کرنا اور اس دیوار کو بنانا۔ تو غالباً جو ہے، حضرت موسیٰ اور خضر کا واقعہ وہ سیکنڈ لیئر کو بتانے کے لیے قرآن میں ذکر ہوا ہے کہ ایک لیئر تو وہ ہے جس کو سائنٹسٹ یا سائنس کے سٹوڈنٹ جان سکتے ہیں۔ دوسری لیئر وہ ہے جو اس کے پیچھے ہے، وہ بالعموم ہمارے علم میں نہیں آتی، لیکن وہ اپنا ورک کرتے رہتی ہے۔ موسیٰ اور خضر کا واقعہ جو ہے، اس کی اچھی مثال ہے۔ تو جب بھی انسان کوئی یہاں مکر کرتا ہے، کانسپریسی، تو اسباب طبیعی کو لے کر کرتا ہے، اس کو ملی ہوئی طاقت اور اس کی اپنی دماغی پلاننگ اور طاقت، یا اس کو جو اویلیبل ریسورسز ہیں، اس کو لے کر وہ کرتا ہے۔ اور وہاں وہ مس کیلکولیشن کرتا ہے کہ ایک سیکنڈ لیئر بھی ہے اس کے پیچھے جو یہ سب چیزوں کو جو ہے، ڈی ایکٹیویٹ کر سکتی ہے۔ یہ سب پلاننگ جو ہے، اس کے سامنے فیل ہو جاتی ہے۔ تو گویا کہ یہاں اس پیراگراف میں وہ بات بتانے کی کوشش کی جا رہی ہے جو موسیٰ اور خضر کے واقعے میں کہ فرسٹ لیئر تو جو ہے، لاء آف نیچر ہے۔ ان جنرل وہ ورک کرتے رہتے ہیں اور ہم اس کو اسٹڈی کر کے جان بھی سکتے ہیں۔ لیکن ایک پیچھے سیکنڈ لیئر ہے جو ان سب کو ڈی ایکٹیویٹ کر سکتی ہے، یہ لاز آف نیچر کو اور ایونٹس کا جو آؤٹ کم، ایکسپیکٹڈ جو آؤٹ کم ہے، وہ نہ مل کر کوئی دوسرا ہی آ سکتا ہے سامنے۔ تو مولانا یہ جو کہہ رہے ہیں کہ اسباب طبیعی اور قانون الہی، قانون الہی کا اگر ذہن ہے تو آدمی کو لیسن ملے گا۔ اور اسباب فطرت کو دیکھ رہا ہے تو اس کو اس کے اندر نہ توکل پیدا ہوگا نہ اعتماد اللہ پیدا ہوگا، کیونکہ وہ بظاہر حالات میں ہی دیکھ دیکھ کر جو ہے، اس کا کانفیڈنس لو کرتا رہے گا۔ وہ حضرت صالح اور ان کی ٹیم جو ہے، اگرچہ کہ اسباب طبیعی مادی ریسورسز کے حساب سے جو ہے، ویک تھے، اور وہ نو آدمیوں کی ٹیم جو ہے، سٹرانگ تھی۔ اگر وہ کمپیئر کرتے اپنی اس حالت کو ان نو آدمیوں کی حالت سے تو ان کا کانفیڈنس اور توکل اللہ جو ہے، ڈیمینش ہوتا، لو ہوتا۔ لیکن انہوں نے جو ہے، ساتھ میں یہ جانا کہ جو ہے، اسباب طبیعی کا مالک بھی خدا ہے اور پیچھے جو ایک اور لیئر ہے، اس کا بھی مالک خدا ہی ہے۔ تو اس سوچ کی وجہ سے جو ہے، وہ لوگ اپنا مورل یہ نہیں کیے، لوز نہیں کیے۔ تو آج بھی جو ہے، ایسے ہی اگر انسان جو ہے، خدا کے کام پر نکلے تو اس کو یہی سچویشن فیس آ سکتی ہے کسی جگہ پر کہ ایک طرف سٹرانگ ٹیم ہو نو لوگوں کی اور دوسری طرف ان کے پاس جو خدا کی ایڈوکیسی کرنا چاہتے ہیں، ان کے پاس ریسورسز اس طرح کے نہ ہوں اور ان کا ڈائریکٹ یا ان ڈائریکٹ کانفلکٹ ہو رہا ہو۔ تو اس وقت جو ہے، انسان اپنے مورل لوز کر سکتا ہے کہ ہم اس پوزیشن میں نہیں ہیں کام کی۔ لیکن اللہ تعالی اس واقعے میں یہ بتانا چاہ رہا ہے کہ سیکنڈ لیئر جو ہے، وہ ہمیشہ زمین پر ورک کرتی رہتی ہے، جو اسباب فطرت کو جو ہے، ڈی ایکٹیویٹ کر کے اس کو ٹریک پر لاتے رہتی ہے۔ حالات کو ، انسانی زندگیوں کو جو ہے، ٹریک پر لایا جاتا رہتا ہے ہر وقت، جیسے خضر اور موسیٰ کے واقعے میں کہ ہر وقت جو ہے، ایک ہڈن انٹروینشن چل رہا ہے جو اسباب فطرت سے پیدا ہونے والی غلط باتوں کو جو ہے، ڈی ایکٹیویٹ کرتا رہتا ہے۔ اسباب فطرت بھی چلتے ہیں اور اسباب فطرت کے پیچھے ایک دوسری ارینجمنٹ بھی چلتی رہتی ہے۔ تو آدمی کو جو ہے، دونوں جاننا چاہیے۔ جو آدمی خدا کی ایڈوکیسی میں ہے، وہ اسباب فطرت کو بھی جانے اور قانون الہی کو بھی جانے۔ تو غالباً جو ہے، ایسے اس کو سمجھا جا سکتا ہے۔ بتائیے، ایسے ہی ہے یا کچھ اور بات ہے؟ اقبال صاحب یا شاہد صاحب، کوئی بتائیں، وہ مولانا کے پیراگراف ایسے ہی سمجھیں؟</w:t>
      </w:r>
    </w:p>
    <w:p>
      <w:pPr>
        <w:jc w:val="right"/>
        <w:bidi/>
      </w:pPr>
      <w:r>
        <w:rPr>
          <w:rFonts w:ascii="Noto Nastaliq Urdu" w:hAnsi="Noto Nastaliq Urdu" w:eastAsia="Noto Nastaliq Urdu" w:cs="Noto Nastaliq Urdu"/>
          <w:sz w:val="26"/>
          <w:rtl/>
          <w:lang w:bidi="ur"/>
        </w:rPr>
        <w:t>جی جی، بالکل زبردست لگ رہا ہے کہ یہ وضاحت بہت ہی خوبصورت وضاحت اور بالکل عین یقینی ہے۔ اور دوسری چیز، فیاض صاحب، اس میں صحیح آپ نے کہا، اس میں آیات ہیں جاننے والوں کے لیے۔ تو صحیح علم تو وہی ہے جب قانون الہی پر ہی نظر ہو۔ تو یہ داعی کے لیے بہت بڑا ایک، اس کے لیے بہت ہی سپورٹ ہے، اس کے لیے توکل کا ایک باعث بن سکتا ہے۔ جزاک اللہ، بہت بہت زبردست بات آپ نے اس کی وضاحت کی۔ مولانا کی بات کو شاید ہم میں ظاہر طور پر نہیں سمجھ سکا تھا، بہت وضاحت ہوئی۔ جزاک اللہ۔ اب میں بھی سوچ رہا تھا کہ جو قرآن میں ایک جگہ جو آئی ہے، جنرل خدا کا قانون، انہ میں قید ہونا قاعدہ، قید قاعدہ، شاید یہ دائمی طور پر مومنین کے لیے ایک سپورٹ ہے کہ آپ کو قانون الہی پر ہمیشہ اسی پر نظر ہونی چاہیے۔ یوں تو ظاہری طور پر اسباب بتا رہے ہوں کہ بہت مشکل معاملہ ہے، تو یہ توکل کا باعث، ایمان کا بہت بڑا ذریعہ ہے اور یہی اصل علم ہے۔ جزاک اللہ۔</w:t>
      </w:r>
    </w:p>
    <w:p>
      <w:pPr>
        <w:jc w:val="right"/>
        <w:bidi/>
      </w:pPr>
      <w:r>
        <w:rPr>
          <w:rFonts w:ascii="Noto Nastaliq Urdu" w:hAnsi="Noto Nastaliq Urdu" w:eastAsia="Noto Nastaliq Urdu" w:cs="Noto Nastaliq Urdu"/>
          <w:sz w:val="26"/>
          <w:rtl/>
          <w:lang w:bidi="ur"/>
        </w:rPr>
        <w:t>مولانا جو ہے، ہماری زندگیوں میں بعض باتوں پر بہت سخت ڈانٹتے تھے اور وہ ایکسپلین نہیں ہوتا تھا۔ مجھے بھی کہ مولانا کیوں ڈانٹ دیا اس بات پر۔ ایک مرتبہ میں نے جو ہے، دا ہندو میں کوئی آرٹیکل پڑھا تھا، موہن جی داڑھو کو لے کر، موہن جی داڑھو۔ تو وہ مولانا سے میں نے جو ہے، ذکر کیا تو مولانا نے بہت سخت ڈانٹ دیا۔ یعنی اس آرٹیکل میں یہ بتایا گیا تھا کہ جو ہے، ہڑپہ، موہن جی داڑھو سویلائزیشن جو ہے، کلائمیٹ چینج کی وجہ سے ختم ہوئی۔ یہ اس میں ریزن بتایا گیا تھا کہ بہت ہی گریٹ سویلائزیشن تھی، پھر کچھ واٹر ریسورسز میں کچھ پرابلم ہوا، ان کے اس میں وہ ختم ہوئی۔ تو مولانا نے یہ سن کر مجھے سخت ڈانٹ دیا، فوراً جھڑک دیا۔ تو میں جب سے سوچتا ہوں کہ آخر مولانا کو اتنا غصہ کیوں آیا تھا، وہ سن کر کیا وجہ تھی؟ یہ 20 13 کی بات ہے، مولانا سے بات ہوئی تھی میری۔ تو آج یہ پیراگراف پڑھ کر جو ہے، اصل مولانا اس بات پر ڈانٹ رہے تھے کہ سویلائزیشن کے ڈسٹرکشن کو اسباب فطرت کے تحت، لاز آف نیچر کے تحت ایکسپلین کیا جائے۔ تو جو ہے، وہ تو ایک مٹیریلسٹک ذہن بنتا ہے، کوئی نصیحت نہیں ملتی اس میں کہ کلائمیٹ چینج ہوا، اس لیے وہ سویلائزیشن زمین میں دھنس گئی۔ تو کوئی سبق تو ہے ہی نہیں اس میں۔ تو اسی لیے شاید مولانا ڈانٹ رہے تھے اس پیراگراف کی وجہ سے کہ اصل دیکھنا چاہیے قانون الہی کو، نہ کہ اسباب فطرت کو صرف۔ اسباب فطرت اپنی جگہ ہے، وہ فرسٹ لیئر ہے۔ ایک مومن کو جو ہے، سیکنڈ لیئر کو بھی جاننا چاہیے، ایونٹس کے پیچھے جو کام کرتی ہے۔ تو آج مجھے وہ مولانا کی ڈانٹ جو ہے، ایکسپلین ہوئی۔</w:t>
      </w:r>
    </w:p>
    <w:p>
      <w:pPr>
        <w:jc w:val="right"/>
        <w:bidi/>
      </w:pPr>
      <w:r>
        <w:rPr>
          <w:rFonts w:ascii="Noto Nastaliq Urdu" w:hAnsi="Noto Nastaliq Urdu" w:eastAsia="Noto Nastaliq Urdu" w:cs="Noto Nastaliq Urdu"/>
          <w:sz w:val="26"/>
          <w:rtl/>
          <w:lang w:bidi="ur"/>
        </w:rPr>
        <w:t>فیاض صاحب، جاب سخت سے لگ رہا ہے کہ جو گھروں کا سٹرکچر تھا، بہت مضبوط تھا۔ انہوں نے ایک ہر طرح کی تدبیریں کی تھیں کہ ان کے مضبوط گھر ہوں۔ لیکن گھر خاویہ پڑے ہوئے ہیں تو قانون الہی کے سامنے وہ انسانی تدابیر بیکار ہو جاتی ہیں۔ کیا یہ صحیح سمجھا جا سکتا ہے؟ صحیح بات ہو سکتی ہے؟</w:t>
      </w:r>
    </w:p>
    <w:p>
      <w:pPr>
        <w:jc w:val="right"/>
        <w:bidi/>
      </w:pPr>
      <w:r>
        <w:rPr>
          <w:rFonts w:ascii="Noto Nastaliq Urdu" w:hAnsi="Noto Nastaliq Urdu" w:eastAsia="Noto Nastaliq Urdu" w:cs="Noto Nastaliq Urdu"/>
          <w:sz w:val="26"/>
          <w:rtl/>
          <w:lang w:bidi="ur"/>
        </w:rPr>
        <w:t>جی بالکل صحیح ہے۔ ی عنی اسباب فطرت بھی جو ہے، خدا کے تابع ہیں اور اس کو ڈی ایکٹیویٹ کرنا بھی خدا کے ہی ہینڈ میں ہے۔ تو ایسا ہوتا ہے کہ پورے اسباب انسان مادی مٹیریل جو ہے، سارے ریزنز جمع کر لیتا ہے، لیکن اس کے باوجود جو ہے، وہ فیل ہو جاتا ہے۔ تو اس کی ایکسپلینیشن یہی ہونا چاہیے کہ ایسا کیوں ہوتا ہے؟ جب اسباب سارے جمع ہو گئے تھے، وہ سارے نو لوگوں کے لیے ، تو پھر وہ کامیاب کیوں نہیں ہوئے؟ بظاہر تو جو ہے، وہی کامیاب ہونا چاہیے تھا۔ لیکن حضرت صالح اور ان کی ٹیم بچ گئی اور وہ لوگ تباہ ہوئے۔ تو اس کا یہی توجیح دینا پڑے گا اس کی کہ پیچھے جو ہے، سیکنڈ لیئر کا لوگوں کو خیال نہیں رہتا ہے۔ فرسٹ لیئر پر لوگ اٹک جاتے ہیں، سیکنڈ لیئر پر ان کی ذہن جو ہے، چسپہ نہیں ہو پاتا صحیح سے ۔</w:t>
      </w:r>
    </w:p>
    <w:p/>
    <w:p>
      <w:bookmarkStart w:id="87" w:name="cl55"/>
      <w:bookmarkEnd w:id="87"/>
      <w:r>
        <w:rPr>
          <w:i/>
          <w:color w:val="77786F"/>
          <w:sz w:val="20"/>
        </w:rPr>
        <w:t>22 Jun 2026 (English)</w:t>
      </w:r>
    </w:p>
    <w:p>
      <w:pPr>
        <w:jc w:val="right"/>
        <w:bidi/>
      </w:pPr>
      <w:r>
        <w:rPr>
          <w:rFonts w:ascii="Noto Nastaliq Urdu" w:hAnsi="Noto Nastaliq Urdu" w:eastAsia="Noto Nastaliq Urdu" w:cs="Noto Nastaliq Urdu"/>
          <w:sz w:val="26"/>
          <w:rtl/>
          <w:lang w:bidi="ur"/>
        </w:rPr>
        <w:t>اچھا، یہ حضرت صالح کے واقعات پر غور کرنے سے لگتا ہے کہ ان کی قوم جو ہے، حضرت صالح اور ان کی اونٹنی اور ان کے ساتھیوں کے بارے میں جو ہے، کیا خیالات رکھتی تھی۔ یعنی خود تو وہ بڑے خوشحال تھے اور خوشحالی میں مگن رہتے تھے، تو مگن رہنے کی وجہ سے ان کے اندر کچھ برائیاں پیدا ہو گئی تھیں۔ ایک برائی یہ تھی کہ جو ہے، ایک دم بالکل ان کے نفسیات میں جو ہے، پرائیڈ پیدا ہو گیا تھا۔ کسی کی نصیحت یا کسی کی ایڈمنیشن سننا جو ہے، ان کو پسند نہیں تھا۔ اپنی بیدلی گاؤں میں اور اپنی خوشحالی میں جو ہے، ایک دم بالکل ایروگینٹ ہو گئے۔ اب کوئی بھی نصیحت جو ہے، کرنے والا ان کو برا لگتا تھا۔ ایک یہ لگتا ہے، دوسرا یہ لگتا ہے کہ جو ہے، وہ شیئر کرنا نہیں چاہتے تھے کوئی بھی چیز دوسروں کے ساتھ، اپنے ریسورسز اور اپنی کمیونٹی کی عزت وغیرہ میں۔ تو اونٹنی کو انہوں نے دیکھا تو جو ہے، ان کو بہت غصہ آیا کہ ایک دن سارا جو ہے، وہ اونٹنی ان کا پانی اور ان کا چارہ جو ہے، پی لیتی ہے۔ تو ان کے اندر جو یہ جو تھی، نفسیات، وہ شیئر کرنے کے لیے راضی نہیں ہوئی حضرت صالح کی اونٹنی کو دیکھ کر۔ تو انہوں نے پہلے اونٹنی کو قتل کیا۔ اونٹنی کے قتل کے بعد غالباً جو ہے، حضرت صالح اور ان کی ٹیم ان سب کو قتل کرنے کی پلاننگ کر رہے تھے۔ یعنی پہلے اونٹنی کا قتل کیا، اس کے بعد حضرت صالح کے قتل کی پلاننگ تھی۔ ایسا لگ رہا ہے وہ دیکھنے سے۔ اور تیسری چیز جو ہے، حضرت صالح اور ان کے لوگوں کو وہ جو ہے، اپنے لیے قرض سمجھتے تھے کمیونٹی کے لیے کہ یہ کون نصیحت کرنے والے آ گئے، خواہ مخواہ کے۔ تو اوور آل ان کی جو سائیکالوجی جو بنی تھی، ان کی وہ اس ٹائپ کی لگ رہی ہے: ایروگینس اور نان شیئرنگ اور جو ہے، پلاٹ رچانا، کوئی بھی کانسپریسی کرنا اور کسی کے سامنے سرینڈر نہ ہونا۔ تو غالباً جو ہے، اس پورے ایریے میں ان کی یہ نیچر کی وجہ سے جو ہے، فساد پھیل گیا تھا۔ جہاں حضرت صالح بھیجے گئے تھے، الحجر جن کو کہا گیا ہے، تو حجر کے ایریے میں جو ہے، ایسا لگتا ہے کہ اطراف اور انٹرنل اور ایکسٹرنل سارے جو ہے، انہوں نے گڑبڑ مچا رکھی تھی۔ تو حضرت صالح کو اللہ تعالی نے جو ہے، اس لیے ان کو بھیجا تھا کہ ان کو وارننگ دے، اس زمین میں فساد پھیلانے کی عادت سے بچیں وہ اور خوشحالی کا جو ہے، غلط استعمال نہ کریں اور اپنے اندر شیئرنگ نیچر پیدا کریں، لوگوں کے ساتھ اپنے ریسورسز شیئر کرنا۔ تو نہ ان کو توحید اور آخرت کی بات پسند آئی، نہ زمین میں فساد نہ پھیلانا اور اس کے اندر ریفارم کرنا، یہ بات پسند آئی ان کو۔ تو پہلے انہوں نے اونٹنی کو قتل کیا، یہی کافی ہوا ان کا فیصلہ ہونے کے لیے۔ اس کے بعد انہوں نے غالباً جو ہے، اونٹنی کے قتل سے حوصلہ پا کر حضرت صالح اور ان کی ٹیم کے بارے میں بھی یہی سیم پلان بنایا۔ سورہ الشمس میں ہے: "کذبت سمود بتغوی" یعنی اوور آل ان کا نیچر جو ہے، طغیان کا بن گیا تھا، سرکشی کا، ایروگنس، ایروگینٹ نیچر والے ہو گئے وہ اپنے اچھے حالات کی وجہ سے۔ اور پھر جو ہے، زمین میں فساد کرنے لگے۔ ایسا نہیں ہے کہ صرف انہوں نے حضرت صالح اور ان کی ٹیم کے ساتھ کیا، بلکہ پورے ماحول میں فساد برپا کر دیا اپنے علاقے میں۔ تو تب حضرت صالح کی بعثت ہوئی، انہوں نے توحید اور آخرت کے انجام کی طرف ان کو بلایا اور پھر صحیح زندگی اپنانے کے لیے کہا۔ اکانومی میں اور پولیٹکس میں اور لوگوں کے ساتھ لینڈنگ اور باروئنگ میں صحیح رہنے کے لیے کہا ان سے۔ تو انہوں نے جو ہے، سرکشی کی وجہ سے نہیں مانا۔ "کذبت سمود بتغوی" طغیان کی وجہ سے نہیں مانا۔ وہ جو مولانا کہتے ہیں: "پاور کرپٹس اینڈ ایبسولیوٹ پاور کرپٹس ایبسولیوٹلی" طاقت آدمی کو بگاڑتی ہے اور مطلق العنانیت یعنی ایبسولیوٹ پاور، وہ تو جو ہے، آدمی کو برباد ہی کر کے چھوڑتی ہے۔ تو فرد کے اندر بھی اور کسی کمیونٹی کے اندر بھی جب پاور جو ہے، پوری طرح کنسولیڈیٹ ہوتا ہے تو وہاں سے ایروگنس شروع ہوتا ہے۔ افراد اور اقوام دونوں میں۔ تو وہیں سے جو ہے، ان کو اپنے بارے میں اوور ایسٹیمیشن ہونا شروع ہوتا ہے۔ تو اوور ایسٹیمیشن کو ہی غالباً جو ہے، طغیان کہا گیا ہے، ثمود کا طغیان۔ تو وہ جو ٹیم نائن، ٹیم نائن جو ہے، وہاں کی گویا کہ ریسورسز پر جو ہے، یہ ہو گئی تھی پوری طرح پاورفل۔ تو وہ حالت نے ان کو جو ہے، اوور ایسٹیمیشن میں ڈال دیا کہ ہم کچھ بھی کر سکتے ہیں اکانومی میں، پولیٹکس میں، لوگوں کی پرسنل لائف میں۔ تو ٹیم نائن جو تھی، جس کو قرآن کہہ رہا ہے، وہ ماسٹرز تھے، وہ اس کمیونٹی کے قوم ثمود کے۔ تو وہ جو ہے، اوور ایسٹیمیشن کا شکار ہو گئے، ان کو ایبسولیوٹ پاور ملا تو ایبسولیوٹ کرپشن میں پڑ گئے وہ ۔</w:t>
      </w:r>
    </w:p>
    <w:p/>
    <w:p>
      <w:pPr>
        <w:pStyle w:val="Heading1"/>
      </w:pPr>
      <w:bookmarkStart w:id="88" w:name="vg31"/>
      <w:bookmarkEnd w:id="88"/>
      <w:r>
        <w:t>The Ants (Al-Naml) - 27:54-59</w:t>
      </w:r>
    </w:p>
    <w:p>
      <w:bookmarkStart w:id="89" w:name="cl56"/>
      <w:bookmarkEnd w:id="89"/>
      <w:r>
        <w:rPr>
          <w:i/>
          <w:color w:val="77786F"/>
          <w:sz w:val="20"/>
        </w:rPr>
        <w:t>23 Jun 2026 (Urdu)</w:t>
      </w:r>
    </w:p>
    <w:p>
      <w:pPr>
        <w:jc w:val="right"/>
        <w:bidi/>
      </w:pPr>
      <w:r>
        <w:rPr>
          <w:rFonts w:ascii="Noto Nastaliq Urdu" w:hAnsi="Noto Nastaliq Urdu" w:eastAsia="Noto Nastaliq Urdu" w:cs="Noto Nastaliq Urdu"/>
          <w:sz w:val="26"/>
          <w:rtl/>
          <w:lang w:bidi="ur"/>
        </w:rPr>
        <w:t>ایاز صاحب بائبل کا اچھا مطالعہ ہے۔ میں نے حل کے طور پر جو بائبل کے بیانات پڑھے اور قرآن کے بیانات سے حضرت ابراہیم اور حضرت لوط کی جو شخصیت و برکات تھیں، قرآن میں ظاہر ہے تصحیح ہوتی ہے۔ بہت ساری بائبل کے بیانات شاید غلط غلط ہیں، تو بہت ہی عظیم شخصیات رہی ہیں واقعی جنہوں نے ایگزائل میں جا کر خدا کے لیے اتنا کام کیا۔ اور میرے ذہن میں جو اصل نقطہ یہاں اوور کا سامنے آیا، لوط کا جو واقعہ ظاہر ہے حضرت ابراہیم علیہ السلام نے خود دیکھا، خود اس سے متعلق ان کو واقفیت ہوئی، قرآن کے بیان ہے۔ تو جو حضرت اسماعیل اپنی زندگی میں جا رہے تھے، ازدواجی زندگی میں تو میرے ذہن میں یہ بات آئی کہ اس واقعے سے جو حضرت لوط کی اہلیہ ہیں، حضرت ابراہیم زیادہ حساس ہوئے تھے۔ تو حضرت اسماعیل کو یہ ڈائریکشن دیتے رہے کہ آپ چینج کیجئے، مطلب صحیح انتخاب کیجئے اپنی اہلیہ کا۔ یہ میرے ذہن میں آیا تو ہو سکتا ہے ہو یا نہ ہو، لیکن یہ بھی زبردست ایک پوائنٹ ہے کہ بہت اللہ کے بندے جنہوں نے واقعی اپنی زندگی صرف کیا اللہ کے لیے، یہ کوئی آسان کام نہیں ۔ جی شاہ صاحب، یہ بہت اچھا کہا آپ نے، پرافٹ ان ایگزائل، یعنی اپنے وطن میں تھے تو اہل شرک سے یہ ہوا ، کانفلکٹ ہوئی۔ اور ایگزائل میں چلے گئے، مائیگرینٹ ہو گئے، تو وہاں دیکھا کہ جو ہے ایک نئی مصیبت ہے شرک کے ساتھ۔ تو ایسا نہیں کیا کہ جو ہے اس سے ایڈجسٹ کریں، کیونکہ وہاں سیٹل ہونا ہے، تو لوکل لوگوں کے ساتھ ایڈجسٹ ہو جائیں۔ اس طرح حضرت لوط نے نہیں کیا، یعنی ان کے شرک اور بت پرستی سے بھی روکا، اور جو وہاں لوکل ایول جو تھی، اس کو بھی ایڈریس کیا، اس کو اگنور نہیں کیا۔ غالباً ان کی بیوی کا خیال یہ تھا ہوگا، چونکہ ہم مائیگرینٹ ہیں تو لوکل لوگوں سے ایڈجسٹ کر کے رہا جائے، خواہ مخواہ کیوں روکے لوگوں کو۔ ہو سکتا ہے اس طرح کا ایٹیٹیوڈ ہو حضرت لوط کی بیوی کا کہ ہم روکیں گے تو دشمنیاں ہوں گی، تو اس لیے روکا نہ جائے۔ ہو سکتا ہے اس طرح ہو حضرت لوط کی بیوی کا خیال، کیونکہ ہم کو یہاں سیٹل ہونا ہے، اور ہم نیو سیٹلر ہیں اس ایریے میں، تو کیوں لوکل لوگوں سے خواہ مخواہ کانفلکٹ کریں؟ تو یہاں سوچنے کی بات یہ ہے کہ حضرت لوط جو ہے اس قوم میں نئے تھے، لیکن قرآن ان کو جو ہے وہ لوط کہ تا ہے، یعنی اڈاپٹڈ کمیونٹی کو بھی جو ہے خدا جو ہے داعی کی کمیونٹی بتاتا ہے، یعنی کوئی آدمی کہیں مائیگرینٹ ہوا اور وہاں سیٹل ہو گیا، تو وہ وہاں ایسا نہیں کرے گا کہ وہاں کی برائیوں سے وہ ایڈجسٹ کرنے لگے۔ وہ توحید کی طرف بھی بلائے گا، اور جو واضح برائیاں جو دکھ رہی ہیں سماج میں، اس کو بھی وہ ایڈریس کرے گا۔ اور ایڈریس وہ ان کو ایسے کرے گا جیسے اپنی ہی ہم نسلوں کو کر رہا ہے، سیم نسل کے لوگوں کو جس طرح وہ جس درد کے ساتھ کرتا ہے، اسی طرح وہ جو ہے مائیگرینٹ پلیس پر بھی وہی اس کا ایٹیٹیوڈ ہوگا، یعنی فل ویلشر ہوگا وہ ان لوگوں کا، اور ان کے ساتھ برائیوں میں ایڈجسٹ نہیں کرے گا۔ یعنی جہاں شرک اور توحید شرک کے خلاف میں بتانا ہے، اور توحید کی طرف بلانا ہے، تو وہیں انبیاء کا یہ بھی ہے کہ جو ہے جو سوشل جو ایولز جو وائیڈ اسپریڈ ہیں، اس کو بھی ایڈریس کرنا۔ تو وہ کرنے کی وجہ سے جو ہے ایلینیشن کا وہ شکار ہوگا، کہ یہ بڑے پاک پاک بننے والا آدمی ہے۔ تو مولانا نے بھی جو ہے یہی کیا ہے، یعنی جہاں مولانا نے جو ہے علیہ السلام اطاعت اور ربانیہ اور کتاب معرفت وغیرہ پر کام کیا لوگوں کے لیے، وہیں پر یہ بھی کیا کہ جو ہے جو کرنٹ جو برائی ہے، اس کو بھی مولانا نے ایڈریس کیا، جو کہ عام طور پر ہمارے ریفارمرز اور پریچر ایڈریس نہیں کرتے، کیونکہ وہ ایڈریس کرنے پر وہ اسٹرینجر ہو جاتے ہیں ان کے بیچ میں۔ تو لوگ یہ کہتے تھے مولانا سے کہ کاش مولانا جو ہے پابری مسجد اور ٹیررزم پولیٹیکل انٹرپریٹیشن اس پر نہ لکھتے، نہ سوچتے، تو وہ جو ہے بڑے محبوب یہ بن جاتے لوگوں کے محبوب اسکالر۔ اگر علیہ السلام اطاعت اور اس طرح کے کام کرتے تو لوگ نہیں کہتے ان کو یہ فلاں کا ایجنٹ ہے اور فلاں کا ایجنٹ ہے، لیکن اس کے باوجود بھی کیا مولانا نے رسک لے کر ، یہاں تک کہ لوگوں نے جو ہے ٹوٹل ایلینیٹ کر دیا مولانا کو۔ لیکن اسی لیے سلام علی عبادی الذین اصطفی، غالباً خدا کا جو لوگ اس ٹائپ کا رسک لیتے ہیں، انہی کے لیے خدا کے پاس اصل میں سلامتی ہے۔ لوگوں میں سیٹل ہونے کی خواہش سے زیادہ جو ہے خدا کے پاس سیٹل ہونا، آخرت میں سیٹل ہونا، یہ ان کا ٹارگٹ ہے، نہ کہ لوگوں میں سیٹل ہو جانا کہیں۔ تو داعی جو ہے لوگوں میں سیٹل ہونے کے لیے نہیں اٹھتا، وہ خدا کی جنت اور خدا کے پاس جو ہے سیٹل ہونے کے لیے اٹھتا ہے۔ تو پھر وہ یہ نہیں دیکھتا کہ لوگ ناسیت طاہرون بولتے ہیں یا بیوی کیا کرتی ہے، وہ دیکھ کر نہیں کرتے وہ کام۔ تو حضرت لوط کا جو ہے معاملہ وہی ہے کہ ان کو کنان یا فلسطین میں سیٹل ہونا نہیں تھا، ان کا اصل ٹارگٹ ، اصل کام تو وہی تھا جس کے لیے اللہ تعالی نے چنا تھا، تو وہ انہوں نے کیا، چاہے اس کی کوئی بھی پرائس دینی پڑے۔ تو لوگ یہ جو کہتے ہیں کہ پوزیٹیو کام کرو، لوگوں کو کچھ مت بولو، وہ کوئی کام ہی نہیں ہے، وہ تو دنیا میں سیٹل ہونے کی بات ہے۔ تو اصل چیز جو ہے خدا کے پاس سیٹل ہونا ہے۔ تو اس کے لیے آدمی جو ہے توحید اور پوزیٹیو باتیں بھی بتائے گا، ربانی باتیں بھی بتائے گا، اور ساتھ میں جو ہے موجود برائیوں کو جو ہے وہ فنگر آؤٹ بھی کرے گا کہ یہ یہ چیزیں صحیح نہیں، چاہے لوگوں کی ناراضگی کیوں نہ ہو جائے اس میں۔ مولانا زندگی بھر اسی پر چلتے رہے، کبھی انہوں نے کمپرومائز نہیں کیا اس طرح کی باتوں میں۔ شکریہ صاحب، یہ سینٹنس بہت ہی تھرلنگ ہے۔ لوگوں کے پاس سیٹل ہونے کے بجائے آخرت میں خدا کے پاس سیٹل ہونا، میرے لیے واقعی یہ ایک زبردست اس آیت کی تشریح بھی ہے۔ رَبِّ جَعْلِهِ عِنْدَكَ بَيْتًا فِي الْجَنَّةِ بہت ہی صحیح کہا آپ نے، جزاک اللہ۔ غالباً جو ہے ان کی بیوی جو ہے اس اس پہ نہیں پڑھنا چاہتی تھی اس ٹربل میں، وہ غالباً یہ کہتی تھی ہوگی کہ ہم لوگ تو ایگزائل میں ہیں، مائیگرینٹ ہیں، ہماری زندگیوں کا ہی خود کوئی بھروسہ نہیں ہے، تو کیوں خواہ مخواہ یہ کمیونٹی سے ہم یہ کریں؟ ہم ان کے ساتھ جو ہے ان کے ہی لباس میں رہیں، ان کی سوچ کو اپنا لیں، تو ہمارا معاملہ ٹھیک ہو جائے گا، ہمارا اور ہماری اولاد کا۔ لیکن بعد کے واقعات نے بتایا کہ جو ہے وہ سوچ صحیح نہیں تھی۔</w:t>
      </w:r>
    </w:p>
    <w:p/>
    <w:p>
      <w:bookmarkStart w:id="90" w:name="cl57"/>
      <w:bookmarkEnd w:id="90"/>
      <w:r>
        <w:rPr>
          <w:i/>
          <w:color w:val="77786F"/>
          <w:sz w:val="20"/>
        </w:rPr>
        <w:t>24 Jun 2026 (English)</w:t>
      </w:r>
    </w:p>
    <w:p>
      <w:pPr>
        <w:jc w:val="right"/>
        <w:bidi/>
      </w:pPr>
      <w:r>
        <w:rPr>
          <w:rFonts w:ascii="Noto Nastaliq Urdu" w:hAnsi="Noto Nastaliq Urdu" w:eastAsia="Noto Nastaliq Urdu" w:cs="Noto Nastaliq Urdu"/>
          <w:sz w:val="26"/>
          <w:rtl/>
          <w:lang w:bidi="ur"/>
        </w:rPr>
        <w:t>شیخ صاحب، سورہ تحریم میں حضرت لوط کی بیوی کے بارے میں اور حضرت نوح کی بیوی کے بارے میں کہا: " نوح کی بیوی اور حضرت لوط کی بیوی دو نیک انسانوں کے انڈر میں تھیں، انہوں نے خیانت کی۔" یعنی لوط کی بیوی نے بھی خیانت کی اور نوح کی بیوی نے بھی۔ تو یہ خیانت کیا تھی؟ کیا ازدواجی بے وفائی تھی یا مقصدی بے وفائی تھی؟ ازدواجی بے وفائی مطلب جس کو آج کل کہتے ہیں "میریٹل انفیدیلٹی"۔ میریٹل انفیدیلٹی۔ تو مفسرین کہتے ہیں وہ نہیں تھا ان کا معاملہ۔ یعنی ان کے اندر جو ہے اس طرح کی برائیاں نہیں تھیں۔ ازدواجی بے وفائی، مقصدی بے وفائی تھی دونوں کے اندر۔ یعنی مشنری ڈس لوئلٹی تھی۔ یعنی لوط کی بیوی نے جو ہے مشن کے معاملے میں ساتھ نہیں دیا، بلکہ ایکسٹریم کردار پر چلی گئی۔ وہ کہ ان لوگوں کا ساتھ دینے لگی، مقامی لوگوں کا ۔ نوح کی بیوی نے بھی ایسے ہی کیا۔ تو اس طرح کے جو ایکشن انسان کرتے ہیں، تو بالعموم جو ہے اس کے پیچھے لوگوں میں سیٹل ہو جانا اور اپنے مٹیریل لاس کو جو ہے کم کرنا یا مٹیریل گین کرنا، اس طرح کے یہ ہوتے ہیں۔ تو اس طرح کی جو ہے جزوی اصحاب رسول کے بیچ میں بھی مثالیں ملتی ہیں اس کی جز وی طور پر۔ جیسے حاتم بن بلطہ ہے، حاتم بن بلطہ جو سورہ ممتحنہ کے نزول میں آتا ہے، سورہ الممتحنہ، کہ انہوں نے جو ہے مشرکین کو بتا دیا تھا ایک لیٹر کے ذریعے، لیٹر بھیج دیا تھا کہ تم پر اٹیک ہونے والا ہے مدینے سے۔ اگرچہ کہ وہ لیٹر وہاں پہنچنے سے پہلے ہی پکڑا گیا۔ تو حضرت عمر غصہ ہوئے بہت حاتم بن بلطہ پر اور کہا کہ جو ہے اللہ کے رسول اجازت دیجئے کہ میں ان کی گردن اڑا دوں۔ تو اللہ کے رسول نے کہا کہ نہیں، حاتم بن بلطہ جو ہے خدا اور اس کے رسول سے محبت کرتا ہے، وہ بدری صحابی ہے۔ تو رسول اللہ نے منع کیا۔ اسی طرح جو ہے ابو لبابہ کا بھی معاملہ ہوا تھا جنگ خیبر کے وقت کہ انہوں نے کوئی اشارہ کر دیا تھا یہود کو کہ جو ہے تمہارے ساتھ کچھ سخت فیصلہ ہونے والا ہے۔ ان کو اس کی اجازت نہیں تھی۔ تو اس طرح کے جو ہے امرات لوط اور امرات نوح کے واقعات جو ہے ہر وقت جو ہے انسانی سوسائٹیز میں دیکھنے کو ملتے ہیں۔ رسول اللہ کی زندگیوں میں بھی تھے وہ، رسول اللہ صاحب رسول کے دور میں بھی اور اس سے پہلے بھی تھے اور بعد میں بھی۔ گھروں کے اندر جو ہے فیملی کا جو ہے دین مخالف یا دین کی خدمت کا جذبہ نہ ہونا، یا اس کو اپنے لیے یہ سمجھنا کہ اس طرح کی زندگی جو ہے ان سیٹل لائف کی طرف لے جائے گی، تو یہ کامن بات ہی ہے ہر زمانے میں۔ تو لوط کی بیوی اور نوح کی بیوی اسی میں غالباً پھنسے تھے کہ اس طرح کی زندگی تو ان سیٹل کر دے گی ان کو۔ تو آیت میں بتایا گیا "سلام علی عبادہ الذین اصطفی"۔ ایسا نہیں ہوتا ہے۔ آدمی جس چیز کو سیٹلمنٹ سمجھ رہا ہے وہ ان سیٹل ہوتا ہے اصل میں، اور جو ان سیٹل چیز ہے وہ سب سے بڑی سیٹلر ہوتی ہے۔ تو زندگی جو ہے انسان جیسے سوچتے ہیں ویسے نہیں چلتی۔ وہ خدا کے ارادے کے تحت جو ہے انسانوں کو مضبوطی اور کمزوری کی طرف لے جایا جاتا ہے۔ تو لوط اور نوح کی بیوی جو ہے زندگی ہی کھو دی ہے، اور ان کے ماننے والے جو ہیں ان کو دنیا میں بھی زندگی ملی اور آخرت کی زندگی بھی کا وعدہ ہے۔ تو یہ واقعہ قرآن میں ذکر کرنے کا غالباً یہ مقصد ہے کہ آدمی کو جو ہے کسی کیس میں فیملی سپورٹ ملتا ہے اور کسی کیس میں جو ہے فیملی سپورٹ سے وہ محروم ہوتا ہے۔ تو اس وقت آدمی کو جو ہے بہت زیادہ فرسٹریشن ہوتی ہے کہ میرے اپنے مجھے کیوں نہیں سمجھ پا رہے ہیں۔ تو اس مائنڈ سیٹ کو جو ہے پریپیئر کرنے کے لیے غالباً قرآن میں یہ ہے کہ تمہاری اپنی بیوی اور تمہارے اپنے لڑکے کا سپورٹ نہ ملے تب بھی تم کو یہ نہیں ہونا ہے، ہوپ لوز نہیں کرنا ہے۔</w:t>
      </w:r>
    </w:p>
    <w:p/>
    <w:p>
      <w:pPr>
        <w:pStyle w:val="Heading1"/>
      </w:pPr>
      <w:bookmarkStart w:id="91" w:name="vg32"/>
      <w:bookmarkEnd w:id="91"/>
      <w:r>
        <w:t>The Ants (Al-Naml) - 27:60-61</w:t>
      </w:r>
    </w:p>
    <w:p>
      <w:bookmarkStart w:id="92" w:name="cl58"/>
      <w:bookmarkEnd w:id="92"/>
      <w:r>
        <w:rPr>
          <w:i/>
          <w:color w:val="77786F"/>
          <w:sz w:val="20"/>
        </w:rPr>
        <w:t>25 Jun 2026 (Urdu)</w:t>
      </w:r>
    </w:p>
    <w:p>
      <w:pPr>
        <w:jc w:val="right"/>
        <w:bidi/>
      </w:pPr>
      <w:r>
        <w:rPr>
          <w:rFonts w:ascii="Noto Nastaliq Urdu" w:hAnsi="Noto Nastaliq Urdu" w:eastAsia="Noto Nastaliq Urdu" w:cs="Noto Nastaliq Urdu"/>
          <w:sz w:val="26"/>
          <w:rtl/>
          <w:lang w:bidi="ur"/>
        </w:rPr>
        <w:t>حضرت صاحب، یہاں جو ہے دونوں آیتوں کے آخر میں " بلھم قوم یعدلون بل اکثرہم لا یعلمون" دو اسٹیٹمنٹ ہیں۔ ایک میں بتایا گیا ہے کہ جو ہے یہ فکری ڈیوی ایشن ہے، فکری انحراف ہے، شرک یا الحاد۔ دوسرے میں بتایا گیا ہے کہ یہ ناواقفیت کا کیس ہے، لاعلمی یا اگنورنس کا کیس ہے۔ شرک اور الحاد یعنی قدیم زمانے سے انسان نے کائنات کی دو توجیہ کی ہیں: ایک مشرکانہ توجیہ اور ایک ملحدانہ توجیہ۔ ایتھیسٹک ایکسپلینیشن یا پولی تھیسٹک ایکسپلینیشن، مشرکانہ توجیہ یا ملحدانہ توجیہ، یہ دونوں توجیہ کے بارے میں قرآن کا کہنا یہ ہے کہ جو ہے اس میں ڈیوی ایشن ہے، فکری ڈیوی ایشن ہے۔ یا علم کی کمی کا کیس ہے، نالج کی کمی کا، چاہے ملحد انسان بات کر رہا ہو یا مشرک انسان، اس کے اندر لازمی طور پر یہ دو کمی ہوگی۔ یعنی ہم بغیر کسی اس کے کہہ سکتے ہیں کہ یہ دونوں بات کرنے والے، ملحد اور مشرک، دونوں میں لازماً جو ہے دو فلاح ہیں ان کی باتوں میں۔ ایک تو جو ہے اگنورنس کا فلاح ہے، اگنورنس کی کمی ہے اس میں۔ یا جو ہے توجیہ کرنے میں جو ہے کوئی ڈیوی ایشن ہوا ہے، یہ لازماً ہوگی چاہے یہ کہنے والا کتنا ہی گریٹ انسان ہو، جیسے ہمارے دور میں ہیں بڑے بڑے گریٹ انسان ہیں۔ لیکن وہ توجیہ جب کرتے ہیں تو جو ہے لازماً ان کی باتوں میں یہ دو کمیاں ہیں۔ فکری انحراف ہے اس میں، یا نہیں تو علم کی کمی کا کیس ہے۔ جیسے مثال کے طور پر یوول نوہراری ہے، د سی پی اینس والے، تو بہت جہاں بھی جاتے ہیں تو بڑی بڑی مجلسیں لگتی ہیں ان کو سننے کے لیے۔ وہ ایتھیزم کی ایڈوکیسی کرتے ہیں، الحاد کی وکالت کرتے ہیں، تو ان کی کتابیں بھی ہیں۔ تو کتابیں پڑھنے سے یہی لگتا ہے کہ اس کے اندر جو ہے علم کی کمی ہے بہت زیادہ، اگرچہ کہ لوگ ان کو علم والا سمجھتے ہیں بہت۔ یا ریچرڈ ڈاکنز ہیں، ان کا بھی کیس وہی ہے، ان کی بھی کتابوں کا، گاڈ ڈیلیوژن کا، اس کے اندر یا تو فکری انحراف ہے یا علمی کمی کا کیس ہے۔ تو داعی کا کام یہ ہے کہ جو ہے اس فلاح کو بتانا، اس کے اندر کیا علمی فلاح ہے یا فکری کجی ہے، فکری ٹیڑھا پن ہے، اس کو بتانا اور اس کو جو ہے لوگوں کے سامنے ایکسپلین کرنا۔ قرآن یہ چاہتا ہے کہ جو ہے وہ یہ کرے، قرآن خود بتاتا بھی ہے اور اس کے ریڈر کو کہتا ہے کہ جو ہے وہ اس بات کو جانے، اس کمی کو، دو کمیوں کو۔ جیسے یوول نوہراری ہیں، ان کی کتاب جو سیپینس ہے، اس میں وہ یہ کہتے ہیں کہ جو ہے ہر چیز جو ہے ہم ڈیفیٹ دے سکتے ہیں، ہر پرابلم کو ، وہ پرابلم کے اور ہمارے بیچ میں جو ہے نالج کا گیپ ہے۔ بس ان کا کہنا ہے کہ جو ہے اگر انسان نالج حاصل کر لے تو ساری اپنی وہ پرابلم کو جو ہے یہ کر لے گا، ڈیفیٹ دے دے گا۔ وہ سیپینس میں وہ کہتے ہیں کہ پہلے اتنے اتنے پرابلم تھے، نالج کے ذریعے ہم نے سالو کر لیے، تو دوبارہ جو ہے نالج ہی کے ذریعے جو ہے ہم سارے پرابلم سالو کر لیں گے، خدا کی کوئی ضرورت نہیں ہے اس سب باتوں میں۔ خدا جنت جہنم کی، تو یہ جو ان کا خیال ہے، بہت ہی لاعلم والا ہی ہے۔ یعنی اس میں کمی یہ دکھائی دیتی ہے کہ لیکن وہ نالج انسان کب حاصل کر لے گا، اور وہ نالج حاصل کر کے جو ہے کیسے انجام سے بچے گا۔ یعنی فائنل فیصلہ تو خدا کے ہاتھ میں ہے، نالج کے ہاتھ میں تو ہے نہیں۔ تو مولانا یہ جو کہتے تھے کہ جو تلفظ کلمہ نہیں، معرفت کلمہ، تو معرفت خدا یا معرفت کلمہ جو ہے، گویا کہ یہ آیتوں میں کہا جا رہا ہے کہ اپنے علم کی یا اپنے سوچ کی کمی کو ڈسکور کرو، تو اس سے معرفت کلمہ کا لیول ملے گا۔ اگر یہ ڈسکور نہیں ہے تو مشرک اور ملحد انسان اسی میں پھنسا رہے گا، مومن انسان جو ہے تلفظ کے لیول پر رکا رہے گا۔ تلفظ کلمہ کی تو تینوں کو بھی ضرورت ہے ڈویلپ ہونے کی، ملحد کو بھی، مشرک کو بھی، معاہد کو بھی ۔</w:t>
      </w:r>
    </w:p>
    <w:p/>
    <w:p>
      <w:bookmarkStart w:id="93" w:name="cl59"/>
      <w:bookmarkEnd w:id="93"/>
      <w:r>
        <w:rPr>
          <w:i/>
          <w:color w:val="77786F"/>
          <w:sz w:val="20"/>
        </w:rPr>
        <w:t>26 Jun 2026 (English)</w:t>
      </w:r>
    </w:p>
    <w:p>
      <w:pPr>
        <w:jc w:val="right"/>
        <w:bidi/>
      </w:pPr>
      <w:r>
        <w:rPr>
          <w:rFonts w:ascii="Noto Nastaliq Urdu" w:hAnsi="Noto Nastaliq Urdu" w:eastAsia="Noto Nastaliq Urdu" w:cs="Noto Nastaliq Urdu"/>
          <w:sz w:val="26"/>
          <w:rtl/>
          <w:lang w:bidi="ur"/>
        </w:rPr>
        <w:t>جیسا کہ اس آیت میں ہے: وَجَعَلَ بَيْنَ الْبَهْرَيْنِ حَاجِزًا اور اس نے کھاری پانی اور میٹھے پانی کے بیچ میں جو ہے ایک بیریئر رکھ دیا ہے۔ ایک انسین جو ہے یہ ہے، وال ہے جو دکھائی نہیں دیتی۔ تو غالباً جو ہے یہ بات کہہ کر جو ہے اللہ تعالیٰ ارتھ اور ہر طرف پھیلا ہوا آسمان ، ان کے بیچ میں بھی ایک جو ہے فرق ہے، ایک فرق رکھا گیا ہے دونوں کے بیچ میں۔ اس پر غور کرنے کے لیے کہہ رہا ہوں۔ یعنی بہت آسانی سے اس فرق کو دیکھا جا سکتا ہے، دو پانیوں کے بیچ میں جو ہے ایک بیریئر کو، نیڈ آئی سے اس کو دیکھ سکتے ہیں۔ اس کے علاوہ جو یہ رکھی گئی ہے، بیریئر جو رکھی گئی ہے، اس کے لیے جو ہے انسان کے پاس قدیم زمانے میں یہ نہیں تھے، کمپیئر کرنے کے لیے اویلیبل گیجٹس نہیں تھے۔ تو اس دور میں وہ پوسیبل ہوئے ہیں۔ تو لوگ اب جو بتاتے ہیں، زمین اور ہمارے آسمان کے بیچ میں فرق، اور ہر بات جو ہے آئی اوپنر ہوتی ہے۔ مثال کے طور پر یہ جو کہتے ہیں کہ زمین پر جو ہے ویٹ کا معاملہ ، یا گریویٹی کا معاملہ، کہتے ہیں اتنا وہ صحیح ہے دوسرے سے جب ہم کمپیئر کرتے ہیں۔ تو یہاں جو چیز جو ہے، مثال کے طور پر ون کے جی ہے، وہی سیم چیز جو ہے کسی اور پلینٹ میں ہزاروں کے جی ہو جاتی ہے، وہ ہزاروں گنا جو ہے اس کا ویٹ بڑھ جاتا ہے۔ اسی طرح کہتے ہیں کہ جو ہے جو ڈے اور نائٹ کا جو ہماری زمین پر جو ہے ایک مناسب نظم ہے، موسموں کا اور ڈے نائٹ کا ، دوسرے ہمارے قریبی پلینٹ میں ہی وہ بالکل عجیب و غریب ہے۔ یعنی کسی پلینٹ پر جو ہے دن اتنا لمبا ہے کہ اس کا سال اس سے چھوٹا ہے۔ یعنی ہمارے 300، 365 دن گزرتے ہیں تو کسی پلینٹ پر ایک دن ختم ہوتا ہے۔ اتنے لمبے لمبے دن ہیں۔ جیسے قرآن میں دوسری جگہ کہا گیا کہ اگر خدا تمہارے لیے دن کو سرمدی کر دے، پرماننٹ کر دے، تو کون تمہارے لیے رات لے آئے گا؟ یا اسی طرح رات کر دے پرماننٹلی، تو کون تمہارے لیے دن لائے گا؟ تو یہ جو حاجز ہے دونوں کے بیچ میں، زمین اور ہمارے سراؤنڈنگ کے بیچ میں، وہ بہت ہی زیادہ عجیب و غریب ہے۔ یہ لوگ جو اسپیس ٹور کرتے ہیں، وہ لوگ بتاتے ہیں کہ جو ہے آسمان سے زمین پر دیکھنا اتنا بیوٹی فل ہوتا ہے، بلو پلینٹ کو سب سے زیادہ عجیب تجربہ ہوتا ہے، دور سے جب ہم اپنی زمین کو دیکھتے ہیں۔ بالکل ہی ڈفرنٹ پوری یونیورس میں، یا پورے ہمارے نون زون میں جو ہے، بالکل ہی زمین ڈفرنٹ بنائی گئی ہے، جس کا یہاں یہ دو آیتوں میں ذکر ہے۔ بیوٹی فل ڈیزائن کو دیکھو، جو کہ قریب میں اویلیبل نہیں ہے کہیں بھی ہماری سین ورلڈ میں۔ تو جو لوگ اسپیس میں جاتے ہیں، وہ لوگ بتاتے ہیں کہ جو ہے ویٹ لیسنس کی وجہ سے، زمین پر جو ہے گریویٹی کی وجہ سے، ہر چیز پراپر انداز میں کھڑی ہوئی ہے، ہر چیز پراپر انداز میں چل رہی ہے۔ وہاں جب جاتے ہیں تو لوگ کہتے ہیں کہ جو ہے وہ ایسٹرونومر جو ہوتے ہیں، ان کو بہت ساری بون کی بیماریاں ہوتی ہیں، ویٹ لیسنس کی وجہ سے۔ یعنی بون جو ہے ڈیکے ہونا شروع ہوتے ہیں اسپیس میں۔ تو جب وہ واپس زمین پر آتے ہیں تو لوگ کہتے ہیں کہ کئی دن تک وہ نہ بیٹھ سکتے ہیں نہ چل سکتے ہیں۔ بالکل بون کا فارمیشن کچھ اور ہونے لگتا ہے اسپیس میں، بہت دن رہنے سے۔ اس طرح کی جو ہے اس دور میں ہزاروں ہزاروں جو ہے نا معلومات سامنے آئی ہیں کہ زمین کا کیا ڈیفرنس ہے اپنے سراؤنڈنگ یونیورس سے۔ تو ڈیفرنس کو جب ہم دیکھتے ہیں تو واقعی جو ہے ہم کے یہ ملتے ہیں، زندہ ایٹم، توحید اور حمد خدا کے جو ہے لامتناہی اور اوشینک مقدار میں جو ہے حمد ملتی ہے، یہ سب مطالعہ کرنے سے۔ پوری یونیورس میں جو ہے ارتھ جو ہے ایک بالکل ہی ایکسیپشن ہے، ہر معاملے میں، ہر ہر چیز میں جو ہے ایکسیپشن ہے، زمین کا گریویٹی ہو یا ڈے نائٹ کا سائیکل ہو یا موسموں کا معاملہ ہو یا زمین کی فرٹیلٹی کا معاملہ ہو، اکسیجن اور لائٹ کی پراپر مقدار ہو، ہر ہر معاملے میں۔ کہیں تو کہتے ہیں کہ اتنی زیادہ لائٹ ہے آسمانوں میں، کسی کسی سیارے میں ، کہ ہماری زمین پر جو لائٹ ہے اس سے ملین بلین ٹائم زیادہ، اس میں انسان رہ ہی نہیں پائے گا اس روشنی میں۔ تو سائنسدان کہتے ہیں کہ زمین پر جو روشنی جو پڑتی ہے سورج کی، وہ بھی انتہائی کیلکولیٹڈ اس میں آتی ہو، کوانٹٹی میں۔ اس کا برائٹنس اور اس کا ہیٹ وغیرہ سب بہت ہی کیلکولیٹڈ ہے۔ دوسری جگہ ایسا نہیں ہے۔ اس میں انسان اس روشنی میں رہ ہی نہیں پائے گا۔ یا تو گھپ اندھیرا ہے یونیورس میں، یا آگ کی چٹانیں ہیں ہر طرف ۔ تو گویا کہ زمین جو ہے ایکسٹریم ڈارکنس اور ایکسٹریم والکینوز، اس کے بیچ میں جو ہے ایک کنڈیشنڈ ایک پلینٹ ہے، انسان کے لیے ہر ٹائپ سے جس کی کنڈیشننگ کی گئی۔ تو گویا کہ آیتیں یہ کہہ رہی ہیں کہ اس ایکسیپشن پر غور کرو کہ ہم نے زمین کو جو ہے ایکسٹریم ڈارکنس اور جو ہے والکینوز کے بیچ میں جو ہے ایک لائیویبل پلینٹ کے طور پر بنایا ہے، جس میں رہا جا سکتا ہے، جس میں انسان جو ہے اپنی ایکٹیویٹیز کر سکتا ہے، اور ہر چیز پراپر مقدار میں رکھی ہے۔ جبکہ یہاں کوئی بھی چیز پراپر نہیں ہے ہمارے اطراف میں۔ خود ہماری زمین کا اندرونی حصہ پراپر نہیں ہے، کہتے ہیں کہ انتہائی جو ہے مولٹڈ لاوا ہے۔ زمین کے کچھ پلیٹس کے نیچے جو ہے ایک بڑی جہنم دہک رہی ہے، اور پھر اطراف میں بھی جہنم ہی ہے، ارتھ پلینٹ کے اطراف میں بھی۔ اس کے بیچ میں ایک ایکسیپشنل یہ کیا گیا ہے، ڈیزائن کیا گیا ہے۔ تو وَجَعَلَ بَيْنَ الْبَهْرَيْنِ حَاجِزًا یا اس طرح کی جو یہاں پر باتیں بتائی گئی ہیں وَأَنْزَلَ لَكُمْ مِنَ السَّمَاءِ مَا أَنْبَتَنَا بِهِ حَدَائِقَ ذَاتَ بَهْجَ م َا كَانَ لَكُمْ أَنْتُمْ بِتُو شَجَرَةً اسی طرح أَمَّن جَعَلَ الْأَرْضَ قَرَارًا وَجَعَلَ خِذَالَهَا أَنْهَارًا وَجَعَلَ لَهَا رَوَاسِيًّا وَجَعَلَ بَيْنَ الْبَحْرَيْنِ حَاجِزًا تو یہ سب جو ہے حمد کے جو ہے ملینز آف ایٹم ہیں انسان کے لیے کہ زمین کے اوپر گرینری ہے لیکن اس کا جو نیچے کے جو لیئرز ہیں وہ آگ اور مولٹن راکس ہیں سارے اور پھر اطراف میں بھی یہی معاملہ ہے قریبی ستاروں سیاروں میں تو اس کے بیچ میں جو ہے ایک ان امیجنیبل ایک یہ ہے ایکسیپشن ہے زمین کے اوپر ہریالی اور پانی انسان روشنی اور ہر چیز کا پراپر مقدار تو یہ عجیب و غریب ڈیزائن ہے سب میں۔</w:t>
      </w:r>
    </w:p>
    <w:p>
      <w:pPr>
        <w:jc w:val="right"/>
        <w:bidi/>
      </w:pPr>
      <w:r>
        <w:rPr>
          <w:rFonts w:ascii="Noto Nastaliq Urdu" w:hAnsi="Noto Nastaliq Urdu" w:eastAsia="Noto Nastaliq Urdu" w:cs="Noto Nastaliq Urdu"/>
          <w:sz w:val="26"/>
          <w:rtl/>
          <w:lang w:bidi="ur"/>
        </w:rPr>
        <w:t>تو بھائی صاحب زبردست بات کہی آپ نے۔ ابھی تک میرے ذہن میں یہ جو حاجز تھا یہ آئٹم آف ابزرویشن ہی تھا لیکن آپ نے اس کو ایکسٹینڈڈ فارم میں پیش کیا واقعی جو حقیقت پر مبنی ہے تو یہ آئٹم آف بلیسنگ بنا اور ایسی بلیسنگ جس کا کوئی اندازہ نہیں ہو سکتا بہت ہی اہم پوائنٹ ہے جزاک اللہ۔</w:t>
      </w:r>
    </w:p>
    <w:p>
      <w:pPr>
        <w:jc w:val="right"/>
        <w:bidi/>
      </w:pPr>
      <w:r>
        <w:rPr>
          <w:rFonts w:ascii="Noto Nastaliq Urdu" w:hAnsi="Noto Nastaliq Urdu" w:eastAsia="Noto Nastaliq Urdu" w:cs="Noto Nastaliq Urdu"/>
          <w:sz w:val="26"/>
          <w:rtl/>
          <w:lang w:bidi="ur"/>
        </w:rPr>
        <w:t>یعنی صرف دو پانیوں کے بیچ میں حاجز نہیں ہے بلکہ سورج اور زمین کے بیچ میں بھی حاجز رکھا گیا ہے خود زمین کے لیئرز کے بیچ میں بھی حاجز ہیں جو انسان کے لیے جو ہے اسپیشلی بنائے گئے ہیں وہ بیریئرز تاکہ انسان کو اور زندگی کو جو ہے وہ یہ نہ کر دیں جلا نہ دیں وہ تو پورا ہی معاملہ جو ہے حاجز کا ہے سارا معاملہ چاہے ہمارے سروں کے اوپر ہو یا ہمارے پیروں کے نیچے ہم ایک حاجز میں ہی رہ رہے ہیں دراصل ہمارے سروں کے اوپر کہتے ہیں کہ جو ایسٹرائڈ چھوٹے چھوٹے جو پتھر ہیں جو کوئی پلینٹ نہیں بن سکے یعنی بگ بینگ کے بعد تو جو ہے جو ڈسٹ یہ ہوئی تو مختلف فارمیشن لیتی رہی کوئی چاند بنا کوئی زمین بنا کوئی کچھ بنا لیکن کچھ ڈسٹ اور چٹانیں جو ہے کچھ بھی نہیں بن سکی تو وہ اسپیس میں جو ہے وہ ایسٹرے راکس کی طرح گھومتے رہتے ہیں ادھر ادھر اور وہ ملینز بلینز کی تعداد میں ہماری زمین سے قریب میں بھی ہے ملین بلینز کی تو کبھی کبھی بعض کے بارے میں پتہ چلتا ہے کہ وہ زمین کی طرف آ رہے ہیں ایسے بہت سارے یہ ہیں چٹانیں جو زمین کی طرف بھی آتی ہیں کبھی کبھی تو ان سب کے بیچ میں جو ہے یہ ایک حاجز ہی ہے جس کی وجہ سے انسان اور انسان سے متعلق اینیملز وغیرہ یہاں زندہ ہیں ورنہ زندگی کا کوئی سوال نہیں ہے یہاں پر بلینز بلینز جو ہے تھریٹ ہیں ان تھریٹ کے بیچ میں ایک ایکسیپشن ہے زندگی تو کسی ملحد ایتھیسٹ یا کسی پولیتھیسٹ کو جو ہے یہ سب پہلے پتہ نہیں تھا یہ سب اتنی کمپلیکیٹڈ یونیورس ہے جہاں بلینز آف ایٹم کو جو ہے مینج کرنا پڑتا ہے تب ایک زندہ چیز جو ہے رہ پاتی ہے تو یہ پہلے پتہ نہیں تھا نہ مشرکین کو نہ ملحدین کو اب یہ سب باتیں جب سامنے آ رہی ہیں تو جو ہے اس طرح کے سب مشرکانہ اور ملحدانہ خیالات جو ہے وہ خود بخود بیک فٹ پہ چلے گئے ہیں کل کی ایک آرٹیکل میں اخبار پر ایک مضمون آیا تھا سورج کے اس کو لے کر گرمی کو لے کر تو اس میں بتایا گیا تھا کہ جو ہے سورج کے جو سرفیس ہے وہاں پر 5000 500 سیلسیس ہیٹ ہے 5500 سیلسیس ہیٹ اور اس کے جو سورج کے جو فلیم جو نکلتے ہیں تو وہ 40 ملین سیلسیس ہیٹ ہوتی ہے اس کی یعنی خود سورج کا سرفیس سے زیادہ جو ہے اس کی جو فلیم جو ہے فلیم کی اینڈنگ جو ہے ملین بلین ٹائم زیادہ یہ ہوتی ہے زیادہ ہاٹ اور زیادہ گرم میں سے ایک پراپر مقدار جو ہے زمین تک پہنچتی ہے ہیٹ کی اگر وہ پراپر مقدار میں سورج جو ہے زمین کو گرم نہ کرے اور وہ بیلنس بگڑ جائے تو جو ہے زمین ملی سیکنڈ میں کہتے ہیں کہ جو ہے یہ بن جائے گی ڈسٹ بن جا کے گیسز میں کنورٹ ہو جائے گی ڈسٹ اور گیسز میں کنورٹ ہونے کے لیے بہت تھوڑا سا یہ ہے بس معاملہ تھوڑا سا اگر اس میں گڑبڑ ہو جائے تو سارا معاملہ جو ہے ملی سیکنڈز میں ختم ہو جائے گا تو مشرک انسان کو ملحد انسان کو اور مواہد انسان کو تینوں کو بھی جو ہے ہر وقت سوچنے سمجھنے اور اپنے کو کریکٹ کرنے کی ضرورت ہے اس میں یہ گویا کہ آیتوں کے مطابق ملحد مشرک موحد تینوں کو بھی ضرورت ہے کہ وہ سوچے سمجھے کنٹمپلیٹ کرے .</w:t>
      </w:r>
    </w:p>
    <w:p/>
    <w:p>
      <w:pPr>
        <w:pStyle w:val="Heading1"/>
      </w:pPr>
      <w:bookmarkStart w:id="94" w:name="vg33"/>
      <w:bookmarkEnd w:id="94"/>
      <w:r>
        <w:t>The Ants (Al-Naml) - 27:62-64</w:t>
      </w:r>
    </w:p>
    <w:p>
      <w:bookmarkStart w:id="95" w:name="cl60"/>
      <w:bookmarkEnd w:id="95"/>
      <w:r>
        <w:rPr>
          <w:i/>
          <w:color w:val="77786F"/>
          <w:sz w:val="20"/>
        </w:rPr>
        <w:t>28 Jun 2026 (English)</w:t>
      </w:r>
    </w:p>
    <w:p>
      <w:pPr>
        <w:jc w:val="right"/>
        <w:bidi/>
      </w:pPr>
      <w:r>
        <w:rPr>
          <w:rFonts w:ascii="Noto Nastaliq Urdu" w:hAnsi="Noto Nastaliq Urdu" w:eastAsia="Noto Nastaliq Urdu" w:cs="Noto Nastaliq Urdu"/>
          <w:sz w:val="26"/>
          <w:rtl/>
          <w:lang w:bidi="ur"/>
        </w:rPr>
        <w:t>یت میں "أَمَّا يُجِيبُ الْمُزْدَرَّ إِذَا دَعَاهُ وَيَكْشِفُ السُّوءَ" تو ہر انڈیویجول کو جو ہے اس کا ایکسپیرینس ہوتا ہے زندگی میں کہ اس کے ہیلتھ ایشوز، فیملی ایشوز، ارننگ ایشوز، ایسے ڈفرنٹ جو ہے زندگی میں انسان کو مسائل پیش آتے ہیں۔ کبھی فیملی کا کوئی میٹر پریشان کرتا ہے، کبھی انڈیویجول ہیلتھ کو لے کر ہوتا ہے، کبھی ارننگ وغیرہ کو لے کر ہوتا ہے۔ تو ہر انسان جو ہے اس سے پرسنلی گزرتا ہے، انڈیویجولی گزرتا ہے کہ وہ کرائسز میں تھا، خدا نے جو ہے اس کو پکڑ لیا کرائسز کے وقت اور اس کی مدد کی، اس کو چھوڑا نہیں۔ تو یہ بہت ہی جو ہے سیلف ایکسپیرینس ہوتا ہے، پرسنل ٹچ ہوتا ہے اس کے اندر انسان کو اضطرار پہنچنا اور پھر اضطرار سے جو ہے ریلیف ملنا۔ تو لیکن جو ہے انسان کچھ دنوں کے اندر جو ہے اس کو بھول جاتا ہے، یعنی اس میں کوئی اس کو پرسنل ایکسپیرینس یاد نہیں رہتا اس کو کہ میں اضطرار میں تھا، خدا نے اضطرار سے نکال دیا۔ اس ہیبٹ کا ذکر جو ہے سورہ یونس میں ہے: "وَإِذَا مَ سَّ الْإِنسَانَ ذُرُّ دَعَانَ لِجَنْبِهِ وَقَائِدًا وَقَائِمًا فَلَمَّا كَشَفْنَا عَنْهُ ذُرَّهُ مَرَّ كَعَلَّمْ يَدْعُونَا إِلَى ذُرٍّ مَسَّهُ كَذَلِكَ زُيِّنَ لِلْمُسْرِفِينَ مَا كَانُوا يَعْمَلُونَ." سورہ یونس میں آیت 12 کہ انسان کو جب کوئی کرائسز پکڑ لیتا ہے تو وہ ہمیں پکارنے لگتا ہے، لیٹے ہوئے، کھڑے ہوئے، بیٹھے ہوئے، اور جب ہم اس کی مصیبت کو دور کرتے ہیں تو ایسے گزر جاتا ہے جیسے اس کو کوئی تکلیف ہی نہیں پہنچی تھی کبھی۔ "مَرَّ كَعَلَّمْ يَدْعُونَا إِلَى ذُرٍّ مَسَّهُ" اس طرح خدا کو جو ہے پاس کر دیتا ہے جیسے کوئی اس کو زندگی میں پرابلم ہی نہیں تھی اور سوال ہی نہیں۔ تو یہ ہیومن نیچر ہے کہ وہ پرسنل ایکسپیرینس کے باوجود جو ہے خدا کو صحیح سے پکار نہیں پاتا۔ جونہی ان ایزینس ختم ہوا تو خدا کو بھول گئے ساتھ میں۔ تو یہ بہت عجیب بات ہے، ہر آدمی اس سے گزرتا ہے، دائی، پریچر، کامن انسان، سب کو جو ہے اس کا تجربہ ہوتا ہے، پیغمبروں کو سب کو ۔ تو حضرت داؤد کو جو ہے اس کا بہت زیادہ تجربہ ہوا تھا۔ پڑھنے سے، مطالعہ کرنے سے ایسا لگتا ہے کہ حضرت داؤد کو اللہ نے جو ہے بہت کرائسز میں دھکیل دیا ، اور پھر کرائسز میں دھکیلنے کے بعد جو ہے بچا بھی لیا۔ تو حضرت داؤد کی جو یہ حمد کی جو یہ تھی وہ ایکٹیویٹ ہو گئی بہت زیادہ ان کی زندگی میں کرائسز کی وجہ سے۔ تو بائبل کے اندر جو زبور جو ہے، سام زام جس کو کہتے ہیں، کتاب زبور، اس کے اندر جو ہے یہ دیکھ سکتے ہیں حضرت داؤد میں بہت زیادہ خدا کی حمد، خدا سے اٹیچمنٹ، خدا سے لگاؤ جو ہے بہت زیادہ پایا جاتا تھا، اور وہ الفاظ کی شکل میں جو ہے ڈھل جاتا تھا ان سے، جو کہ ہم لوگوں میں ہو نہیں پاتا اس طرح۔ یعنی حمد جو ہے ورڈ کے فارم میں آ نہیں پاتی، اگرچہ کہ دبی ہوئی فیلنگ ہمارے اندر بھی رہتی ہو، خدا کی حمد اور اپنی عزت کو جاننا، لیکن اس کے لیے ورڈنگ نہیں ملتی ہم کو، یا الفاظ جو ہے ایکٹیویٹ نہیں ہوتے۔ حضرت داؤد کو بہت زیادہ ہو گئے تھے، رسول اللہ کو بھی جو ہے یہ بہت زیادہ ایکٹیویٹ ہو گئے تھے، مسنون اذکار جو ہے وہی بہت زیادہ ہے، لوگوں نے جمع کیا رسول اللہ کے مسنون اذکار تو بہت زیادہ ہے تعداد میں، سیم حضرت داؤد کے مضامیر کی طرح۔ تو یہ فیکلٹی جو ہے آدمی کے اندر اگر ایکٹیویٹ ہو جائے تو اس کو جو ہے نیئرنس کا تجربہ ہوتا ہے۔ اگر وہ سوال ہونے کے بعد "مَرَّ كَعَلَّمْ يَدْعُونَا إِلَى ذُرٍّ مَسَّهُ" ایسے پاس ہو جانا جیسے کبھی کوئی مصیبت ہی نہیں آئی تھی، تو اس سے جو ہے یہ ڈی ایکٹیویٹ رہتا ہے۔ یہ حمد اور شکر کا معاملہ تو غالباً جو ہے وہ شیطان کی وجہ سے اس طرح ہوتا ہے، شیطان جو ہے اس کو ایکٹیویٹ ہونے نہیں دیتا انسان کو، حالانکہ اللہ تعالی پرسنلی ایکٹیویٹ کرواتا ہے یہ سب، لیکن شیطان اس کو جو ہے ایکٹیویٹ ہونے نہیں دیتا پراپر وے میں، بس ٹیمپرری حمد اور پھر اس کے بعد غفلت، یا قرآن میں جو کہا گیا "فَرَحٌ" فَرَحٌ آ جاتی ہے آدمی کو۔ تو یہ جو فَرَحٌ جو پکڑ لیتی ہے سیلف بوسٹنگ کہ میں جو ہے سیف ہو گیا ہوں اور مجھے کوئی پریشانی نہیں ہے، یہ فیلنگ کی وجہ سے جو ہے وہ ایکٹیویٹ نہیں ہو پاتی حمد کی فیکلٹی۔ " پانے" پر جو ہے انسان کو جو یہ بوسٹنگ کا جو احساس ہوتا ہے پرائیڈ کا، وہ جو ہے کل کرتا ہے اس کی حمد کی نیچر کو، اور وہ ایکٹیویٹ نہیں ہوتا، وہ چین حمد کی چین جو ہے ایکٹیویٹ نہیں ہوتی۔ حالانکہ ہر چھوٹا بڑا انسان جو ہے وہ اس اس سے گزرتا ہے، اس تکلیف کے برج سے ہر آدمی کو پار کیا جاتا ہے، فیملی کو لے کر، پرسنل زندگی کو لے کر، ارننگز کو لے کر، ہر معاملے میں۔ لیکن وہ چین اف حمد جو ہے ایکٹیویٹ نہیں ہو پاتی اس سارے معاملے میں، اس لیے کہ جو ہے فَرَحٌ آ جاتی ہے وہاں پر۔ فَرَحٌ یعنی ایک سیلف ایلیوژن آدمی کو جو ہے پکڑ لیتا ہے۔ ان آیتوں پر غور کرنے سے لگتا ہے کہ "فَ رَحٌ" فرسٹریشن اور مینٹل ایلیوژن، یہ دو چیزیں جو ہیں انسان کی پرسنیلٹی کو بننے نہیں دیتی۔ مصیبت میں فرسٹریٹڈ ہونا اور مصیبت ٹلنے پر جو ہے مینٹل ایلیوژن کا شکار ہونا، یا فَرَحٌ کا شکار ہونا، یہ دونوں بھی صورتوں میں آدمی جو ہے اس کی پرسنیلٹی بن نہیں پاتی۔ فرسٹریشن اور فَرَحٌ دونوں صورتوں میں۔ تو اس سے بچاتے ہوئے اگر کوئی آدمی اپنے آپ کو مینج کیا تو اس کی حمد کی یہ ایکٹیویٹ ہو جاتی ہے۔</w:t>
      </w:r>
    </w:p>
    <w:p>
      <w:pPr>
        <w:jc w:val="right"/>
        <w:bidi/>
      </w:pPr>
      <w:r>
        <w:rPr>
          <w:rFonts w:ascii="Noto Nastaliq Urdu" w:hAnsi="Noto Nastaliq Urdu" w:eastAsia="Noto Nastaliq Urdu" w:cs="Noto Nastaliq Urdu"/>
          <w:sz w:val="26"/>
          <w:rtl/>
          <w:lang w:bidi="ur"/>
        </w:rPr>
        <w:t>حافظ بھائی، ایک بہت اچھا وہ بھی ہے نا، ایک بڑی پیاری حدیث بھی ہے کہ رسول اللہ نے ایک باری معاذ بن جبل کو کہا کہ "میں تم سے محبت کرتا ہوں" تو انہوں نے بھی کہا کہ "میں بھی تم سے محبت کرتا ہوں، اے رسول" تو رسول اللہ نے کہا کہ تم ایک چیز ضرور کرنا، ہر نماز کے بعد یہ دعا ضرور کرنا کہ " اللہ ہیلپ می ٹو ریممبر یو، ٹو تھینک یو، اینڈ ٹو ورشپ یو ان دی بیسٹ مینر" تو وہی چیز مطلب ایکٹیویٹ کرنے کے لیے جو آپ کہہ رہے ہیں نا کہ اللہ سے دعا ہر نماز کے بعد۔ مجھے ایک بار یہ انفارملی مولانا بتا رہے تھے ہمیں کہ کہتے ہیں کہ کئی بار اکثر ایسے ہوتا تھا کہ لوگ کہتے تھے کہ بہت اچھا مولانا صاحب، بہت اچھا بولے، بہت اچھا بولے، کہتے ہیں میں فوراً اس کے بعد "اللہم انی اعوذ بک" کرتا تھا، مطلب اس لیے کہ کچھ وہ نہ آ جائے کہ میں نے یہ کہا ہے، بڑے الفاظ کہے ہیں۔ تو وہ ہیومیلٹی والا جو ایک ایسپیکٹ ہے نا کہ ہمیشہ ہمبل رہنا، وہ اس چیز کو جگانے میں مدد کرتی ہے۔ تو مولانا ہمیشہ اس اسی کیفیت میں ہمیشہ رہتے تھے کہ میں تو کچھ بھی نہیں ہوں، تو چیونٹی سے بھی کم ہوں، تو وہ چیز بڑھاتی ہے۔ تو ایک تو ہیومیلٹی پلس دعا ہیلپس ان دی ایکٹیویشن اف کمنگ اپ ود سچ ورڈز، جو اللہ کی صحیح حمد اور اللہ کی صحیح تعریف کرنے میں مدد کرتی ہے۔</w:t>
      </w:r>
    </w:p>
    <w:p/>
    <w:p>
      <w:pPr>
        <w:pStyle w:val="Heading1"/>
      </w:pPr>
      <w:bookmarkStart w:id="96" w:name="vg34"/>
      <w:bookmarkEnd w:id="96"/>
      <w:r>
        <w:t>The Ants (Al-Naml) - 27:65-69</w:t>
      </w:r>
    </w:p>
    <w:p>
      <w:bookmarkStart w:id="97" w:name="cl61"/>
      <w:bookmarkEnd w:id="97"/>
      <w:r>
        <w:rPr>
          <w:i/>
          <w:color w:val="77786F"/>
          <w:sz w:val="20"/>
        </w:rPr>
        <w:t>29 Jun 2026 (Urdu)</w:t>
      </w:r>
    </w:p>
    <w:p>
      <w:pPr>
        <w:jc w:val="right"/>
        <w:bidi/>
      </w:pPr>
      <w:r>
        <w:rPr>
          <w:rFonts w:ascii="Noto Nastaliq Urdu" w:hAnsi="Noto Nastaliq Urdu" w:eastAsia="Noto Nastaliq Urdu" w:cs="Noto Nastaliq Urdu"/>
          <w:sz w:val="26"/>
          <w:rtl/>
          <w:lang w:bidi="ur"/>
        </w:rPr>
        <w:t>السلام علیکم۔ ایاز صاحب، یہ حصہ بل ادّارک علمہم فی الآخرة بلکہ آخرت کے باب میں ان کا علم الجھ گیا ہے، یہ بہت ہی ہلانے والا حصہ ہے۔ میں سوچ رہا تھا کہ یہی مسلمانوں کا حال ہے کہ آخرت سے متعلق ان کا علم الجھ سا گیا ہے۔ جو قرآنی تصور ہے آخرت کا، وہ تو بالکل غائب ہے۔ اس کو بس درود جدید میں، میرے خیال میں، مولانا نے اس کا احیاء کیا۔ میں سوچ رہا تھا کہ ہمارے پاس نزدیک میں جو ذہن میں آتی ہیں تحریکیں جو آخرت کے تصور کو زیرِ نظر رکھتی ہیں، ایک تبلیغی تحریک ، تو وہاں زیادہ تر وہ تصور ملتا ہے جو جدید ذہن کو اپیل نہیں کرتا۔ ہو سکتا ہے وہ احادیث کا ہی سہارا لیتے ہوں، لیکن مولانا کا جو تصورِ آخرت کا احیاء یا اس کو زیادہ صحیح طور پر پیش کرنا، وہ بہت ہی انوکھا ہے۔ میرے پاس ان کا چھوٹی کتاب جو ہے، پمفلٹ یا ایک کتابچہ، آخرت کا سفر، میں اس میں دو ٹاپکس پڑھے: موت کا تصور، جس میں انہوں نے پری ڈیتھ پیریڈ اور پوسٹ ڈیتھ پیریڈ اور انسان کی تمناؤں کا حوالہ دے کر یہ بتایا ہے: لاسٹ میں ایوری تھنگز فالز ان پلیس جب ہم آخرت کے تصور کو لیتے ہیں، ورنہ سب لگ رہا ہے کہ بے مقصد ، بے ہنگم چیزیں ہیں۔ اور کتاب کے آخر میں بہت ہی زبردست، مولانا نے رفیقِ اعلیٰ کی طرف حضرت آسیہ فرعون کی جو بیوی تھی، ان کا کی آخری وقت کی دعا، وہ پیغمبر کی صلی اللہ علیہ وسلم کی وقت کی آخری دعا: الا رفیق الاعلیٰ۔ اس سے واقعی ایک چیزیں بہت ہی واضح ہو جاتی ہیں۔ اس پر اگر مزید وضاحت ہو جائے۔</w:t>
      </w:r>
    </w:p>
    <w:p>
      <w:pPr>
        <w:jc w:val="right"/>
        <w:bidi/>
      </w:pPr>
      <w:r>
        <w:rPr>
          <w:rFonts w:ascii="Noto Nastaliq Urdu" w:hAnsi="Noto Nastaliq Urdu" w:eastAsia="Noto Nastaliq Urdu" w:cs="Noto Nastaliq Urdu"/>
          <w:sz w:val="26"/>
          <w:rtl/>
          <w:lang w:bidi="ur"/>
        </w:rPr>
        <w:t>جی شاہ صاحب، مولانا جو ہیں، ہم لوگوں کو بھی فون کرتے تھے اور بھی مجلسوں میں بتاتے تھے۔ ہمارا مشن جو ہے، آرٹ آف لیونگ کا مشن نہیں ہے، رازِ آیات بتانے کا مشن نہیں ہے۔ وہ تو صرف ہمارا، کیا کہتے ہیں، ذیلی یہ ہے۔ اسی طرح مولانا یہ کہتے تھے کہ ہمارا مشن یہ بھی نہیں ہے کہ لوگوں کو جو ہے جدید علمِ کلام سکھائیں، جدید منطق ، یہ بھی ہمارا مشن نہیں ہے۔ مولانا نے فون کر کے یہ بھی بتایا کہ آپ کہیں ایسا تو نہیں سمجھتے کہ جو ہے ہم جدید علمِ کلام پیدا کرنے کے لیے اٹھے ہیں؟ یہ بھی نہیں ہے ہمارا، اور جو ہے رازِ آیات بھی نہیں ہے۔ تو مولانا جو ہے کہتے تھے کہ ہمارا مشن جو ہے بس صرف ایک ہے: انتظارِ آخرت۔ اگر آدمی کو انتظارِ آخرت کا فائدہ ہو رہا ہے ہمارے لٹریچر سے، ہماری باتوں سے، تو ہم ٹریک پر ہیں۔ اگر یہ فائدہ نہیں ہو رہا ہے اور وہ دوسری دوسری چیزیں سیکھ میں آ رہی ہیں، تو وہ تو پریفری ہے، کہتے تھے مولانا۔ ہمارے مشن کا جو ہے وہ تو بس چھلکا ہے، بس ساری وہ باتیں انتظارِ آخرت کے علاوہ جتنی بھی باتیں ہیں، وہ صرف ہماری ذیلی باتیں ہیں۔ اصل تو ہم، مولانا کہتے تھے کہ ہم خالص انتظارِ آخرت کے لیے اٹھے ہیں۔ اس سے زیادہ کچھ بھی نہیں ہے ہمارا مقصد۔ لوگ دنیا کے خطروں کے لیے اٹھتے ہیں، ہم آخرت کے خطرے کے لیے اٹھے ہیں۔ آخرت کے خطرے سے اپنے آپ کو اویئر رکھنے اور لوگوں کو اویئر کرنے کے لیے بس یہی ہمارا مشن ہے، نہ اس سے کچھ کم، نہ اس سے کچھ زیادہ۔ مولانا اس بات کو بہت زیادہ واضح کیے ہیں اپنی گفتگو میں اور تحریروں میں کہ بہت زیادہ وہ ان کے ہیں کہ یہ نہ آرٹ آف لیونگ کا مشن ہے، نہ آپ کو جو ہے سائنٹیفک نالج دینے کا مشن ہے۔ اس مشن کا واحد مقصد ہے انتظارِ آخرت، نہ اس سے زیادہ، نہ اس سے کچھ کم۔ کہ مولانا جو ہے بہت ہی اس اسٹینڈ کو جو ہے بہت زیادہ کلیئر کیے ہیں، پرسنل گفتگو میں بھی، تحریروں میں بھی، اور رسالے میں بھی۔ تو مولانا کا یہ جو فٹ نوٹ ہے، اس میں بھی یہی مولانا کا سارا فوکس ہے کہ ہم میں سے کوئی بھی منکر تو ہے نہیں، لیکن وہ آخرت کا اویئرنس ہمارا الجھ گیا ہے۔ کسی دوسری باتوں میں، دوسری بحثوں میں۔ اصلی اصول وہ کنٹیمپریری آئیڈیم، ایڈیم، اور پازیٹیو تھنکنگ، رازِ حیات کی باتیں، یہ سب جو ہے مولانا اس کو بہت زیادہ واضح کیے۔ یہ صرف ہم فیسلیٹیشن کے لیے کرتے ہیں، انڈرسٹینڈنگ کو فیسلیٹیٹ کرنے کے لیے۔ اصل جو ہمارا گول ہے، وہ انتظارِ آخرت ہے۔ یعنی خود ہمارا ریڈر جو ہے، اس کی گمبھیرتا کو لیا ہوا ہو، اور پھر اس گمبھیرتا پر کھڑے ہو کر وہ دوسروں کو اس سے وارن کر رہا ہو۔ تو مولانا تو واضح طور پر یہ بات بتائیں کہ میرا مشن بس یہی ہے، اس سے زیادہ کچھ بھی نہیں ہے۔ نہ کنٹیمپریری ایڈیم ہے، نہ آرٹ آف لیونگ ہے۔ اور واقعی معنی میں جو ہے مولانا کی زندگی اس پر کھڑی ہوئی تھی، فکرِ آخرت پر اور انتظارِ آخرت پر۔ کامل معنی میں جو ہے ہم کو لگتا تھا کہ مولانا اس میں دب گئے ہیں پوری طرح ۔ ایک بار جو ہے ہمارے مولانا اقبال صاحب نے مولانا کو وہ آیت سنائی: "إنّا أخلسناهم بخالصة ذكر الدار"۔ انبیاء کا ذکر کرنے کے بعد اللہ تعالیٰ کہتا ہے کہ ہم نے ان پیغمبروں کو ذکرِ دار کے لیے یہ کیا تھا، کیا کہتے ہیں، اپوائنٹ کیا تھا۔ ان کا سول اپوائنٹمنٹ اس لیے تھا کہ وہ ذکرِ دار کریں، آخرت کی یاد دہانی کریں۔ تو یہ آیت سن کر مولانا بہت خوش ہوئے تھے: "إنّا أخلسناهم بخالصة ذكر الدار"۔ اور خود مولانا بھی یہی کہتے تھے کہ مولانا آپ نے اتنی کتابیں لکھی ہیں، وہ ہے، یہ ہے۔ تو مولانا کہتے تھے یہ کچھ نہیں ہے، میری کتابیں جو ہیں، اس کو ماچس کی ایک تیلی یہ کر دے گی، ختم کر دے گی، یا اس کو سمندروں میں کوئی ایک بار پھینک دے تو پھر ان کا کوئی وجود ہی نہیں ہوگا۔ تو میری کتابیں کچھ نہیں ہیں، کہتے تھے مولانا۔ تو اصل چیز وہی ہے، مولانا کہتے تھے کہ جو اصل میں ہے ذکرِ دار ملنا کسی کو آخرت کی جو ہے گمبھیرتا کے ساتھ جو ہے یہ ملنا، شعور ملنا، اس کا یہی اصل ہمارا ریڈر ہے اور ہم اسی کے لیے کھڑے ہوئے ہیں۔ تو اس کو مولانا جو ہے بہت زیادہ واضح کرتے تھے اس بات کو۔ ماڈرن ایڈیم اور جو ہے سائنٹیفک اسلوب، رازِ حیات کی باتیں، یہ سب جو ہے ہمارے لیے نتھنگ ہے، یہ کچھ کچھ بھی نہیں ہے۔ اصل چیز وہی ہے۔ تو 2002 یا 2003 کی بات ہے، ہم جو ہے عمری ٹیم گئی ہوئی تھی مولانا کے پاس، تو ایسے ہی کسی نے یا میں نے کہہ دیا کہ جو ہے مولانا آپ نے اتنی کتابیں لکھی ہیں۔ تو مولانا جو ہے بولے آپ لوگ جو ہے کچھ جانتے نہیں ہیں، یہ سب نتھنگ ہے خدا کے پاس۔ اس کے بعد جو ہے مولانا نے وہ سنایا تھا ہارون رشید کا قصہ۔ خلیفہ ہارون رشید سے جو ہے ایک عربی ملنے کے لیے نکلا، عرب کے کسی دیہات سے بغداد کے لیے، تو اس کی خواہش تھی کہ جو ہے ہارون رشید سے میں ملاقات کروں گا۔ تو وہ جب نکلا تو راستے میں اس کو بہت ہی ایک صاف شفاف پانی کا یہ نظر آیا، پونڈ۔ تو وہ سوچا کہ جو ہے بادشاہ کے پاس شہر میں کہاں ہوگا اتنا صاف پانی؟ تو یہی پانی میں جو ہے بادشاہ کو گفٹ کرتا ہوں۔ تو کسی مٹکے کے گھڑے میں اس نے اس کو بھر لیا اور پیک کر دیا، اس کو کپڑے سے باندھ دیا ، اور بادشاہ کے پاس پہنچا۔ شاید اس کو کئی دن لگ گئے پہنچنے میں۔ تو دربار میں جب وہ پہنچا تو مولانا کہتے ہیں کہ وہ ملاقات کے بعد اس نے کہا کہ میں نے آپ کے لیے تحفہ لایا ہے۔ تو ہارون رشید نے قبول کیا اس کو اور اپنے درباریوں سے کہا کہ کھول کے دیکھ لیں کیا ہے اس میں۔ تو کھول کے جب دیکھا لوگوں نے تو پانی تھا اور پانی میں جو ہے کیڑے ہو گئے تھے۔ تو ہارون رشید نے کچھ نہیں کہا۔ عربی ولیجر کو جو ہے مہمان نوازی وغیرہ کرنے کے بعد کہا کہ اس کو ہمارا دربار دکھایا جائے، ہمارا محل دکھایا جائے۔ تو عربی کو جب محل دکھاتے ہوئے محل کے پچھلے حصے میں لے گئے تو جو ہے وہاں دجلہ بہہ رہا تھا، فراتی یا دجلہ جو بھی ہے۔ تو صاف شفاف پانی۔ تو عربی جو ہے یہ دیکھ کے حیران رہ گیا کہ جس بادشاہ کے محل کے اندر سے نہریں بہہ رہی ہیں، صاف شفاف پانی کی، میں اس کو پانی کا ایک گھڑا لے کر آیا ہوں۔ تو مولانا جو ہے اس واقعے کو لے کر جو ہے رونے لگے تھے مجلس میں کہ جس خدائے ذوالجلال کے پاس جو ہے دریا بہہ رہے ہوں، انعام اور اکرام کے، علم کے اور فضل کے، اس کے پاس ہم کتابیں لے کر جائیں یا کوئی اس طرح کی چیز کو سمجھیں کہ یہ اس کے پاس بہت بڑی چیز ہوگی تو یہ کچھ بھی نہیں ہے۔ یہ سب وہ عربی والی تھنکنگ ہے۔ تو یہ بہت ہی کلیئر تھا مولانا کے پاس کہ ہم جو ہے انتظارِ آخرت سے زیادہ کسی چیز کے لیے نہ کھڑے ہوئے ہیں، نہ اس سے کم کسی چیز کے لیے۔ ہم کو اور ہمارے ریڈر کے اندر یہی گمبھیرتا پیدا ہونی ہے۔ بس اگر وہ پیدا ہو گئی تو ہم کامیاب ہیں، ورنہ ہم سمجھیں گے کہ ہم نتھنگ ۔</w:t>
      </w:r>
    </w:p>
    <w:p>
      <w:pPr>
        <w:jc w:val="right"/>
        <w:bidi/>
      </w:pPr>
      <w:r>
        <w:rPr>
          <w:rFonts w:ascii="Noto Nastaliq Urdu" w:hAnsi="Noto Nastaliq Urdu" w:eastAsia="Noto Nastaliq Urdu" w:cs="Noto Nastaliq Urdu"/>
          <w:sz w:val="26"/>
          <w:rtl/>
          <w:lang w:bidi="ur"/>
        </w:rPr>
        <w:t>ایاز صاحب، تذکیر گروپ میں ایک مولانا کا ایک اعلانِ آخرت والا ایک کٹس ہے، وہ اگر سلام صاحب پڑھ دیں تو اچھا رہے گا۔</w:t>
      </w:r>
    </w:p>
    <w:p>
      <w:pPr>
        <w:jc w:val="right"/>
        <w:bidi/>
      </w:pPr>
      <w:r>
        <w:rPr>
          <w:rFonts w:ascii="Noto Nastaliq Urdu" w:hAnsi="Noto Nastaliq Urdu" w:eastAsia="Noto Nastaliq Urdu" w:cs="Noto Nastaliq Urdu"/>
          <w:sz w:val="26"/>
          <w:rtl/>
          <w:lang w:bidi="ur"/>
        </w:rPr>
        <w:t>جی، بسم اللہ الرحمن الرحیم۔ یہ اعلانِ آخرت کا مشن ہے۔ الرسالہ کا مقصد کیا ہے؟ یہ بتانا کہ اے لوگو، تم بہت جلد مرنے والے ہو۔ اس کے بعد دو انتہائی انجاموں میں سے کوئی ایک انجام تمہارے سامنے ہوگا: یا جنت یا جہنم۔ اس سنگین حقیقت کو سمجھ کر دنیا میں رہو۔ جو کچھ کرو، یہ سمجھ کر کرو کہ تمہارا عمل تم کو یا تو آگ کی طرف لے جا رہا ہے یا باغوں والی زندگی کی طرف ۔ الرسالے کا ادارہ نہ اعلانِ برکت کے لیے قائم کیا گیا ہے اور نہ اعلانِ سیاست کے لیے۔ اس کا مقصد نہ اعلانِ ملت ہے اور نہ اعلانِ انسانیت۔ اس کو نہ اعلانِ شخصیت سے دلچسپی ہے اور نہ اعلانِ قومیت سے۔ الرسالے کا مقصد صرف ایک ہے، اور وہ آخرت کے آنے والے دن سے لوگوں کو باخبر کرنا ہے۔ آخرت کا اعلان وہ مقصد ہے جس کے لیے پیغمبر دنیا میں بھیجے گئے۔ الرسالے کے ساتھ تعاون کرنا ، پیغمبرانہ مشن کے ساتھ تعاون کرنا ہے۔ الرسالے کے ساتھ تعاون کیجئے، موجودہ زمانے میں پیغمبرانہ مشن کو زندہ کیجئے۔</w:t>
      </w:r>
    </w:p>
    <w:p>
      <w:pPr>
        <w:jc w:val="right"/>
        <w:bidi/>
      </w:pPr>
      <w:r>
        <w:rPr>
          <w:rFonts w:ascii="Noto Nastaliq Urdu" w:hAnsi="Noto Nastaliq Urdu" w:eastAsia="Noto Nastaliq Urdu" w:cs="Noto Nastaliq Urdu"/>
          <w:sz w:val="26"/>
          <w:rtl/>
          <w:lang w:bidi="ur"/>
        </w:rPr>
        <w:t>تو اس میں مولانا بہت زیادہ واضح ہیں، نہ مولانا مسلم مائنڈ سیٹ کے ساتھ ہیں، نہ ہیومینٹی والوں کے ساتھ ، ہیومن رائٹس والوں کے ساتھ، کسی کے ساتھ بھی نہیں ہے۔ مولانا اس میں مولانا یہ کہہ رہے ہیں کہ جو ہے ہم کلیئرلی اس بات کو مانتے ہیں کہ انتظارِ آخرت ہمارا مشن ہے۔ اس سے زیادہ نہ کوئی چیز ہے، نہ اس سے کم کوئی چیز۔ نہ سائنٹیفک نالج دینا لوگوں کو، نہ رازِ حیات بتانا۔ نہ کمیونل ایشوز، نہ ورلڈلی ایشوز ۔</w:t>
      </w:r>
    </w:p>
    <w:p/>
    <w:p>
      <w:bookmarkStart w:id="98" w:name="cl62"/>
      <w:bookmarkEnd w:id="98"/>
      <w:r>
        <w:rPr>
          <w:i/>
          <w:color w:val="77786F"/>
          <w:sz w:val="20"/>
        </w:rPr>
        <w:t>30 Jun 2026 (English)</w:t>
      </w:r>
    </w:p>
    <w:p>
      <w:pPr>
        <w:jc w:val="right"/>
        <w:bidi/>
      </w:pPr>
      <w:r>
        <w:rPr>
          <w:rFonts w:ascii="Noto Nastaliq Urdu" w:hAnsi="Noto Nastaliq Urdu" w:eastAsia="Noto Nastaliq Urdu" w:cs="Noto Nastaliq Urdu"/>
          <w:sz w:val="26"/>
          <w:rtl/>
          <w:lang w:bidi="ur"/>
        </w:rPr>
        <w:t>اس کیسے قرآن کے اندر یہ آرگیومنٹ جو ہے بہت زیادہ پھیلا ہوا ہے ایک توحید والا آرگیومنٹ اور دوسرا جو ہے ریزوریکشن بعث بعد الموت تو قدیم انسان بھی اور جدید انسان بھی مس کیلکولیشن کا شکار ہے آخرت کو لے کر یعنی قدیم انسان بھی یہی بولتا تھا کہ جو ہے ایسا ایسا ہو جائے گا جب ہم مٹی اور پتھر ہو جائیں گے تو ہماری پھر کیسے ریزوریکشن ہوگی تو قرآن میں یہ آرگیومنٹ بہت جگہ ہے تو قرآن کے الفاظ میں جو ہے انسان اس معاملے میں جو ہے مس کیلکولیشن یا نسیان خلق وہ نسیہ خلق سورہ یاسین میں کہا گیا انسان جو ہے صحیح ایسٹیمیشن لگا نہیں پاتا ہے باتوں کا یعنی خود انسان کی پیدائش کو لے کر قرآن میں کہا گیا کہ جو ہے کیا وہ جس نے تم کو ایسے اور ایسے بنایا وہ تم کو نہیں بنا سکتا ہے دوبارہ جس نے زیرو سے تم کو جو ہے وجود دیا تو اس کو پھر دوبارہ وجود دینا کیا ہے کون سا پرابلم ہے ریپیٹ کرنا یہ ایک آرگیومنٹ ہے قرآن میں دوسرا آرگیومنٹ یہ دیا گیا ہے کہ جو ہے یہ اطراف میں پھیلا ہوا یونیورس دیکھو وہ بھی تو جو ہے نتھنگ سے وجود میں آیا ہے سارا یہاں پر معاملہ یعنی زمین کا اس میں لائف کو لے کر ایکسیپٹ ایکسیپشن ہونا اور اتنا گریٹ یونیورس کا پھیلا ہوا ہونا یہ سب تو یہی ہے زیرو سے جو ہے اس کا ایگزسٹنس ہوا ہے تو قدیم انسان کو بھی یہ بات بتائی گئی ہے جدید انسان کو بھی اور یہ کہا گیا ہے کہ جو ہے چاہے تم کچھ بھی ہو جاؤ پتھر ہو جاؤ مٹی ہو جاؤ اور خلق یکبر فی صدورکم یا کوئی اور بھی فارم لے لو مرنے کے بعد تو تم کو دوبارہ زندہ کیا جائے گا تو دو آرگیومنٹ ہیں اس میں قرآن کے اندر ایک جو ہے خود انسان کی پیدائش کو لے کر یہ کہا گیا ہے کہ جو ہے تم خود جو ہے نتھنگ تھے تو تم کو اللہ تعالی نے تھنگ بنا دیا ایک وجود بنا دیا بے وجود سے اللہ تعالی اور دوسرا جو ہے اطراف میں پھیلا ہوا یونیورس کو بتایا گیا ہے یہ بھی تو جو ہے نہیں تھا پہلے تو تمہارا وجود اور یہ زمین اور یہ زمین کا ایکسیپشن یونیورس میں اور پھر وہ ویسٹ یونیورس یہ سب تو نتھنگ ہی تھے یعنی قرآن میں بھی اس کا ذکر ہے کہ جو ہے زمین اور آسمان جو ہے بالکل زیرو تھے اللہ تعالی نے ان کو فاطر السماوات والارض ان کا فطر کیا اور ان کو جو ہے نئے سرے سے بنایا یعنی بالکل زیرو سے بنایا اور پھر زمین کے اوپر زندگی جو ہے خود وہ ایک ایکسیپشن ہے پوری یونیورس میں تو یہ دو آرگیومنٹ قرآن میں بہت زیادہ ہے اور جگہ جگہ بتایا گیا ہے کہ جو ہے یہ ایویڈنس کافی ہے جس میں ہم رہ رہے ہیں جس کو ہم جو ہے زندہ ایکسپیریمنٹ کر رہے ہیں جن کا وہ خود جو ہے ریزوریکشن کی کافی دلیل ہے جیسے زمین کے اوپر جو ہے فوٹو سنتھیسز یعنی ہزاروں ہزاروں سالوں سے جو ہے غذا جو ہے یوز ہوتی ہے اور پھر اس کی جگہ نئی غذا جگہ لیتی ہے یعنی ہزاروں سالوں سے انسان جو ہے اونٹ کا استعمال کر رہا ہے اونٹ ختم نہیں ہوتا تو سائنس نے دریافت کیا کہ یہ جو ہے فوٹو سنتھیسز سے ہوتا ہے سورج کی روشنی اور جو ہے زمین کے منرلز یہ مل کر جو ہے فوڈ میں کنورٹ ہوتے ہیں اور یہ صدیوں سے صدیوں سے انسان دیکھ رہا ہے کس طرح جو ہے فوڈ ریجنریٹ ہوتا رہتا ہے اور خود انسانوں کا وجود بھی یعنی صدیوں سے انسان پیدا ہو رہے ہیں لیکن پیدا ہوتے ہی جا رہے ہیں تو اتنے بلین بلین انسانوں کا جو ہے پیدا ہونا وہ خود اس بات کی کھلی دلیل ہے کہ جو ہے دوبارہ پیغمبر کہہ رہے ہیں کہ جو ہے پیدا کیے جائیں گے پھر دوبارہ اٹھائے جائیں گے تو کیوں پاسیبل نہیں ہو سکتا جب یہ ہمارا سین ورلڈ جو ہے پاسیبل ہوا ہے تو ان سین ورلڈ پھر کیوں پاسیبل نہیں ہوگا اس میں امپوسیبلٹی کس ٹائپ کی ہے تو امپوسیبلٹی کا تو کوئی یہ نہیں ہے امپوسیبلٹی کا تو کوئی چانس دکھائی نہیں دے رہا ہے جو حیرت ناک یونیورس ہے اور انسان کا حیرت ناک جو ہے روز پیدا ہونا اور یہ ہے وہ بلین بلین جو ہے ایویڈنس ہے یہ سب یعنی اب جو موجودہ بائیولوجی اور اس طرح کی جو اسٹڈیز سامنے آئی ہیں تو اب تو آج کا ریڈر تو جو ہے حضرت عزیر کی طرح جن کو سو سال جو ہے کے بعد اٹھایا گیا تھا تو انہوں نے جب وہ دیکھا تو جو ہے وہ کہہ پڑے کہ جو ہے اللہ تعالی واقعی دوبارہ زندہ کر سکتا ہے تو آج کی ماڈرن بائیولوجی بھی ویسے ہی بن گئی ہے ہمارے لیے جو کوئی اس کی اسٹڈی کرے گا بائیولوجی اور فزکس کی تو وہ بھی ایسے ہی بے تابانہ جو ہے اعتراف کرے گا کہ بے شک اللہ تعالی جو ہے یہ کر سکتا ہے دوبارہ زندگی دینا کیونکہ جو دی ہوئی زندگی وہ اتنی حیرت ناک ہے وہ اتنی امپوسیبل سے پاسیبل بنی ہے تو پھر دوبارہ کیوں نہیں ہو سکتا اس طرح انسان انکار کرنا چاہے اس کا تو اس کو آپشن ہے لیکن امپوسیبل بتانے کا آپشن نہیں ہے انسان کے پاس کسی بھی طرح نہ قدیم دور کے انسان کے لیے نہ جدید دور کے انسان کے ریزوریکشن کو امپوسیبل بنانے بتانے کا جو ہے کوئی چانس باقی نہیں ہے ہاں وہ انکار کرے اس کا تو اس کو یہ دیا گیا ہے آپشن لیکن امپوسیبلٹی بتانے کا کوئی آرگیومنٹ جو ہے وہ پاسیبل نہیں ہے وہ صاحب آپ نے بہت ہی خوبصورتی سے قرآن کے سٹیٹمنٹس کا ایک صحیح انالیسز کیا بہت زبردست تھا اور یہ بات جو آپ نے بتائی کہ ماڈرن بائیولوجی ہمارے لیے بالکل ایک بہت ہی واضح ہمارے لیے ایک ایک ایویڈنس ہے جس میں یہ پتہ چلتا ہے کیسے ایک انسین یا ایک ایسی ناموجود چیز جو ہے وجود میں آتی ہے بہت اچھا لگا یہ زبردست اور یہ جو میں دیکھ رہا تھا اس میں بلہم منہا عمود تو مجھے یاد آیا کہ واقعی جس طرح کلر بلائنڈنس ہے تو ہیومن بلائنڈنس یہی ہوگا کہ جب وہ ان چیزوں پر کنٹیمپلیٹ نہ کرتے ہوئے پھر آخرت سے انکار کرے آپ نے صحیح کہا کہ امپوسیبل ہونا تو بالکل پاسیبل ہی نہیں کیا دوبارہ ریسوریکشن یہ بہت ہی صحیح سٹیٹمنٹ آپ کا لگا ہے بہت خوبصورت خوبصورتی سے آپ نے اس کو پیش کیا جزاک اللہ جیسے سورہ عبس میں ہے انتشد خلقنا من السماء رفع سمکہ فسوا ہ تو اگر ہم اس پر غور کریں جیسے مثال کے طور پر یہ کہتے ہیں زمین کے اوپر جو ہر چیز ایک دم پراپر وے میں رکھی گئی لائٹ گریویٹی اور اکسیجن اور آسمان زمین کے اطراف میں جو ہے وہ اوزون کی بلینکٹ اس طرح جو ہے اللہ تعالی یہ کہہ رہا ہے کہ انسان کی باڈی میں جتنے فنکشن ہیں اس سے بلین بلین زیادہ جو ہے فنکشن اؤٹر باڈی میں ہے زمین سے یعنی انسان کی باڈی میں بلینز اف مثال کے طور پر جو ہے فنکشن کام کر رہے ہیں تو یونیورس میں اس سے زیادہ ارینجمنٹ ہے ہیومن باڈی سے مثال کے طور پر زمین کا جو ڈے نائٹ سائیکل ہے اور ہمارے جو قریبی جو سیارے ہیں ان کا ڈے نائٹ ڈے نائٹ سائیکل کتنا زیادہ جو ہے ایکسیپشن کو بتاتا ہے کہ خدا کتنا زیادہ جو ہے ایکسیپشنل ایکٹیویٹیز کرتا ہے کہ وہاں تین سو ہمارے دن جب گزرتے ہیں تو ایک دن ہوتا ہے وہاں پر اور یہاں جو ہے 11 12 گھنٹے میں جو ہے ڈے نائٹ کے سائیکل چینج ہوتے رہتے ہیں تو گویا کہ اس کا مطلب یہ ہوا ہے اس کا کہ ہیومن باڈی میں جتنے فنکشن درکار ہیں چلنے کے لیے اس سے بلین ٹائم سے زیادہ فنکشن جو ہے ہیومن باڈی کے باہر ہو رہے ہیں تو اس میں سے کون سا امپوسیبل ہے انسان کے لیے اگر غور کریں کیا اس کی اپنی باڈی یا باڈی سے باہر کی دنیا بلین بلین جو ہے فنکشنز جب کام کر رہے ہیں تو ایک ہیومن باڈی ورک کر رہی ہے اس کے پیچھے یعنی ایکسٹرنل سپورٹ اتنا زیادہ بڑا ہے کہ انسان تو کچھ بھی نہیں ہے اس کے سامنے انسان کو جو ایکسٹرنل سپورٹ جو دیا گیا وہ اتنا بڑا ہے کہ جو ہے وہ کچھ بھی نہیں ہے اور انسان اس کے سامنے یعنی ہیومن باڈی کا مینٹیننس اگر ہو رہا ہے تو ہیومن باڈی سے باہر اس کی باڈی کو مینٹین کرنے کے لیے اس سے بڑا جو ہے یہ رکھا گیا ہے انفراسٹرکچر تو ان میں سے کون سا انسان کو مشکل لگتا ہے کس کس وجہ سے اس کو لگتا ہے کہ جو ہے دوبارہ نہیں ہو سکتا یعنی مثال کے طور پر یہ بتایا گیا سائنٹسٹ ہمیشہ سے پریشان رہے ہیں کہ سورج کا جو انرجی بجٹ کہاں سے آتا ہے سائنس دانوں کو ہمیشہ سے یہ رہا ہے کہ جو ہے سورج ملین ملین سال سے جو ہے رن ہو رہا ہے تو اس کو انرجی کہاں سے آتی ہے کوئی اس کا اؤٹر سورس ہے یا انر سورس ہے تو اس سوال کو انہوں نے جو ہے اس طرح حل کیا کہ جو ہے سورج کی انرجی جو ہے اس کے نیوکلیئر فیوژن سے ہوتی ہے یعنی سورج کو کسی خارجی اس کی ضرورت نہیں ہے رن ہونے کے لیے خارجی فیول کی خود اس کے اندر یہ کیپیسٹی ہے کہ وہ جو ہے اپنے ڈسٹروئڈ فیول کو جو ہے بناتا رہتا ہے دوبارہ نیوکلیئر فیوژن جس کو لوگ کہتے ہیں کہ ہیلیم ہائیڈروجن جو ہے ڈسٹروئے ہونے کے بعد پھر ری یہ ہوتے ہیں ری ایمرج ہوتے ہیں ان کے مالیکیول اس طرح جو ہے وہ سائیکل ہمیشہ چلتا رہتا ہے تو یہ انسان تو 50 60 سال میں ختم ہوا اور سورج جو ہے ملین ملین سال سے اپنے آپ کو رن کر رہا ہے تو کون سا مشکل ہے پیدائش کے لحاظ سے یا ملین ملین سال تک جو ہے نا ایک سورج تم کو دینا یا تمہاری وہ باڈی جو 50 60 سال میں جو ہے یہ ہو جاتی ہے ریجنریٹ نہیں کر پاتی کون سا مشکل کام ہے اس میں سے خلق السماوات والارض تو بلین بلین سال سے جو ہے چاند سورج زمین اور یونیورس جو ہے رن ہو رہی ہے تو یہ زیادہ مشکل ہے کہ یہ 50 60 سال کا انسان بنانا زیادہ مشکل ہے تو سورج کے ورک کرنے میں جتنے فنکشنز ہو رہے ہوں گے وہ ضرور انسان سے جو ہے ہزاروں گنا زیادہ ہے اس کو رن کرنے کے لیے امون کا مطلب یہی ہوا کہ یہ سب دیکھتے ہوئے کلر بلائنڈ بننا یا اس کی کوئی ایسی توجیح کر دینا کہ جو ہے وہ امپورٹنٹ نہ رہے کہ چلو یہ تو ہم کو باپ داداؤں سے مل رہا ہے اس کے بعد بھی ملتا رہے گا ہماری نسلوں کو تو غالبا یہی امون ہے کلر بلائنڈ ہونا یہی غالبا.</w:t>
      </w:r>
    </w:p>
    <w:p/>
    <w:p>
      <w:pPr>
        <w:pStyle w:val="Heading1"/>
      </w:pPr>
      <w:bookmarkStart w:id="99" w:name="vg35"/>
      <w:bookmarkEnd w:id="99"/>
      <w:r>
        <w:t>The Ants (Al-Naml) - 27:70-75</w:t>
      </w:r>
    </w:p>
    <w:p>
      <w:bookmarkStart w:id="100" w:name="cl63"/>
      <w:bookmarkEnd w:id="100"/>
      <w:r>
        <w:rPr>
          <w:i/>
          <w:color w:val="77786F"/>
          <w:sz w:val="20"/>
        </w:rPr>
        <w:t>01 Jul 2026 (Urdu)</w:t>
      </w:r>
    </w:p>
    <w:p>
      <w:pPr>
        <w:jc w:val="right"/>
        <w:bidi/>
      </w:pPr>
      <w:r>
        <w:rPr>
          <w:rFonts w:ascii="Noto Nastaliq Urdu" w:hAnsi="Noto Nastaliq Urdu" w:eastAsia="Noto Nastaliq Urdu" w:cs="Noto Nastaliq Urdu"/>
          <w:sz w:val="26"/>
          <w:rtl/>
          <w:lang w:bidi="ur"/>
        </w:rPr>
        <w:t>ایک اور مثال : یہاں مولانا یہ جو کہہ رہے ہیں "ولا تحزن عليهم" کا مطلب یہ نہیں ہے کہ غم مت کرو، بلکہ غم تو داعی کی غذا ہے۔ یہ بہت اہم بات ہے۔ یعنی عام طور پر جو ہے یہ سمجھا جاتا ہے کہ مذہبی کام کوئی جو ہے اسٹیٹس کا کام ہے۔ ہر قوم میں، ہر مذہبی گروپ میں یہی سمجھا گیا ہے کہ مذہب کی خدمت تو ایک سوشل اسٹیٹس ہے۔ لیکن حقیقت جو ہے ایسا بالکل نہیں ہے۔ جو ریئل مذہبی کام جو ہے وہ ہمیشہ غم کا کام ہی رہا ہے۔ کبھی بھی وہ جو ہے کوئی جوئفل یہ نہیں رہا، کوئی ایکسکرشن نہیں ہے۔ تو رسول اللہ کے بارے میں ہے کہ "کان رسول اللہ صلی اللہ علیہ وسلم دائم الفکر و متوالی الاحزان"۔ رسول اللہ جو ہے مسلسل سیریس تھنکنگ میں رہتے تھے۔ مسلسل سوچنا اور سیریس تھنکنگ میں رہنا۔ تو دراصل یہی ہے دعوتی کام۔ دعوتی کام ایک جو ہے اپنے آپ کو غم میں ڈالنے کا کام ہی ہے۔ اور یہاں جو آیت کے اندر ہے " ردف لکم" جس کا پیغمبر یا داعی جو ہے وارننگ دیتا رہتا ہے، اس کا کچھ نہ کچھ جو ہے اس کے مخاطبین جو ہے چکھتے ہی ہیں۔ رسول اللہ کے دور میں بھی ایسا ہوا۔ اس سے پہلے بھی ہوا کہ پیغمبر جس انجام کی وارننگ دے رہا ہے، اس کا کوئی نہ کوئی جھلک جو ہے مدعو کو جو ہے دکھائی ہی جاتی ہے۔ ان کی زندگیوں میں ہی۔ تو مفسرین کہہ رہے ہیں کہ جو ہے اہل مکہ کو جو ہے بدر پر دکھائی گئی کہ جو وعدہ کیا جا رہا تھا اس کی یہ جھلک ہے۔ بدر کے موقع سے جو حالات بنے مشرکین کے۔ تو بعد کے لوگوں کی زندگیوں میں بھی اس طرح ہے۔ داعیوں کی زندگیوں میں بھی۔ اگر وہ واقعی متوالی الاحزان ہیں، سیریس دعوت میں ہیں، اور لوگوں کے لیے سیریسلی سوچتے ہیں اور لوگوں کو وارننگ دیتے ہیں، تو بالکل داعی کے مخاطبین کے ساتھ بھی ایسا ہوتا ہے کہ اس کی باتوں کا جو ہے بعض حصہ خدا تعالی لوگوں کو دکھاتا ہے۔ اس کی زندگیوں میں ہی۔ مولانا کی زندگی میں جو ہے وہ ہم دیکھ چکے ہیں۔ مولانا جو ہے ایک غمزدہ انسان تھے، ایک اور سیریس باتوں کو جو ہے تجزیہ کر کے بتاتے تھے کہ یہ ایسا نہیں ہے، ایسا ہے۔ اگر یہ بات نہ مانی گئی تو یہ باتوں کو فیس کرنا پڑے گا۔ تو مولانا کی باتوں کا بھی جو ہے بعض انجام لوگوں نے دیکھ لیا مختلف شکلوں میں۔ مولانا کی زندگی میں ہی وہ سارا ایکسپیرینس کر چکے ہیں لوگ کہ ایک داعی جو بولتا ہے وہ کتنی سیریس بات ہوتی ہے اس کو ریجیکٹ کرنا۔ بہت سی اس کی مثالیں ہیں مولانا کی زندگی میں جو ہم قریبی طور پر دیکھ سکتے ہیں۔ کلی مثالیں بھی ہیں جیسے پچھلے عاد اور ثمود اور شعیب کی قوم کے ساتھ دیکھنے میں آئیں۔ پارشل بھی ہے اور کرنٹلی بھی جو ہے اس طرح کی بہت ساری باتیں ہم دیکھ سکتے ہیں کہ لوگوں نے باتوں کو نہیں سمجھا اور کس طرح انہوں نے فیس کیا اپنے انکار کے نتیجے کو ۔</w:t>
      </w:r>
    </w:p>
    <w:p/>
    <w:p>
      <w:bookmarkStart w:id="101" w:name="cl64"/>
      <w:bookmarkEnd w:id="101"/>
      <w:r>
        <w:rPr>
          <w:i/>
          <w:color w:val="77786F"/>
          <w:sz w:val="20"/>
        </w:rPr>
        <w:t>02 Jul 2026 (Urdu)</w:t>
      </w:r>
    </w:p>
    <w:p>
      <w:pPr>
        <w:jc w:val="right"/>
        <w:bidi/>
      </w:pPr>
      <w:r>
        <w:rPr>
          <w:rFonts w:ascii="Noto Nastaliq Urdu" w:hAnsi="Noto Nastaliq Urdu" w:eastAsia="Noto Nastaliq Urdu" w:cs="Noto Nastaliq Urdu"/>
          <w:sz w:val="26"/>
          <w:rtl/>
          <w:lang w:bidi="ur"/>
        </w:rPr>
        <w:t>السلام علیکم بھائی صاحب، ہم ویکلی ہمارا یہاں ایک پروگرام ہوتا ہے کہ ہم متعلق قرآن جو مولانا کی کتاب ہے، اس سے کوئی آیت ڈسکس کرتے ہیں، اس پر غور خوض کرتے ہیں۔ تو اتفاق سے آج جس آیت کا ہمیں سوچنا ہے، اس کو سننا ہے، وہ ہے سورہ ابراہیم کی آیت نمبر 34۔ آیت یوں ہے: وَأَتَيكُم مِّن كُلِّ مَا سَأَلْتُمُوهُ وَإِنْ تُعُدُّوا نِعْمَتَ اللَّهِ لَا تُخْزُوهَا ۗ إِنَّ الْإِنْسَانَ لَظَلُومٌ كَفَّارٌ اللہ نے تم کو وہ سب کچھ دیا ہے جو تم اس سے مانگو ، اور اگر تم اللہ کی نعمتوں کی گنتی کرو تو ان کو ان کا شمار نہیں کر سکتے۔ انسان بہت ہی ظالم ہے، بہت ہی ناشکرا ہے۔ تو اس سے پہلے تذکرہ تھا جو کائناتی نعمتیں انسان کو ملی ہوئی ہیں، چاہے وہ سورج ہے، چاند ہے، میوے ہیں، بارشیں ہیں، اور سمندر میں کشتیاں ہیں وغیرہ۔ تو یہاں جو آیت ہے، اس کے مقابلے میں إِنَّ رَبَّكَ لَظُوْفَ لِنَعْمَةٍ عَلَى النَّاسِ وَلَكِنَّ أَكْثَرَهُمْ لَا يَشْكُرُونَ تو اس سے پہلے تذکرہ ہے آخرت کا، اور اس سے پہلے بھی اسی طرح کی آیات ہیں، جس میں کائناتی جو حقائق ہیں، ان کے ان سے جو نتیجہ برآمد ہونا چاہیے تھا، انسان کو سمجھنا چاہیے تھا کہ اللہ کے ساتھ کوئی معبود نہیں ہو سکتا، وہی ایک معبود ہو سکتا ہے۔ تو ایک جو تعلیم کائناتی سطح پر انسان کو دی جا رہی تھی، تو اس سے سمجھنا تھا۔ تو یہ فضل سے میں اس پر آپ سے تھوڑا گائیڈنس چاہوں گا۔ تو بڑا فضل یہ بھی ہے کہ اللہ نے انسان کے لیے ایک اضافی فضل کیا، اس کو ویسے سمجھنا چاہیے تھا، لیکن اپنی کتاب کتابیں بھیج کر انسان کے لیے وضاحت ہو گئی، اور انسان حقیقت کو پہچانے۔ اس کے بعد اللہ کا شکر ادا کرے۔ تو مجھے یہاں ایک انسیڈنٹ یاد آتا ہے کہ ہم مولانا کے ساتھ عامر بھائی بھی تھے اور سلیم صاحب تھے، بیٹھے تھے تو مولانا کسی چیز کی وضاحت کر گئے۔ اس کے بعد ہم بس سنتے رہے۔ تو انہوں نے کہا، مولانا نے اس سے پہلے آپ جانتے تھے؟ ہم نے کہا نہیں۔ تو آپ نے کیوں نہیں ایکنالج کیوں نہیں کیا؟ یہ ایکنالجمنٹ بہت بڑا اہم چیز ہے جس پر مولانا بہت سٹریس دیتے تھے اور جس سے ہم غافل تھے۔ تو واقعی مجھے لگ رہا ہے کہ یہ فضل کتنا انسانیت پر ہے۔ خود جس دن مسلمان یہ سمجھ جائیں کہ یہ کتنا فضل ہے اللہ کا ہمارے اوپر کتاب کی صورت میں، تو شاید ہم بھی نہیں سمجھے ہیں۔ واقعی یہ میرے ذہن میں آئی بات ہو سکتا ہے میں نے کہہ پایا اس کی وضاحت کروں۔ جی شاہ صاحب، یہ بہت ہی اچھا آیت کا ٹکڑا ہے۔ إِنَّ رَبَّكَ لَظُوْفَ لِنَعْمَةٍ عَلَى النَّاسِ وَلَكِنَّ أَكْثَرَهُمْ لَا يَشْكُرُونَ تو اس کو جو ہے سورہ نحل کی اس آیت: وَإِنْ تَعُدُّوا نِعْمَتَ اللَّهِ لَا تُخْسُوهُ اگر تم اللہ کی بلیسنگز کو کاؤنٹ کرنا چاہو تو کر نہیں پاؤ گے۔ تو یہ بات بالکل صحیح ہے کہ انسان جو ہے اس دور میں ہی کچھ نہ کچھ کچھ باتیں سمجھ پا رہا ہے اللہ کی نعمتوں کو لے کر۔ یعنی اس سے پہلے جو ہے ہزاروں سالوں سے انسان اس یونیورس میں رہتا ہے اس زمین پر، لیکن نیکڈ آئی سے جو ہے بہت ہی میکرو لیول کی باتیں ہی سمجھ پایا تھا جو دکھائی دیتی ہیں۔ لیکن جو دکھائی دیتی ہے چیزیں اس سے بلین فولڈ، بلین ٹائم زیادہ چیزیں جو ہیں وہ ہیں جو دکھائی نہیں دیتی۔ تو اس میں سے کچھ چیزیں انسان جو ہے اس دور میں جان پایا ہے۔ وہ باتیں جب سامنے آ رہی ہیں تو انسان جو ہے حیرت ناکی میں ، حیرت میں پڑا ہوا ہے کہ اتنے اتنے مائیکرو لیول پر جو ہے انسان کے ساتھ معاملہ ہے۔ تو ابھی ایک بات جو ہے قریب میں مطالعے میں آئی تھی، سنگاپور میں ایک یونیورسٹی ہے، ننیا یونیورسٹی، ننیا ٹیکنالوجیکل یونیورسٹی۔ تو وہاں جو ہے لوگوں نے اسٹڈی کی فیٹی لیور کی، یعنی آج کل فیٹی لیور کا جو ہے مسئلہ بہت زیادہ ہے۔ ہر طرف لوگ جو ہے اوبیس، جو موٹے ہو جاتے ہیں، تو اس کے پیچھے ریزن یہ بتاتے ہیں کہ فیٹی لیور ہے۔ تو فیٹی لیور کیوں ہوتا ہے؟ اس کا ریزن جو ہے ان لوگوں نے ڈسکور کیا ہے سنگاپور ننیا ٹیکنالوجیکل یونیورسٹی کے لوگوں نے۔ تو یہ بات سامنے آئی ہے کہ جو ہے ایک پروٹین ہے، اس پروٹین کا نام بھی ان لوگوں نے دیا ہے۔ وہ پروٹین جو ہے ریزن ہوتا ہے فیٹی لیور کا۔ تو اس پروٹین کی زیادتی جب ہوتی ہے باڈی میں تو اسٹڈی میں یہ بتایا گیا ہے کہ جو ہے وہ لیور کو ڈیمج کر دیتی ہے پروٹین کی زیادتی۔ وہ پروٹین اپنے آپ میں ایک اچھی چیز ہے، لیکن اس کی زیادتی جو ہے لیور کی ڈیمج کا سبب بنتی ہے۔ تو اس طرح کی چیزیں جو ہیں ہر روز ڈسکور ہوتی رہتی ہیں۔ اس طرح کی مائنر باتیں کہ چھوٹی چھوٹی چیزیں ہیں، لیکن ان کے امپیکٹ جو ہیں بہت ہی یہ ہوتے ہیں ڈینجرس۔ اگر ان میں کوئی ڈسٹرب ہو جائے تو پتہ نہیں ایسے جو ہے کتنے بلینز اف ایٹم ہیں، ان میں سے کچھ ہم اس دور میں دریافت کرنے کے قابل میں۔ تو وَأَصْبَغَ عَلَيْكُمْ نِعْمَهُ الظَّاهِرَةَ وَالْبَاطِنَةَ میں غالباً یہی ہے، کچھ چیزیں انسان پکڑ پاتا ہے اور کچھ چیزیں پکڑ نہیں پاتا۔ نعمتیں کچھ ایسی ہیں جو ظاہر ہیں اور کچھ نعمتیں، کچھ کا مطلب بلینز اف نعمتیں ایسی ہیں جو ہماری اس میں نہیں آتی نوٹس میں۔ تو یہ جو مولانا نے لکھا ہے "غم نہ کر" کا مطلب یہ نہیں ہے کہ جو ہے غم نہ کرے آدمی۔ مولانا کہتے ہیں کہ جو ہے غم تو داہی کی غذا ہے۔ تو اس کا مطلب یہی ہے، لوگ جو اہ نعمتوں کے اس میں رہتے ہیں سمندر میں، لیکن بلائنڈ بن کر۔ تو داعی جو ہے اس بلائنڈنس کو توڑنے کی کوشش کرتا ہے۔ تو یہ بلائنڈنس کو توڑنا آسان بات نہیں ہوتی، وہ غموں کو دعوت دینا ہی ہوتا ہے۔ کیونکہ انسان جو ہے غفلت کو اپنے لیے بہت ہی یہ سمجھتا ہے، ایک آسان ایڈاپشن ، ایک آسان انتخاب سمجھ کے اس کو اپناتا ہے انسان۔ تو ایسی صورت میں جو ہے وہ نعمتوں سے اویئر کرنا انسان کو، گویا کہ جو ہے سوئے ہوئے اس کو جگانا ہے۔ سوئی ہوئی ان مٹی کو اور سوئے ہوئے غصے کو لوگوں کے۔ تو یہیں سے جو ہے وہ غم کے حالات پیدا ہوتے ہیں۔ لوگوں کو جو ہے اس احساس پر کھڑا کرنا کہ خدا نے تمہارے لیے نعمتوں کا سمندر بنایا ہے، اور اس سمندر میں جو ہے تم کیئرلیس زندگی گزار رہے ہو۔ یہ بات بتانا ہی جو ہے لوگوں کے لیے بڑا ٹف کام ہوتا ہے۔ یہاں سے داعی کو جو ہے غم کی غذا ملنا شروع ہوتی ہے۔ ایک تو طریقہ جو ہے اس کا ہے، پروفیشنل جن کو کہتے ہیں پروفیشن۔ تو جو آدمی پروفیشنل ہوتا ہے، وہ سب جو ہے یہ اس غم میں پڑنا نہیں چاہتا۔ خ واہ مخواہ لوگوں کو جگائے اور پھر ان کی اینیمیٹی کو فیس کرے۔ یہ مشن جن کا مقصد ہوتا ہے، جنہوں نے اس کو اپنا مشن بنا لیا، ان لوگوں کے یہ حالات ہیں کہ مشن کا لازمی تقاضا ہے لوگوں کو یہ کرنا، اویئر کرنا اور کریٹیسائز کرنا۔ اس کے بغیر جو ہے مشن پورا نہیں ہوتا۔ تو آدمی اگر پروفیشنل ہو تو وہ باتوں کو اوائڈ کر کے نکل سکتا ہے۔ جیسے ایک ٹیچر ہوتا ہے، وہ فیس چارج کرتا ہے۔ جس نے فیس دیا، اس کو پڑھایا، جس نے فیس نہیں دیا، اس کو ڈی بار کر دیا۔ اس کو اس سے مطلب نہیں ہے کہ آپ کو تعلیم سے محرومی ہوتی ہے کہ نہیں ہوتی ہے۔ اس کو اپنی فیس سے مطلب ہوتا ہے، پروفیشنل کو۔ لیکن مشنری انسان اس طرح نہیں ہوتا۔ اس کو یہ غم کھایا جاتا ہے کہ اس آدمی کا اگنورنس دور ہو۔ تو یہی سچوئیشن جو ہے غم کو دعوت دیتی ہے۔ تو رسول اللہ کی جو دعائیں ہیں، مذکور اسنان، مسنون اذکار جن کو ہم کہتے ہیں، وہ اسی مشنری انسان کی فیلنگز ہیں۔ کہ مشنری انسان نے جو ہے ون سائیڈڈ ہو کر لوگوں کی ویل وشنگ کی، اور وہ جو ہے اپنے آپ کو غموں میں ڈال دیا۔ تو غم کا اظہار جو ہے ان مسنون اذکار میں دیکھا جا سکتا ہے۔ رسول اللہ کی پروفیشنل ہو تو آدمی کو یہ سب غم سے مطلب نہیں ہوتا۔ ان باتوں سے مشنری ہو تو جو ہے پھر وہ غم کی غذا اپنے آپ کو پرووائیڈ کرنا ہوتا ہے۔ تو انبیاء میں اور سچے دعا میں جو ہے یہی فرق ہے۔ تو لوگوں کی بلائنڈنس کو توڑنا چاہتے ہیں، بغیر کسی ان سے ریٹرن مانگے کے۔ یہی ان کے غم کا سبب بنتا ہے عام طور پر ۔</w:t>
      </w:r>
    </w:p>
    <w:p/>
    <w:p>
      <w:pPr>
        <w:pStyle w:val="Heading1"/>
      </w:pPr>
      <w:bookmarkStart w:id="102" w:name="vg36"/>
      <w:bookmarkEnd w:id="102"/>
      <w:r>
        <w:t>The Ants (Al-Naml) - 27:76-81</w:t>
      </w:r>
    </w:p>
    <w:p>
      <w:bookmarkStart w:id="103" w:name="cl65"/>
      <w:bookmarkEnd w:id="103"/>
      <w:r>
        <w:rPr>
          <w:i/>
          <w:color w:val="77786F"/>
          <w:sz w:val="20"/>
        </w:rPr>
        <w:t>03 Jul 2026 (Urdu)</w:t>
      </w:r>
    </w:p>
    <w:p>
      <w:pPr>
        <w:jc w:val="right"/>
        <w:bidi/>
      </w:pPr>
      <w:r>
        <w:rPr>
          <w:rFonts w:ascii="Noto Nastaliq Urdu" w:hAnsi="Noto Nastaliq Urdu" w:eastAsia="Noto Nastaliq Urdu" w:cs="Noto Nastaliq Urdu"/>
          <w:sz w:val="26"/>
          <w:rtl/>
          <w:lang w:bidi="ur"/>
        </w:rPr>
        <w:t>۔ اچھا، ان آیتوں میں جو پہلی آیت ہے، إن هذا القرآن يقصّ على بني إسرائيل أكثر الذي هم فيه يختلفون. یہ بہت امپورٹنٹ آیت لگتی ہے۔ قرآن میں جو ہے، دوسری جگہ ذکر ہے اس کا۔ ڈفرنٹ جگہ ذکر ہے کہ کیا بنی اسرائیل میں اختلاف ہے۔ یعنی ایک تو اختلاف وہ ہے جو حضرت عیسیٰ کو لے کر ہے۔ یہود حضرت عیسیٰ کو جو ہے، پیغمبر نہیں مانتے۔ تو قرآن نے جو ہے، یہود کی اس غلطی کو بتایا جو انہوں نے نصاریٰ کے ساتھ کی۔ کہ وہ خدا کے نبی تھے، لیکن انہوں نے خدا کا نبی نہیں مانا ان کو۔ اور عجیب عجیب انہوں نے جو ہے، الزامات لگائے۔ اور خود بنی اسرائیل نے جو ہے، حضرت عیسیٰ کو مانا، لیکن عجیب و غریب طریقے سے مانا۔ یعنی خدا کے بیٹے ہیں اور انسانوں کے کفارے کے لیے بھیجے گئے تھے وغیرہ وغیرہ۔ تو قرآن نے جو ہے، ان ساری باتوں کی وضاحت کر دی کہ تم ٹرینیٹی کی باتیں مت کرو۔ اور اس طرح کی جو دوسری باتیں ہیں، اسے واضح طور پر جو ہے، قرآن میں اس کا اصلاح بتایا گیا۔ کیا اس کے اندر غلطی ہے؟ پیدائش کو لے کر، اور کفارے کو لے کر، اور ٹرینیٹی کو لے کر۔ جگہ جگہ جو ہے، اس کی وضاحت کی گئی ہے قرآن میں۔ تو یہی وہ باتیں ہیں جس کی وجہ سے یہود میں جو ہے، بہت ہی آپسی عداوت اور کینہ پیدا ہوا۔ اور نصاریٰ میں بھی۔ یعنی خود نصاریٰ کے فرقے آپس میں جو ہے، انتہائی ہیٹریڈ اور اینیمیٹی رکھتے ہیں۔ اور خود پھر یہود و نصاریٰ آپس میں۔ یعنی یہود نصاریٰ سے نفرت کرتے ہیں، اور نصاریٰ یہود سے۔ اور پھر خود ان میں چھوٹے چھوٹے گروپ ہیں جو مختلف باتوں کو لے کر جو ہے، جھگڑتے رہتے ہیں۔ تو قرآن کہہ رہا ہے کہ جو ہے، یہ قرآن ہدایت بھی ہے اور رحمت بھی ہے ماننے والوں کے لیے۔ وإنَّهُ لَهُدَى وَرَحْمَةٌ لِّلْمُؤْمِنِينَ . تو کیسے یہ جو ہے، ہدایت اور رحمت ہے مومنین کے لیے ؟ تو اس کا بیسک پوائنٹ یہی ہے کہ نان ایسینشل چیزوں کو جو ہے، لوگ فوکس کرتے ہیں، شفٹ آف ایمفیسز کرتے ہیں، اور اس پر فوکس دینے لگتے ہیں۔ نان بیسک کو جو ہے، بیسک سمجھ کر۔ تو قرآن جو ہے، اس میں یہ سکھاتا ہے کہ آدمی جو ہے، نان بیسک کے پیچھے نہ پڑے۔ بیسک کو جو ہے، اپنا یہ بنائے تو وہ بہت ساری بھول بھلیوں سے بچ سکتا ہے۔ تو مسلمانوں کے لیے بھی یہی ہے کہ یہود نے جو ہے، شفٹ آف ایمفیسز کیا۔ تو کہیں سے کہیں چلی گئی ان کی باتیں۔ تو بعد میں مسلمانوں نے بھی یہی کیا ہے، جو یہود کرتے رہے۔ تو مسلمان بھی یہی اسی قسم کے اختلاف اور اسی قسم کے جھگڑوں میں پڑے ہوئے ہیں۔ ان کے لیے بھی جو ہے، قرآن ہدایت اور رحمت ہے، اگر وہ اس فرق کو جانیں کہ نان بیسک کے پیچھے نہ پڑیں اور بیسک کو اپنا فوکس بنائیں۔ تو بہت سارے اس سے بچ سکتے ہیں، اس طرح کے ڈسپیوٹ اور آرگیومنٹ سے۔ تو یہی ہدایت اور رحمت ہے اصل میں کہ آدمی جو ہے، بیسک اور نان بیسک کے فرق کو سمجھے اور بیسک کو پکڑا رہے۔ اگر وہ ایسا نہ کرے تو پھر وہ بہت سارے یوزلیس آرگیومنٹس میں پڑ جاتا ہے۔ تو قرآن ہدایت اور رحمت اس لیے ہے کہ وہ آدمی کو جو ہے، ٹریک پر رہنا سکھاتا ہے، ڈسٹریکٹ ہونے نہیں دیتا وہ کسی بھی دوسری باتوں کو لے کر۔ مسلمانوں نے جو ہے، یہود و نصاریٰ کی طرح یہ پیٹرن چھوڑ دیا ہے۔ تو اس واسطے وہ اتنی زیادہ جو ہے، یوزلیس آرگیومنٹ میں رہتے ہیں۔ ایسا لگتا ہے کہ وہ بھی جو ہے، یہود و نصاریٰ کی طرح اس میں پڑ گئے ہیں، بغض اور عداوت میں۔ آپسی بغض و عداوت میں۔ تو جیسے مثال کے طور پر رننگ منتھ ہے، اس میں تاریخ میں ایک ایونٹ ہوا۔ تو اب اس کو لے کر جو ہے، مسلمان اتنا زیادہ ایکٹو ہو جاتے ہیں ہر سال کہ ایسا لگتا ہے ان کا بھی حال جو ہے، یہود و نصاریٰ کی طرح ہو گیا ہے۔ کہ اصل بات کو چھوڑ دیا اور۔ اصل بات کو چھوڑ دیا اور جو ذیلی جو باتیں تھیں، ریفرل جو باتیں تھیں، اس کو انہوں نے جو ہے، آپسی بحث اور گفتگو اور اس کا موضوع بنا لیا، ثابت کرنے اور کنڈم کرنے کا ۔ تو قرآن جو ہے، ہدایت اور رحمت جو ہے، مومنین کے لیے ہے۔ اس طرح کے ڈسٹریکٹڈ لوگوں کے لیے نہیں ہے۔ نہ یہود و نصاریٰ کے ڈسٹریکٹڈ لوگوں کے لیے، نہ اہل اسلام کے ڈسٹریکٹڈ لوگوں کے لیے۔ تو گویا کہ آیتیں یہ کہہ رہی ہیں کہ جو ہے، بیسک اور نان بیسک کے فرق کو سمجھو۔ اور جس سلسلے میں جو ہے، کوئی ڈیٹا اویلیبل نہیں ہے، یا قرآن اور حدیث کا انڈورسمنٹ نہیں ہے، اس کو اس کو چھوڑ دو، ان باتوں کو۔ ورنہ جو ہے، ہمارا بھی معاملہ وہی اختلافی گروپس کا ہو جائے گا۔ مسلمانوں کا کیس بھی یہود کے کیس کی طرح ہو جائے گا، اور ہوا بھی ہے۔ اب قرآن جو ہے، مسلمانوں کے لیے ہدایت اور رحمت کی بک نہیں ہے۔ کیونکہ وہ ڈسٹریکٹڈ ٹاپکس میں پھنسے ہوئے ہیں، سارے مسلمان ۔</w:t>
      </w:r>
    </w:p>
    <w:p/>
    <w:p>
      <w:pPr>
        <w:pStyle w:val="Heading1"/>
      </w:pPr>
      <w:bookmarkStart w:id="104" w:name="vg37"/>
      <w:bookmarkEnd w:id="104"/>
      <w:r>
        <w:t>The Ants (Al-Naml) - 27:82-86</w:t>
      </w:r>
    </w:p>
    <w:p>
      <w:bookmarkStart w:id="105" w:name="cl66"/>
      <w:bookmarkEnd w:id="105"/>
      <w:r>
        <w:rPr>
          <w:i/>
          <w:color w:val="77786F"/>
          <w:sz w:val="20"/>
        </w:rPr>
        <w:t>05 Jul 2026 (Urdu)</w:t>
      </w:r>
    </w:p>
    <w:p>
      <w:pPr>
        <w:jc w:val="right"/>
        <w:bidi/>
      </w:pPr>
      <w:r>
        <w:rPr>
          <w:rFonts w:ascii="Noto Nastaliq Urdu" w:hAnsi="Noto Nastaliq Urdu" w:eastAsia="Noto Nastaliq Urdu" w:cs="Noto Nastaliq Urdu"/>
          <w:sz w:val="26"/>
          <w:rtl/>
          <w:lang w:bidi="ur"/>
        </w:rPr>
        <w:t>اسلام صاحب، پورا پیراگراف غور کرنے پر یہ لگتا ہے کہ خدا کا سارا کنسرن یہ ہے کہ آدمی کا بلائنڈنس ختم ہو۔ یعنی قرآن میں بتایا گیا ہے کہ جو ہے انسان کی آنکھوں پر جو پٹی بندھی ہوئی ہے، قرآن کا سارا فوکس ہے کہ جو ہے اس کو ختم کیا جائے، اور انسان جو ہے سننے اور سمجھنے والا بنے۔ یہ قرآن کا کنسرن ہے۔ تو اس کے لیے قرآن کہتا ہے کہ ہم نے جو ہے تصریفِ آیات کیا ہے، یعنی ہر ٹائپ کے جو ہے روایتی، غیر روایتی دلائل کا انتظام کیا ہے۔ روایتی دلائل جیسے جو ہے وہ وحی ہے، پیغمبر ہیں، اور ساتھ ہی ساتھ جو ہے زمین اور آسمان کی نشانیاں ہیں، اور حالات میں بدلاؤ ہے۔ حالات اور زمانے میں جو چینج جو آتا ہے وہ بھی تصریفِ آیات کا پارٹ ہے۔ تو گویا کہ جو ہے خدا کا سپریم کنسرن ہے انسان کی آنکھوں کا پردہ جو ہے ہٹے، اور وہ باتوں کو سمجھنے لگے، خدا کی نصیحت کو جو ہے پکڑنے لگے۔ تو اس کے لیے خدا نے جو ہے ہر ٹائپ کے کام کیے، ہر ٹائپ کا ارینجمنٹ کیا ہے انسان کے لیے۔ تو اس پیراگراف سے یہ لگ رہا ہے کہ جو ہے آخری دور میں کچھ ایسے ایویڈنس بھی آئیں گے جو نان کنونشنل ہوں گے، غیر روایتی ہوں گے۔ یعنی زمین اور آسمان کی نشانیاں، حالات کا بدلاؤ، اور قرآن اور سنت۔ اس کے علاوہ بھی جو ہے کچھ مور جوٹ ، کچھ مزید جو ہے غیر روایتی جو ہے دھکے لگائے جائیں گے انسانی سوچ کو۔ تو غالباً اسی میں سے جو ہے ایسے حالات ہوں گے کہ کبھی تاریخ میں انسان نے سوچا نہیں کہ ایسا بھی ہوتا ہے۔ تو اس حد تک جو ہے خدا جائے گا۔ تو غالباً اسی میں سے جو ہے دابہ کا واقعہ بھی ہے۔ یعنی انسان گفتگو کرتے ہیں اور جو ہے مختلف چیزیں گفتگو کرتی ہیں، لیکن جانور گفتگو کرنے لگے انسانوں کی طرح۔ تو ایک یہ بالکل غیر روایتی جوٹ ہوگا ایک انسان کے لیے جو بات قرآن کہہ رہے ہیں، اور زمین اور آسمان پر غور کرنے سے جو باتیں سامنے آ رہی ہیں۔ تو آخری طور پر اللہ تعالی کسی دابہ کے ذریعے، غیر انسانی مخلوق کے ذریعے جو ہے یہی باتیں دوبارہ بتائے گا۔ تو ہو سکتا ہے کہ جو ہے دابہ سے مراد واقعی دابہ ہو، یعنی ریئل سینس میں کوئی دابہ زمین سے نکلے گا، جیسا کہ مفسرین مانتے ہیں کہ وہ ریئل دابہ ہی ہوگا، عجیب و غریب۔ یا اس کی اگر کوئی توجیح کریں ہم تو اس کا مطلب یہ ہوگا کہ ان کنونشنل ایویڈنس، غیر روایتی ایویڈنس ظاہر ہوں گے، جیسے کہ اس دور میں ظاہر ہو رہے ہیں ان ٹرنیٹ ٹیکنالوجی اور سائنٹیفک ڈیٹا۔ تو انسان نے جو کبھی سوچا نہیں، ویسے انوینشنز سامنے آ رہے ہیں انسان کے لیے، جیسے یہ آرٹیفیشل انٹیلیجنس ہے۔ تو ساری باتوں کا مقصد یہ ہے کہ جو ہے انسان کو روایتی اور غیر روایتی، ٹریڈیشنل، نان ٹریڈیشنل دونوں اینگل سے جو ہے اس کی تھنکنگ ایبیلیٹی کو جو ہے زندہ کیا جائے، اور وہ سوچنے اور سمجھنے والا بنے۔ اس طرح لگتا ہے کہ اللہ تعالی جو ہے انسان کی سوچنے سمجھنے کی صلاحیت کو ایکٹیویٹ کرنے کے لیے جو ہے ہر حد تک جاتا ہے۔ پیغمبروں کو بھیجنا، اور زمین اور آسمان کی نشانیاں، اور پھر جو ہے آخری دور میں اس طرح کے نان کنونشنل ایویڈنس۔ ساروں کا مقصد یہ ہے کہ انسان سوچے، غور کرے، اور جو ہے اس بات کو جانے جو خدا بتانا چاہتا ہے۔ غور کرنے سے ایسا لگ رہا ہے کہ اللہ تعالی جو ہے اپنے بندوں پر بہت زیادہ مہربان ہے۔ وہ آخری حد تک جو ہے چانس دینا چاہتا ہے انسانوں کو۔ تو وہ کہہ رہا ہے کہ جو ہے کچھ فائنل کال اور فائنل پوسٹ بھی دکھائی دیں گے، کچھ کچھ فائنل علامتیں بھی ہم تم کو دکھائیں گے تاکہ تم اپرچونیٹی مس نہ کرو۔ جیسے وہ حضرت موسیٰ سے کہا تھا کہ وہ جس شخص سے تم کو ملنا ہے، وہ جو ہے کسی چٹان کے پاس ہے۔ اس چٹان کے پاس جب تم پہنچو تو جو ہے یہ تمہارے لیے ایک سائن پوسٹ ہوگا، ایک وہ آدمی کہاں ہے جس سے تم ملنے کے لیے نکلے ہو۔ تو اللہ تعالی نے جو ہے انسانوں کے لیے اس طرح کے جو ہے چٹانیں اور اس طرح کے نشانات رکھے ہیں تاکہ وہ وہاں پہنچے تو کم سے کم اس کو دیکھ کر یہ ہو جائے، انفارم ہو جائے وہ۔ تو گویا کہ جو ہے اللہ تعالی جب اس طرح کے نان کنونشنل، غیر روایتی ایویڈنس لانے لگے تو گویا کہ وہ جو ہے ایکسٹرا وارننگ ہوگی کہ کم سے کم اب تو جو ہے انسان بیویئر ہو جائے، کم سے کم اب تو سیریس ہو جائے۔ تو جب غیر روایتی واقعات اور ایویڈنس پیش آنے لگے تو گویا کہ وہ جو ہے فائنل کال کے زون میں انسان جو ہے داخل ہو گئے ہیں۔ اب تو کم سے کم ان کو اپنا یہ چھوڑ دینا چاہیے، غفلت اور ان اویرنس۔ تو غالباً دابہ بھی جو ہے ایسے ہی کوئی سائن پوسٹ ہے ہیومینٹی کے لیے کہ کم سے کم اب تو اس کو فائنل کال اور فائنل ایویڈنس کے طور پر لیا جائے۔ غالباً دابہ کا مطلب یہی ہوگا کہ کچھ غیر روایتی جو ہے علامت رکھ دی جائے تاکہ مسافر جو ہے ان کو دیکھ کر تو کم سے کم اپنا ڈائریکشن ٹھیک کر لے۔ تو موسیٰ کے لیے جو ہے کوئی رک رکھی گئی تھی کہ سفر میں جو ہے تم کو یہ ڈائریکشن دے گی یہ رک کہ یہاں جانا ہے اور یہاں نہیں جانا۔ گویا کہ ہیومینٹی کے لیے بھی جو ہے اس طرح کے راکس رکھے گئے تاکہ وہ کم سے کم ان کو دیکھ کر پکڑیں، نان کنونشنل حالات کو دیکھ کر کم سے کم وہ اویئر ہو جائیں۔ تو حضرت موسیٰ کے سفر میں جو ہے دو علامتیں رکھی گئی تھیں۔ ایک ان کی مچھلی ، مچھلی کا جو ہے عجیب و غریب طور پر غائب ہو جانا، اور دوسرا جو ہے وہ چٹان وغیرہ۔ دونوں کے باوجود جو ہے وہ لوگ آگے نکل گئے تھے۔ پھر انہوں نے جو ہے ری تھنک کیا اور جو ہے یاد کیا۔ تو وہ باتیں پھر ان کو یاد آنے لگی کہ یہ تو وہی جگہ تھی جہاں ہمیں اپنا سفر جو ہے ری ڈائریکٹ کرنا تھا، اپنا روٹ۔ تو ایسے ہی جو ہے ایک انڈیویجول یا ایک کمیونٹی اور نیشن کے لیے جو ہے یا پوری ہیومینٹی کے لیے اس طرح کی سائن پوسٹ رکھے گئے ہیں کہ کم سے کم اس کو دیکھ کر تو جو ہے آدمی اپنے ان اویرنس کو توڑ لے، ری ڈائریکٹ کر لے اپنے آپ کو۔ تو اس طرح کی بہت باتیں قرآن اور حدیث میں جو ہے بطور علامت کے بتائی گئی ہیں کہ یہ چیزیں دیکھنے کے بعد کم سے کم جو ہے تم ری تھنک کرنے لگو۔</w:t>
      </w:r>
    </w:p>
    <w:p/>
    <w:p>
      <w:bookmarkStart w:id="106" w:name="cl67"/>
      <w:bookmarkEnd w:id="106"/>
      <w:r>
        <w:rPr>
          <w:i/>
          <w:color w:val="77786F"/>
          <w:sz w:val="20"/>
        </w:rPr>
        <w:t>06 Jul 2026 (English)</w:t>
      </w:r>
    </w:p>
    <w:p>
      <w:pPr>
        <w:jc w:val="right"/>
        <w:bidi/>
      </w:pPr>
      <w:r>
        <w:rPr>
          <w:rFonts w:ascii="Noto Nastaliq Urdu" w:hAnsi="Noto Nastaliq Urdu" w:eastAsia="Noto Nastaliq Urdu" w:cs="Noto Nastaliq Urdu"/>
          <w:sz w:val="26"/>
          <w:rtl/>
          <w:lang w:bidi="ur"/>
        </w:rPr>
        <w:t>شاہ صاحب ، قرطبی کے اندر عبداللہ ابن مسعود کے جو ہیں کچھ اقوال ہیں اس آیت کے سلسلے میں۔ وإذا وقع القول عليهم أخرجنا لهم دابة جب ہماری بات ثابت ہو جائے گی تو ہم ان کے لیے ایک دابہ نکالیں گے۔ تو عبداللہ بن مسعود کہتے ہیں کہ واقعہ قول کیا ہے یعنی بات کا جو ہے ان کے خلاف اسٹیبلش ہو جانا کیا چیز ہے تو بہت اچھی بات ہے حضرت عبداللہ ابن مسعود بتا رہے ہیں کہ اس سے مراد یہ ہے ان کے خلاف بات ثابت ہو جانے کا مطلب یہ ہے کہ جو ہے وہ ایسا دور ہوگا کہ علماء جو ہیں اس میں کیا ہو جائیں گے ڈس اپیئر ہو جائیں گے قرآن باقی رہے گا لیکن دلوں میں اس کی یہ باقی نہیں رہے گی اس کی سپرٹ اور اس دور کے لوگ جو ہیں امر بالمعروف نہیں المنکر چھوڑ دیں گے تو عبداللہ ابن مسعود کی باتوں سے ایسا لگتا ہے کہ یعنی الفاظ رہ جائیں گے اور سپرٹ جو ہے لوگوں سے ڈس اپیئر ہو جائے گی لوگ امر بالمعروف نہیں المنکر چھوڑ دیں گے اور سپرٹ ختم ہو جائے گی وغیرہ وغیرہ تو یہ جو نشانیاں حضرت عبداللہ ابن مسعود بتا رہے ہیں وہ اس دور میں جو ہے بالکل واضح ہیں لوگوں میں یعنی لوگ جو ہیں قرآن کے نام پر جو ہے تجوید کی دھوم مچاتے ہیں لیکن جو ہے تدبر اور گہری تھنکنگ کی جو ہے کوئی دھوم نہیں ہے مسلمانوں میں اسی طرح جو ہے امر بالمعروف نہیں المنکر وہ بھی جو ہے بالعموم ختم ہے پریچرز کے پاس پریچر وہ باتیں کرتے ہیں جو عوام پسند ہوں کوئی ایسا ایسی بات بولنا اور ایسا کام کرنا جو عوامی پسندیدگی میں کمی لائے وہ کام نہیں کرتے ہیں وہ عام طور پر یعنی ان کو اس سے مطلب نہیں ہے کہ لوگوں کی اصلاح ہو اس سے مطلب ہے کہ لوگ ان کے یہ بنے فالوورز تو یہ نشانیاں جو ہیں بہت عجیب ہیں اور عبداللہ ابن مسعود ہی کہتے ہیں کہ جو ہے لوگ جو ہے جاہلی چیزوں میں یعنی شعر اور سونگز میں یہ رہیں گے اس دور کے لوگ دلچسپی زیادہ اس میں دکھائیں گے جاہلی چیزوں میں تو گویا کہ جو ہے لوگوں کی انسینسیرٹی جو ہے اس دور میں بہت زیادہ بڑھ جائے گی قرآن کے الفاظ ڈس اپیئر ہو جائیں گے اس طرح ابن مسعود کہتے ہیں ایک ایک بات یہ بتا رہے ہیں اور یہ جو وقوع قیامت سے پہلے جو دس نشانیاں جو بتائی گئی ہیں اس میں سے ایک دابہ ہے دوسرا جو ہے دوسری آیتوں کے اندر ہے یاجوج ماجوج کا ظہور یاجوج ماجوج کا جو ہے ظہور ہوگا تو کچھ باتیں جو ہیں جیسے سورج کا مغرب سے طلوع ہونا دابہ کا نکلنا یاجوج ماجوج کا ظہور ہونا اور بڑی بڑی بلڈنگوں کا بنایا جانا وغیرہ وغیرہ تو کچھ چیزیں اس میں ایسی ہیں جو کنٹروورشل ہو سکتی ہیں ایپلیکیشن میں یعنی کوئی انسان کہے کہ اس سے مراد یہ ہے کوئی انسان کہے کہ اس سے مراد وہ ہے اس کا چانس ہے لیکن ان نشانیوں میں جو ہے کچھ نشانیاں ایسی ہیں جس میں کنٹروورسی بہت ہی زیادہ کم ہے کنٹروورشل ہونے کا چانس کم ہے اس میں سے جیسے یاجوج ماجوج کا ظہور تو اس میں سے بعض علماء کہتے ہیں جیسے شیخ ناصر السعدی یاجوج ماجوج سے مراد جو ہے یہی یورپین اقوام کا ظہور ہے تو یاجوج ماجوج کے بارے میں حدیثوں میں جو باتیں آئی ہیں وہ یورپین اقوام پر جو ہے بہت زیادہ فٹ ہوتی ہیں تو شیخ ناصر السعدی جو ہے بہت مانے ہوئے جو ہے سلفی عالم تھے سعودی عرب کے بڑے علماء میں شمار ہوتے تھے شیخ ناصر السعدی ان کی تفسیر بھی ہے تفسیر سعدی تو وہ جو ہے بالکل یہ بات پہ بہت زیادہ زور دیتے ہیں کہ جو ہے یاجوج ماجوج کا ظہور ہو چکا ہے اور اس سے مراد یہ ویسٹرن نیشن ہے تو کچھ چیزیں ایسی ہیں جو صرف جو ہے شاید کوئی گہرا انسان ہی سمجھ پائے گا وہ نشانیوں میں سے لیکن کچھ باتیں ایسی ہیں جو اس میں کنٹروورسی بہت کم ہوتی ہے کم کی جا سکتی ہے جیسے یاجوج ماجوج کے بارے میں شیخ ناصر سعدی کہتے ہیں کہ جو ہے حدیثوں میں ہے کہ وہ جو ہے الاف ہوں گے الاف الاف الاف ہوں گے یعنی ہزاروں ہزاروں کی تعداد میں ہوں گے تو شیخ ناصر السعدی کا کہنا یہ ہے کہ جب وہ ملین ملین ہوں گے تو وہ چھپے ہوئے کیسے رہیں گے جیسے عام طور پر لوگ سمجھتے ہیں کہ یاجوج ماجوج کوئی ہڈن مخلوق ہے وہ چھپی ہوئی ہے تو وہ انسان ہے اور انسان جو ہے ہزاروں کی تعداد میں ہو اور وہ آج کے دور میں ڈیموگرافی لسٹ میں ان کا نام نہ ہو ایسا ہو نہیں سکتا تو واضح طور پر یہ کہتے ہیں کہ یاجوج ماجوج سے مراد یہی لوگ ہیں جن کا اس دور میں ظہور ہوا ہے اور زندگی کے ہر سبجیکٹ پہ جو ہے وہ لیڈ کریں گے تو یہ ایک نشانی غالباً ایسی ہے دس نشانیوں میں سے دس یا اس سے زیادہ جو نشانیاں کچھ ایسی ہیں جو بہت زیادہ کنٹروورشل نہیں ہیں اس کا ایپلیکیشن جیسے یاجوج ماجوج کا ظہور اور دولت کی فراوانی اور اونچی اونچی بلڈنگوں کا بننا ٹاورز کا بننا دنیا میں تو کچھ چیزیں بالکل ہی نان کنٹروورشل لگتی ہیں کچھ چیزیں اس میں جو ہے کنٹروورسی ہے لوگوں کی تو حضرت ابن مسعود کے لحاظ سے جب لوگ جو ہے امر بالمعروف نہیں المنکر چھوڑ دیں گے اور انٹرٹینمنٹ میں چلے جائیں گے علماء کا ڈس اپیئرنس ہو جائے گا یعنی گہری فکر رکھنے والے علماء جو ہیں ختم ہو جائیں گے تو اور پھر یاجوج ماجوج سے مراد جو ہے ویسٹرن اقوام ہیں اور دنیا میں جو ویلتھ کا جو ظہور ہوا ہے خوشحالی پراسپیریٹی کا یہ تو کچھ ایسی نشانیاں ہیں جو بالکل ہی نان کنٹروورشل لگتی ہیں گویا کہ جو ہے وہ ک اتب و غیر کاتب ایک حدیث میں کہا گیا کہ کچھ نشانیاں ایسی ہوگی کہ پڑھا لکھا اور غیر پڑھا لکھا سب اس کو نوٹس کر سکیں گے تو اسے لگتا ہے کہ جو ہے کچھ نشانیاں ایسی ہیں جو کاتب انسان کے لیے یعنی کاتب انسان سے مراد جو بہت ہی ڈیپ تھنکر ہو وہی سمجھ پائے گا کچھ نشانیوں کو اور کچھ نشانیاں ایسی ہوگی جو غیر کاتب انسان یعنی گہرا اس کو کوئی علمی یہ اس کی ضرورت نہیں ہوگی بہت ہی کھلے طور پر پکڑ سکے گا کچھ نشانیاں اللہ تعالی ایسی دکھائے گا ان نشانیوں میں کہ جس کو ڈیپ علم نہیں ہے وہ بھی اس کو نوٹس کر سکے گا تو اس میں سے یہ باتیں ہی لگتی ہیں یاجوج ماجوج کا ظہور جو ہے وہ ویسٹرن نیشن ہے یہ اس کو سمجھنے کے لیے جو ہے بہت زیادہ کسی علم کی ضرورت نہیں ہے اسی طرح جو ہے پراسپیریٹی کا ظہور ہوگا ویلتھ اور خوشحالی کا اس کو بھی سمجھنے کے لیے کوئی بہت زیادہ ڈیپ اس کی ضرورت نہیں ہے یہ نشانیاں ایسی ہیں ہر کامن انسان اس کو سمجھ سکتا ہے اسی طرح علماء ختم ہو جائیں گے یہ بھی بہت ہی واضح بات ہے بالکل ہی دنیا میں جو ہے اہل استنبات علماء جو ہے بہت ہی ڈس اپیئر ہیں مسلمانوں میں یعنی ایسے علماء جو گہری سوچ رکھتے ہوں ایسے علماء عرب اور اجن دونوں میں جو ہے بالکل ہی نہ کے برابر ہیں کوئی ان کو گہری فکر گہری تھنکنگ یا عصری سوچ کنٹمپریری انڈرسٹینڈنگ ایسے علماء ہمارے درمیان جو ہے بالکل ہی انگلیوں کے برابر بھی نہیں ہیں تو ابن مسعود جو کہہ رہے ہیں کہ جو ہے ذہاب علماء کا دور ہوگا وہ جب ایسے واقعات ہوں گے تو ذہاب علماء تو جو ہے وہ بھی بہت ہی زیادہ اپیئر اپیئرنس ہے اس میں کسی بھی اپ عرب و عجم کے علماء سے ملیے واضح طور پر محسوس ہوتا ہے کہ جو ہے وہ انٹلیکچولی ڈارف ہیں وہ انٹلیکچول کوئی ان کے پاس سمجھ اور انڈرسٹینڈنگ نہیں ہے صرف کچھ اوپر اوپر کی جو ہے ٹیچرز والی باتیں وہ جانتے ہیں جتنے بھی ہم بڑے علماء دیکھیں گے تو لوگ جن کو بڑا کہتے ہیں لیکن ان کی باتیں سننے سے ایسا لگتا ہے کہ وہ انٹلیکچول ڈارفزم میں پڑے ہوئے ہیں کوئی بڑی بات جانتے نہیں سو ائے کچھ ٹیکنیکل علم کے تو یہ بہت زیادہ گمبھیر بات ہے یہ اسی وجہ سے جو ہے مسلمانوں میں دین سے صرف ظاہری طور پر ہی ٹچ زیادہ ہے کوئی دین سے گہرا مسلمانوں کا تعلق نہیں ہے ثقافتی یا کلچرل ٹائپ کا تعلق ہے مسلمانوں کو اج چونکہ ان میں کوئی ایسا ادمی ہے نہیں جو ان کی سپرٹ کو زندہ کرے اور ان کے اندر بے پناہ ایمانی یقین لائے ایسا کوئی ادمی دکھائی نہیں دیتا بڑے پیمانے پر وہ لوگ تو ہیں جو اسلام کو ایک کلچر کے طور پر فالو کرتے ہیں اور اس کی ایجوکیشن کرتے ہیں ایسے تو ہزاروں ہیں لیکن واقعی جو ایمان کو بوسٹ کرے انسان کے انٹلیکچول فرسٹریشن کو ختم کرے اور اس کا مٹیریلسٹک ویو پوائنٹ جو ہے کم کر کے اخرت والا زیادہ کرے ایمان اور یقین والا ایسے لوگ بالکل ہی ریئر ہیں مسلمانوں میں جو لوگ جیسے مولانا کی یہ کتاب جو ائی تھی اسلام دور جدید کا خالق گاڈ رائزز اس سے ہزاروں لوگوں کو جو ہے ایمانی بوسٹ ملا اسلام میں اور خدا میں ایک نیا یقین ملا تو ایسا کوئی ادمی دکھائی نہیں دیتا بالعموم یعنی وہ مسلمانوں میں جو ہے کمیونل اٹیچمنٹ تو خوب پیدا کرتے ہیں کلچرل اور کمیونل لیکن واقعی خدا ان کو ڈسکور ہو جائے اور خدا ان کی دیوانگی بن جائے ایسے لوگ جو ہے بالکل ہی ریئر ہیں ہمارے پاس لوگ اور ایسا کسی دوسرے عالم کے لیے اعتراف بھی نہیں کیا گیا کہ اس کو پڑھ کر خدا ملا اور اخرت کی فکر ملی ایسا مولانا کے علاوہ جو ہے کسی دوسرے بڑے عالم سے جو ہے لوگوں کا ایسا کوئی اعتراف نہیں ہے لوگ جو اعتراف کرتے ہیں وہ دوسرے ٹائپ کا ہے ایمان اور یقین والا بہت کم ہے تو ایسے علماء جو ہے بالکل ڈس اپیئر ہو گئے ہیں جو ریئل اپ کے اندر خوشی و تضرع تعلق باللہ وغیرہ پیدا کریں تو ابن حضرت ابن مسعود کی بات کے مطابق جو ہے وقع قول غالبا جو ہے بہت ہی ایک ڈینجر سچویشن ہے وقع قول علیہ وقع قول کیا ہے یہ بہت زیادہ سوچنے کی باتیں ہیں اور جو بڑی نشانیوں میں سے کچھ نشانیاں ایسی ہیں جس کے لیے کوئی گہرے علم کی بھی ضرورت نہیں ہے ایک کلیئر سائن پوسٹ ہے وہ اس دور میں جو ہے ادمی کو سیریس زندگی گزارنے کے لیے یاجوج ماجوج کے ظہور کی بات جو ہے سب سے مجھے سمپل نشانی لگتی ہے کہ یاجوج ماجوج کا ظہور ہوگا اور اس سے مراد جو ہے ویسٹرن نیشن ہے اس کے لیے کوئی بہت زیادہ علم اور بڑے گہرے اس کی ضرورت نہیں ہے ایک غیر کاتب انسان بھی جو ہے اس کو بہت اسانی سے سمجھ سکتا ہے اس نشانی کو یعنی دس بڑی نشانیوں میں ایک دو نشانی تو ایسی ہے جس کے لیے بہت زیادہ اس کی ضرورت نہیں ہے علم کی اس میں سے ایک یاجوج ماجوج کا ظہور ہے اور دوسرا جو ہے بڑی بڑی بلڈنگیں اور پراسپیریٹی کا ظاہر ہونا یہ تو بہت ہی نان کنٹروورشل نشانی لگتی ہے وقع قول کی صاحب بہت ہی صحیح بات اپ نے کی کہ اصل میں یہی ہے جو ڈینجر سچویشن ہے اس کو ہائی لائٹ کیا جائے مجھے لگ رہا ہے کہ مولانا کا یہی زیادہ زور تھا کہ وہ سینس اف ایجنسی پیدا کرنا چاہتے تھے تو بعض اوقات انہوں نے ایسے ائٹمز پر بھی بات کی جن کو کنٹروورشل کہا جا سکتا ہے مطلب براڈر سینس میں لیکن ان کا زور یہی تھا جیسے عبداللہ بن مسعود نے اس سے متعلق ایک وارننگ دی تھی تو مولانا دور جدید میں اس کو ڈینجر سچویشن کو سمجھ چکے تھے تو اس طرح انہوں نے ان پر بات کی بہت ہی اہم چیز ہے یہ اور دوسری چیز جو مجھے اس میں دکھتی ہے ان ایات میں غور کرتے ہوئے کہ کچھ چیزیں ایسی ہو سکتی ہیں جن کو عوام نہیں سمجھ سکتے مثلا دابہ کا نکالنا لیکن کچھ چیزیں ایسی ہیں جن کو روز بروز روز دیکھتے ہیں کہ رات اور دن کا انا جو اخر میں بتایا گیا اس سے بھی لوگ جو ہے ڈسپر نہیں کر پاتے نہیں سمجھ پاتے کہ حقیقت کیا ہے بہت ہی مجھے لگ رہا ہے اس میں دونوں چیزیں ہیں جزاک اللہ جی یعنی وہ جو دس نشانیاں جو بتائی گئی ب ڑی دس نشانیاں ظاہر ہو گئیں اس میں کچھ چیزیں ایسی ہیں جس کو کوئی بہت بڑا صاحب علم ہی سمجھ سکتا ہے اور کچھ نشانیاں وہ بڑی نشانیوں میں ایسی ہیں اس کے لیے بہت بڑا صاحب علم ہونا ضروری نہیں تو میں جب عمرہ کو گیا تھا تو میرے ساتھ ایک صاحب تھے تو ان سے میں نے کہا تھا کہ وہ جو بڑی نشانیوں میں کچھ ایسی ہیں جو بہت صاحب علم ہونا چاہیے اس کو سمجھنے کے لیے لیکن کچھ نشانیاں ایسی ہیں جو غیر کاتب بھی سمجھتا ہے یعنی حدیث کے اندر بتایا گیا ہے کہ جو ہے تو میں نے کہا کہ جو ہے وہ نشانیوں کو پڑھنے کے لیے ایک ہے کاتب انسان کی ضرورت کچھ نشانیاں اور کچھ نشانیاں ایسی ہیں جس کو پڑھنے کے لیے کاتب نہیں غیر کاتب بھی پڑھ سکتا ہے تو اس میں سے میں نے کہا کہ یہ کعبۃ اللہ کے اندر جو ہے یہ جو بڑے بڑے جو ٹاور بنے ہوئے ہیں مکہ ٹاور اور عبدالعزیز ٹاور یہ تو جو ہے غیر کاتب انسان بھی دیکھ سکتا ہے کہ قیامت کی بڑی نشانیوں میں سے ہے اس کے لیے تو کسی علم کی بھی ضرورت نہیں معمولی فہم والا بھی سمجھ سکتا ہے تو ایسا لگتا ہے کہ جو ہے بڑی نشانیوں میں کچھ نشانیاں ایسی ہیں جو کاتب انسان کے لیے یعنی جس کے اندر گہری علمی صلاحیت ہو مولانا جیسا یا کوئی اور بڑا عالم اور کچھ نشانیاں اس میں ایسی ہیں غیر کاتب بھی اس کو پڑھ سکتا ہے کوئی گہرے علم کی ضرورت نہیں وہ نشانی کو پکڑنے کے لیے جیسے یہ خروج یا خروج یاجوج ماجوج اور بڑی بڑی بلڈنگیں یا پراسپیریٹی کا زور لوگوں میں حدیث جبرائیل میں بھی اس کو بتایا گیا کہ قیامت کی بڑی نشانیوں میں سے ایک یہ ہوگی کہ جو ہے چرواہے لوگ جو ہے خوشحال ہو جائیں گے یعنی دنیا سے جو ہے پاورٹی ختم ہو جائے گی اور لوگ بڑے خوشحال ہو جائیں گے تو یہ تو نشانیاں ایسی ہیں جو غیر کاتب بھی غالبا دیکھ سکتا ہے بہت اسانی سے تو مجھے یہ دو نشانیاں بڑی اسان لگتی ہیں اس کے اندر ویسٹرن نیشن کا ظہور اور پراسپیریٹی کا جنرلائز ہونا حدیث جبرائیل میں جو ہے غیر کاتب کے لیے جو نشانی ہے اس کو مینشن کیا گیا ہے حدیث جبرائیل کے اندر تو دو کیٹگری کرنا پڑے گا ایک کاتب انسان کے لیے نشانیاں اور ایک غیر کاتب کے لیے نشانیاں یعنی جو نشانیاں کاتب انسان کے لیے ہیں وہ کاتب انسان سے ہی ڈسکس کیا جائے دوسرے انسانوں کے لیے جو ہے وہ یہ نہیں رہے گی اتنی فٹ نہیں رہے گی اس کی سمجھ کے لیے اور جو نشانی غیر کاتب کے لیے ہے وہ انسان سے شیئر کی جا سکتی ہے ڈسکس کی جا سکتی ہے کیونکہ وہ بہت اسانی سے اس کو سمجھ پائے گا غیر کاتب انسان میں کاتب وغیرہ کاتب تو انسانوں کی دو اس میں کی گئی نشانیوں کو لے کر کاتب اور غیر کاتب تو اس سے معاملہ جو ہے بہت ہی ایزی ہو جاتا ہے انڈرسٹینڈنگ کے لیے .</w:t>
      </w:r>
    </w:p>
    <w:p/>
    <w:p>
      <w:pPr>
        <w:pStyle w:val="Heading1"/>
      </w:pPr>
      <w:bookmarkStart w:id="107" w:name="vg38"/>
      <w:bookmarkEnd w:id="107"/>
      <w:r>
        <w:t>The Ants (Al-Naml) - 27:87-90</w:t>
      </w:r>
    </w:p>
    <w:p>
      <w:bookmarkStart w:id="108" w:name="cl68"/>
      <w:bookmarkEnd w:id="108"/>
      <w:r>
        <w:rPr>
          <w:i/>
          <w:color w:val="77786F"/>
          <w:sz w:val="20"/>
        </w:rPr>
        <w:t>07 Jul 2026 (Urdu)</w:t>
      </w:r>
    </w:p>
    <w:p>
      <w:pPr>
        <w:jc w:val="right"/>
        <w:bidi/>
      </w:pPr>
      <w:r>
        <w:rPr>
          <w:rFonts w:ascii="Noto Nastaliq Urdu" w:hAnsi="Noto Nastaliq Urdu" w:eastAsia="Noto Nastaliq Urdu" w:cs="Noto Nastaliq Urdu"/>
          <w:sz w:val="26"/>
          <w:rtl/>
          <w:lang w:bidi="ur"/>
        </w:rPr>
        <w:t>نا جبهتہ کہ جو صاحب قرن جو ہے، جن کے ہاتھ میں جو ہے، سور دیا گیا ہے، اسرافیل، وہ جو ہے، سور جو ہے، ان کے منہ میں لگا ہوا ہے۔ اور ان کی پیشانی پر جو ہے، بل آ چکا ہے، یعنی حضرت اسرافیل کی۔ اور جو ہے، وہ ٹک ٹکی باندھے جو ہے، عرش کی طرف دیکھ رہے ہیں کہ جونہی جو ہے، اللہ تعالی حک م دے دے، میں سور جو ہے، پھونک دوں۔ تو حدیثوں میں آیا ہے کہ جب اللہ تعالی نے زمین اور آسمان کو بنایا تو اس وقت سور کو بنایا اور حضرت اسرافیل کو دے دیا کہ میرا حکم ہوتے ہی تم کو پھونک مارنی ہے اس میں۔ تو رسول اللہ کہتے ہیں کہ وہ اس طرح ریڈی پوزیشن میں ہیں کہ ٹک ٹکی باندھنے کی وجہ سے ان کی آنکھیں ایسی لگتی ہیں جیسے کوئی چمکتے ہوئے یہ ہیں موتی۔ ان کی آنکھیں اور پیشانی پر جو ہے، ان کے بل ہیں اور ان کے جو جبڑے جو ہیں، کھلے ہوئے ہیں، گویا کہ ایک دم ٹک ٹکی باندھے ریڈی پوزیشن میں کھڑے ہوئے ہیں، جیسے کوئی وزل مارنے کے لیے کوئی کوچ یا اس طرح کا انسان جو کھڑا ہوتا ہے کسی گیم وغیرہ میں ریڈی پوزیشن میں۔ تو اللہ کے رسول کہتے ہیں کہ اسرافیل جو ہے، اس پوزیشن میں کھڑے ہوئے ہیں۔ تو حدیثوں میں آیا ہے کہ یہ سن کر جو ہے، صحابی رسول کو بڑا شاخ گزرائے، بہت ہی انہوں نے اس کو سیریس لے لیا اور رسول اللہ سے پوچھا کہ پھر ہم کیا کریں؟ تو رسول اللہ نے کہا کہ حسبنا اللہ ونعم الوکیل، یعنی فظیہ من فی السماوات والارض الا من شاء اللہ۔ وہ جو جن کو ایکسیپشن ملے گا اس سور کی ہیبت سے ان دنوں میں، تو ان میں شامل ہونے کی کوشش کرو جن کو اللہ تعالی اس کے اس سے بچائے گا ہیبت ناکی سے۔ تو حسبنا اللہ ونعم الوکیل کہنے کے لیے کہا رسول اللہ نے صحابہ سے۔ تو مسلسل جو ہے، جنت جہنم، قیامت، آخرت، حشر، نشر، آیات کون اور جو ہے، تاریخ کے وہ خدا کے پکڑ کے واقعات، یہ جو ہے، اب لوگوں کے دینی موضوعات کا چیٹ نہیں ہے ابھی۔ وہ تو اب ہر وقت جو ہے، مسلمان جو ہے، مسجدوں میں بھی اور گھروں میں بھی ہر وقت جو ہے، مٹیریل گفتگو کرتے ہیں دین کے نام سے، مٹیریل، پولیٹیکل، اس طرح کی باتیں جو ہے، دین کا موضوع ہے لوگوں کا یا سیکٹوریل ، یہ سیکٹ، وہ سیکٹ یا اختلافی، فقہی، اس طرح کی ہی باتیں جو قرآن کا جو میجر جو کنورزیشن ہے، جنت جہنم ، سور، قیامت، حشر، نشر، خدا کی عظمت اور تاریخ میں خدا کی پکڑ والے واقعات، یہ اب جو ہے، موضوعات نہیں ہیں لوگوں کے اور یہ بہت ہی گمبھیرتا کی بات ہے۔ قیامت جو ہے، ایسے ہی لوگوں پر قائم ہوگی۔ ایک حدیث میں کہا گیا، جب کہ کوئی اللہ اللہ کہنے والا نہ ہوگا۔ تو اللہ اللہ نہ کہنے کا غالباً مطلب یہی ہے کہ جس سے ایمان اور یقین بڑھتا ہے، دین کے وہ موضوعات کے بجائے دین کے فقہی موضوعات اور جو ہے، پولیٹیکل موضوعات اور دنیا کی قوموں کی شکایتیں اور جو ہے، اس کو وہ شکایتوں کو بڑا کر کے بتانا میڈیا میں اور اپنی شکایتوں کو ارگنائز انداز میں پریزنٹ کرنا۔ اب یہی کرتے ہیں مسلمان۔ اب صحابہ جن موضوعات کو دنیا میں انٹروڈیوس کروائے تھے، وہ موضوعات اب موجودہ مسلمانوں کے موضوعات نہیں ہیں، ان کے ٹاپکس ہی دوسرے ہیں۔ تو مولانا کی تحریروں میں یہ بہت زیادہ ہے، یہ موضوعات جس پر صحابہ ڈسکس کرتے تھے۔ یہاں تک کہ ایک صاحب نے مولانا کو جو ہے، آخرت نویسی لکھ دیا۔ یہ تو آخرت نویسی کرتے ہیں۔ یعنی ان کے زاہم میں جو ہے، کوئی یہ سیکنڈ کیٹگری کا موضوع ہے۔ اصل کیٹگری تو وہ ہے جو موجودہ لوگ بات کر رہے ہیں۔ مولانا جو کر رہے ہیں، وہ تو آخرت نویسی کرتے ہیں۔ اس طرح کہہ دیا ایک صاحب نے مولانا کے بارے میں۔ تو مولانا کی تحریروں میں جو ہے، شروع سے لے کر آخر تک ، یعنی رسالہ سے پہلے بھی اور رسالے کے شروع سے لے کر اب تک ، صرف اور صرف اس میں یہی موضوعات چھائے ہوئے ہیں۔ آخرت، جنت، جہنم، قرآن کا مطلوب، انسان، ربانیہ، تقریباً ہی مولانا کے 99 پرسنٹ موضوعات جو ہے، لیسہ راہ والے ہی ہیں۔ اس کا میجر فوکس جو ہے، خدا اور آخرت ہی ہے۔ اور قیامت کا عالم کتاب بھی اسی کا اصل میں پارٹ ہے۔ جیسے اصحاب رسول ڈسکس کرتے تھے، یہ سب باتوں کو لے کر اسی کا ایک پارٹ ہے، نہ کہ وہ کوئی کنٹروورشل چیز۔ قیامت کا عالم لکھ کر مولانا نے جو ہے، کوئی غلط کام نہیں کیا۔ جو موضوعات کو لوگ بھول گئے تھے، اس کو زندہ کرنے کی کوشش کی ہے، نہ کہ کوئی حتمی اعلان یا کوئی فیصلہ کن بات بتانا تعین کے ساتھ۔ یہ مولانا کا مقصد نہیں ہے۔ مولانا کا مقصد یہ ہے کہ صحابہ جو ٹاپکس پر لائیو چیٹ کرتے تھے، موجودہ مسلمان اس کو بھول گئے ہیں۔ تو اس کو زندہ کروانا اور ان کے بیچ میں جو ہے، وہ ہیبت پیدا کرنا، جو سنت رسول ہے، جو ہیبت پیدا کرنا۔ ریاض بھائی، وہ قیامت کا کلام جب چھپی تھی نا، تو اس کے بعد کسی نے مولانا کا کریٹیک بھی لکھا تھا کہ کون ہے یہ جو تمہیں ڈرا رہا ہے۔ تو اس کے اس میں کافی مولانا کے خلاف لکھا تھا اس چیز کو لے کے۔ مطلب جو آج عبدالسلام صاحب نے پڑھا بھی کہ بے فکری جو ہے، وہ ان کو ریلائز ہوا کہ وہ بے خبری کی وجہ سے تھا۔ تو مولانا کا اصل مقصد یہی تھا کہ پوری دنیا میں جو ہے، ایک انسان ان اویئر ہے، اس ان اویرنس کو توڑنا ہے۔ تو قیامت کے کلام کے بعد، بلکہ اس کو میسج کو صحیح سینس میں لینے کی بجائے، مولانا کا کریٹیک کیا کہ کون ہے یہ جو یہ جو ڈرا رہا ہے تمہیں؟ جی جی، اصل بات وہی تھی۔ مولانا جو ہے، کسی چیز کو فکس کرنا نہیں چاہتے تھے کہ دابہ یہ ہے اور جو ہے، فلاں چیز یہ ہے، فلاں۔ یہ جو ہے، مولانا کا مقصد نہیں ہے اور نہ کسی ربانی عالم کا مقصد ہوتا ہے اس طرح چیزوں کو فکس کر کے بتانا۔ اصل اس کا مقصد ہوتا ہے لوگوں کو بھولے ہوئے سبق کو یاد دلانا، ان کے لائیو چرچے کا موضوع بنانا اس کو تاکہ وہ سوچیں، غور کریں اور جو ہے، اپنے تھاٹس کی کٹ کریں، کہیں کہیں اس کو گرو کریں۔ اس کے لیے ہوتا ہے۔ کبھی بھی ایسا نہیں ہو سکتا ہے کہ کوئی غیر نبی جو ہے، کسی چیز کو تعین کر کے بتا سکے کہ یہی وہ چیز ہے۔ یہ کام نہیں ہے کسی عالم کا، نہ کوئی صحیح عالم یہ سب کرتا ہے۔ صرف غفلت کو توڑنے کے لیے یہ باتوں کو چرچے میں لایا جاتا ہے تاکہ لوگ مس کیلکولیشن سے بچیں اپنی زندگی میں۔ جیسے جو ہے، اس ٹاپک پر ہم جب بھی بات کریں گے، عشرات السا قیامت کے گریٹ سائنس تو کچھ باتیں ایسی ہیں جو ایک دم بالکل ایسا لگتا ہے کہ جو ہے، ان ڈینائبل ہے۔ اس کا انکار ہی ہم نہیں کر سکتے۔ کچھ چیزیں ایسی ہیں جو صحیح سے میچ نہیں ہوتی۔ تو اللہ تعالی کا یہی مقصد ہے ہمیشہ سے۔ ایسا نہیں ہو سکتا کہ 100 پرسنٹ کوئی باتیں کلیئر ہو کے سامنے آئیں۔ اللہ تعالی ایسا چاہتا ہی نہیں ہے۔ اللہ تعالی یہ چاہتا ہے کہ جو ہے، آدمی غیب کو مانے، نہ کہ ویزیبل چیزوں کو۔ تو قیامت کی نشانیوں میں کچھ چیزیں ایسی ہیں جو بالکل ایسا لگتا ہے کہ جو ہے، ان ڈینائبل ہو گئی ہو۔ جیسے یاجوج ماجوج کا ظہور، اسموک کا ظاہر ہونا، دخان کا، یعنی گلوبل پولیوشن۔ اسی طرح ہیوج بلڈنگز کا ظاہر ہونا دنیا میں، جبکہ ایسا کبھی بھی نہیں تھا پہلے۔ تو کچھ چیزیں تو ایسی ہیں جو ہم نیکڈ آئی سے جو ہے، بالکل ایکوریٹلی بتا سکتے ہیں کہ یہ ہوا ہے، یہ واقعہ جو حدیث میں بتایا گیا یا قرآن میں۔ کچھ چیزیں ایسی ہیں، ہم اس پوزیشن میں نہیں ہیں کبھی بھی کہ ہم کہیں کہ یہی وہ چیز ہے جس کو حدیث میں بتایا گیا۔ تو وہ ہمیشہ ایسی ہی رہے گی، وہ سورہ اسرافیل تک کبھی بھی وہ اس طرح ہونے والی نہیں ہے کہ آدمی پورا اس کو دیکھ سکے۔ تو اللہ تعالی کا پلان ہی اس طرح ہے، ایمان اور یقین کو لے کر کہ کچھ چیزوں میں آپ کو کلیئرٹی دے اور کچھ چیزوں میں آپ کو ایمبیگیٹی میں رکھے۔ تو ایمبیگیٹی جو ہے، وہ بلیسنگ ہے اللہ کی تاکہ آدمی کی ہوپ باقی رہے اور وہ یہ سمجھے کہ ابھی بھی چانس میرے مجھے ملا ہوا ہے۔ تو چانس دینے کے لیے ایمبیگیٹی رکھی گئی ہے، بلیسنگ ہے وہ۔ اور کچھ چیزوں کو ایک دم کلیئرلی سامنے لایا گیا۔</w:t>
      </w:r>
    </w:p>
    <w:p/>
    <w:p>
      <w:bookmarkStart w:id="109" w:name="cl69"/>
      <w:bookmarkEnd w:id="109"/>
      <w:r>
        <w:rPr>
          <w:i/>
          <w:color w:val="77786F"/>
          <w:sz w:val="20"/>
        </w:rPr>
        <w:t>08 Jul 2026 (English)</w:t>
      </w:r>
    </w:p>
    <w:p>
      <w:pPr>
        <w:jc w:val="right"/>
        <w:bidi/>
      </w:pPr>
      <w:r>
        <w:rPr>
          <w:rFonts w:ascii="Noto Nastaliq Urdu" w:hAnsi="Noto Nastaliq Urdu" w:eastAsia="Noto Nastaliq Urdu" w:cs="Noto Nastaliq Urdu"/>
          <w:sz w:val="26"/>
          <w:rtl/>
          <w:lang w:bidi="ur"/>
        </w:rPr>
        <w:t>استاد صاحب ، یہ آیتوں کا مفہوم اس طرح سامنے آ رہا ہے کہ اللہ تعالیٰ یہ کہہ رہا ہے کہ انسان کو جس پلینٹ پر بسایا گیا ہے، ارتھ پلینٹ ، وہ فلی کنڈیشنڈ ہے، فلی پروٹیکٹڈ ہے۔ انسان جو ہے، اس کے ایکسیپشن کو جانتا نہیں، اور وہ سمجھتا ہے کہ جو ہے کوئی یہ جامد پلینٹ ہے، اسٹیشنری پلینٹ ہے۔ تو اللہ تعالیٰ یہ کہہ رہے ہیں کہ ایسا معاملہ نہیں ہے زمین کا ۔ زمین جو ہے، ایک بہت ہی ولنریبل پلینٹ ہے، ایکسیپشنلی ڈیزائن ہے، اور اس کو جو ہے مومن اور غیر مومن سب جانتے ہیں اس بات کو کہ زمین جو ہے ایک ایکسیپشن ہے ہماری یونیورس میں۔ تو وَهِيَ تَمُرُّ مَرَّ السِّهَابِ، سُنَاتِ اللَّهِ الَّذِي يَدْخَنَ كُلَّ شَيْءٍ یعنی زمین کے اندر بھی بدمنی ہے، یعنی مولٹن راک اور پگھلے ہوئے لاوے ہیں انسان کے قدموں کے نیچے، اور اس کے سر کے اوپر بھی یہی حال ہے۔ یعنی يُفْسَدُ عَلَيْكُمَا شُوَعَزٌ مِن نَّارٍ وَنُحَاسٍ فَلَا تَنْتَصِرَانَ یہ منظر ہے اس کے سر کے اوپر، وہاں جو ہے شعلے ہیں اور معدنیات کے جو ہے لاوے ابل رہے ہیں انسان کے سر کے اوپر بھی۔ تو انسان جو ہے، چونکہ یہ سب بہت غور سے نہیں دیکھتا ہے، تو نہیں دیکھنے کی وجہ سے یہ سمجھتا ہے کہ یہ کوئی بہت ہی فلی سیکیور پلینٹ ہے۔ ایکچولی جو ہے، وہ فلی سیکیور نہیں ہے، ٹیمپرری طور پر ارینجمنٹ کیا گیا ہے، جیسے فوجی اور لوگ جنگلوں میں کچھ کیمپ لگاتے ہیں، ٹیمپرری۔ وہاں ٹیمپرری جو ہے لوگوں کے لیے رہن سہن اور کچھ ارینجمنٹ ہوتے ہیں۔ تو یہ یونیورس میں زمین کی حالت ویسے ہی ہے، ایک ٹیمپرری کیمپ ہے۔ تو اس کیمپ کے بارے میں انسان کی نظر بہت ہی شارٹ ہے، اس کو پرماننٹ سمجھتا ہے اس کیمپ کو، حالانکہ اس کیمپ کے اطراف میں جو بھی ایٹمسفیئر ہے، ماحول ہے، وہ انتہائی ڈینجر ہے، ٹاکسک ہے، سارا کا سارا ٹاکسک کیمیکلز اور ٹاکسک گیسز سے بھرا ہوا ہے۔ تو اللہ تعالیٰ جو ہے، اس پیراگراف میں اس کی طرف غور کرنے کے لیے کہہ رہا ہے کہ الریڈی انسان جو ہے، جہنم میں ہی رہتا ہے، اگر وہ قریب کے ستارے، سیارے، اور اپنی زمین کے حالات کو وہ دیکھے تو بالکل یہ معاملہ جو ہے، اس کو واضح ہو جائے گا کہ جو ہے، وہ الریڈی ایک جہنم میں ہے، کوئی جامد جگہ نہیں ہے، کوئی پرامن جگہ نہیں ہے، پیس فل جگہ نہیں ہے، بلکہ بہت ہی ٹیریفائنگ پلیس پر ہے وہ انسان۔ اس کے سر پر جو ہے، کچھ میٹر کے بعد، کچھ سو میٹر کے بعد جو ہے، اکسیجن ختم ہو جاتی ہے، اور زمین میں جو ہے، کچھ لیئرز کے بعد جو ہے، مولٹن راکس ہیں۔ تو جس چیز کو انسان جو ہے، پیس فل سمجھ رہا ہے، اللہ تعالیٰ یہ کہہ رہے ہیں کہ وہ خدا کے جو ہے، انٹروین کی وجہ سے، ڈیوائن انٹروینشن ہے، اس کی وجہ سے پرامن بنا ہوا ہے خاص علاقہ۔ اس کے علاوہ جتنا سارا علاقہ ہے، سب وہ ایک جہنم ہی ہے اصل میں، کیونکہ وہاں نہ امن ہے، نہ سکون ہے، نہ اکسیجن ہے، وہ ولکینک راکس ہیں سارے ہمارے سروں پر یا ہمارے اطراف میں جو کچھ ہے۔ تو اسی کو اللہ تعالیٰ سنا کہہ رہا ہے، سُنَاتِ اللَّهِ الَّذِي يَدْخَنَ كُلَّ شَيْءٍ یہ اللہ کی کاریگری ہے جو چیزوں کو تھامے ہوئے ہے۔ تو انسان جو ہے، یہ تھوڑے سے علم کے ساتھ، تھوڑی سی انکوائری کے ساتھ جو ہے، اس کو اس حقیقت کو بہت جلد سمجھ سکتا ہے، پڑھا لکھا اور غیر پڑھا لکھا دونوں۔ تو اللہ تعالیٰ یہ کہہ رہے ہیں کہ جو ہے، اس کو بھی یہ کر دیں گے، فنش کر دیں گے اس حالت کو بھی۔ اس کے بعد جو ہے، کچھ مخصوص سلیکٹڈ لوگوں کے لیے ہی یہ اس طرح کا ماحول دیا جائے گا، باقی سب لوگوں کو ہی ولکینک راکس میں دھکیل دیا جائے گا، جہنم میں جو ہے، جہاں کرپشن ہوگا، جہاں زلزلے اور ارتھ کویک ہوں گے، جہاں آگ کے شعلے بھڑک رہے ہوں گے، وہاں دھکیل دیا جائے گا۔ یہ جو ہے، اس پیراگراف سے اس طرح سمجھ میں آ رہا ہے۔ دوسری بات جو اس پیراگراف سے سمجھ میں آ رہی ہے کہ اس میں جو ایڈریس کیا گیا ہے پورے گلوب کے انسانوں کے لیے، منجا منجا کے عنوان سے، یعنی ایسا نہیں ہے کہ یہ عربوں کے لیے بتائے جا رہے ہیں، یہ وارننگز یا کسی خاص کمیونٹی کے لیے، ساری انسانیت کے لیے جو ہے، اس میں ایڈریس کیا گیا ہے کہ سارے انسانوں کو زمین پر بسایا گیا ہے، اور سارے اس کے مخاطب ہیں اس کلام کے، اور جو کوئی جو ہے، اس کو پرماننٹ چاہتا ہے تو اس کو اس وارننگ سے واقف ہونا چاہیے۔ تو منجا بالحسنتی اور منجا بالصحیحتی کہہ کر جنرلائز کیا گیا کتاب کو، یعنی پیپلز بک ہے، یہ کسی کمیونٹی کی بک نہیں ہے، بلکہ پیپلز بک ہے، لوگوں کے لیے بھیجی گئی ہے، اور سارے ہی لوگوں کو وارننگ دے رہی ہے کہ ایک خطرناک انجام جو ہے، اسے سارے ہی انسان فیس کرنے والے ہیں۔ تو ایڈریس کا جو یہ ہے، اسٹائل وہ جو ہے، جنرلائز ہے ایک دم۔ تو اس سے پتہ چلتا ہے کہ یہ وارننگز کسی خاص کمیونٹی کے لیے نہیں، سارے ہی انسانوں کے لیے بھیجے گئے ہیں، سارے ہی انسان اس کو فیس کریں گے۔ تیسری چیز یہ سمجھ میں آ رہی ہے جس کی طرف مولانا ذکر کر رہے ہیں اس پیراگراف میں، فیئرلیسنس کا مولانا جو ذکر کر رہے ہیں، لیک اف فیئر، لیک اف فیئر کی وجہ سے انسان جو ہے، ریجیکشن میں پڑتا ہے۔ تو تجربے سے یہ بات سمجھ میں آ رہی ہے کہ اس دور میں جو ہے، سب سے زیادہ جو فیئرلیسنس کا جو شکار ہے، وہ مسلم کمیونٹی ہے پوری دنیا میں۔ کسی ایک بندے میں بھی یہ صفت دکھائی نہیں دیتی، کسی سے بھی بات کیجئے، کسی کو بھی کوئی آرٹیکل شیئر کیجئے، تو جو ری ایکشن جو آتا ہے، اس سے پتہ چلتا ہے کہ جو ہے، اس کو فیئر نام کی کوئی چیز ہی نہیں ہے۔ فوراً وہ اس میں کوئی اف بٹ تلاش کرتے ہیں ہر بات میں۔ تو یہ بہت ہی ڈینجر سچویشن ہے فی الوقت مس لمانوں میں، یہ زیادہ دیکھنے میں آتی ہے کہ ان کو کوئی بھی بات بتاؤ، ہر آدمی یہ سمجھتا ہے کہ وہ فلی سیکیور اور پروٹیکٹڈ انسان ہے، اس کو کسی خوف کی ضرورت نہیں ہے۔ میں روزانہ کسی نہ کسی کو کوئی آرٹیکل بھیجتا ہوں مولانا کا، تو ایک دم بالکل ہی بہت ہی سائنٹیفک اور بہت ہی پوزیٹیو آرٹیکل ہوتا ہے، لیکن جواب میں جو ہے، لوگ کچھ نہ کچھ اف بٹ نکالتے ہیں، کسی نہ کسی اینگل سے جو ہے، وہ یہ اظہار کرتے ہیں کہ ہمیں اس سے کیا مطلب، یہ باتوں سے ہمیں نہیں چاہیے۔ تو ایسا لگتا ہے کہ جو ہے، سب سے زیادہ اس دور میں جو بگاڑ کا شکار ہے، وہ جو ہے، مذہبی لوگ ہیں۔ مذہبی لوگوں میں جو ہے، فیئر نام کی کوئی چیز دکھائی نہیں دیتی بالکل، ہر آدمی یہ سمجھتا ہے کہ وہ فلی جو ہے، اس کو جنت گرینڈ کی گئی ہے، اور اس کو کسی خوف کی ضرورت نہیں ہے۔ تو یہ سچویشن جو ہے، بہت ہی الارمنگ ہے سچویشن، اس کو غور کرنے کی ضرورت ہے کہ ایسا کیوں ہے، کیوں اتنا زیادہ لوگ فیئرلیس ہیں آج۔ تو اس کا ریزن غالباً یہ ہوگا، قرآن اور حدیث پڑھانے والوں نے جو ہے، جو وارننگ کی جو آیتیں ہیں، وہ دوسروں کے لیے بتائی، ابو لہب، ابوجہل کے لیے، اور جو پوزیٹیو آیتیں جو تھیں، اس کو جو ہے، مسلمانوں کے لیے بتا دیا انہوں نے۔ تو غالباً وہاں سے جو ہے، یہ مائنڈ پیدا ہوا ہے کہ جو وارننگ والی آیتیں ہیں، وہ تو مشرکین اور منافقین اور وغیرہ وغیرہ کے لیے، اور جو وعدے کی آیتیں ہیں، گڈ پرومسس کی، وہ ہمارے لیے غ الباً یہ تاثر دیا گیا ہے لوگوں کو، اور اس کی وجہ سے بہت زیادہ بلائنڈنس اور کیئرلیسنس جو ہے، پوری امت میں پھیل گیا ہے۔ وارننگ دوسروں کے لیے، پرومسس ہمارے لیے، شاید اس پیٹرن کی وجہ سے جو ہے، لوگوں میں فیئرلیسنس بے حساب دیکھنے میں آ رہا ہے۔ السلام علیکم فیاض صاحب، بالکل صحیح کہہ رہے ہیں، یہ پوری مسلم کمیونٹی میں یہی سائیکی عام ہے، عوام ہوں، خواص ہوں، یہ آپ نے اس کی جو اصل بھی ڈھونڈی، وہ بھی صحیح، کیونکہ شاید یہی فیڈ کیا گیا کہ جنت ہمارے لیے، اور من کی کیٹگری میں نہیں آئی۔ قرآن چاہتا ہے کہ من کی کیٹگری میں جنرلائز ان تمام انسانوں کو ایک کیٹگری میں تولا جائے، تو وہی اصل میں ضرورت تھی۔ تو مولانا نے یہی کام کیا، انہوں نے یہ وارننگ دی کہ کہیں ہم غافل ہیں، وہ ایک حقیقت ہے، بہت صحیح بات بتائی آپ نے، جزاک اللہ ۔ رسول اللہ نے جو ہے، اس بات کو جو ہے، پکڑا تھا کہ لوگ اس طرح ہو جائیں گے۔ ایک بار رسول اللہ نے کہا کہ من قال لا الہ الا اللہ دخل الجنہ ایک صحابی سے کہا کہ جس نے لا الہ الا اللہ کہا، وہ جنت میں داخل ہوگا۔ تو وہ صحابی نے پوچھا رسول اللہ سے کہ کیا میں لوگوں کو یہ بات بتا دوں؟ تو رسول اللہ نے منع کیا، کہا کہ نہیں، اذن يتقيل تو وہ جو ہے، اسی بات پر جو ہے، نربھر ہو جائیں گے کہ ہم نے توحید کو مانا، ہم کو جنت فکس ہو گئی۔ وہ شارٹ انڈرسٹینڈنگ کا شکار ہوں گے باتوں کو لے کر۔ تو رسول اللہ نے ان سے تو کہا یہ بات، لیکن لوگوں کو بتانے سے منع کیا۔ تو بتانے سے منع کیا، کا یہ مطلب نہیں ہے کہ واقعی کوئی لا الہ الا اللہ کہہ دے گا تو وہ جنت میں جائے گا، ایسا نہیں تھا۔ لوگ جو ہے، سمجھنے میں غلطی کریں گے باتوں کو، اس سے وہ بے خبری کی غذا لیں گے، بے فکری کی۔ عام طور پر انسان ایسا کرتے ہیں، بے فکری کی غذائیں لیتے ہیں۔ تو اس کے لیے جو ہے، رسول اللہ نے اس سے منع کیا کہ اس کا رائٹ مفہوم، رائٹ انڈرسٹینڈنگ لوگ کریں گے نہیں، کوئی ڈیویٹڈ مفہوم نکال لیں گے۔ تو وہی جو ہے، آج مسلمانوں کا معاملہ ہے، ہر بات میں انہوں نے ایک اپنا ایک انڈرسٹینڈنگ کا ورژن بنا لیا ہے۔ تو اس ورژن کو مانتے ہیں، نہ کہ ابجیکٹولی قرانی ورژن کو ، کہ قرآن کیا کہتا ہے، ابجیکٹولی وہ نہیں سمجھتے، وہ وہ اپنے ذہن کے لحاظ سے باتوں کو ڈرا کرتے ہیں اور اس پر قائم رہتے ہیں۔</w:t>
      </w:r>
    </w:p>
    <w:p/>
    <w:p>
      <w:pPr>
        <w:pStyle w:val="Heading1"/>
      </w:pPr>
      <w:bookmarkStart w:id="110" w:name="vg39"/>
      <w:bookmarkEnd w:id="110"/>
      <w:r>
        <w:t>The Ants (Al-Naml) - 27:91-93</w:t>
      </w:r>
    </w:p>
    <w:p>
      <w:bookmarkStart w:id="111" w:name="cl70"/>
      <w:bookmarkEnd w:id="111"/>
      <w:r>
        <w:rPr>
          <w:i/>
          <w:color w:val="77786F"/>
          <w:sz w:val="20"/>
        </w:rPr>
        <w:t>09 Jul 2026 (Urdu)</w:t>
      </w:r>
    </w:p>
    <w:p>
      <w:pPr>
        <w:jc w:val="right"/>
        <w:bidi/>
      </w:pPr>
      <w:r>
        <w:rPr>
          <w:rFonts w:ascii="Noto Nastaliq Urdu" w:hAnsi="Noto Nastaliq Urdu" w:eastAsia="Noto Nastaliq Urdu" w:cs="Noto Nastaliq Urdu"/>
          <w:sz w:val="26"/>
          <w:rtl/>
          <w:lang w:bidi="ur"/>
        </w:rPr>
        <w:t>شاہ صاحب، یہ جو آخری آیت ہے، "قل الحمد لله سيريكم آياته فتعرفون" ، بہت ہی واضح الفاظ میں جو ہے یہ بتایا جا رہا ہے کہ نشانیاں ظاہر ہوں گی اور تم اس کو پہچانو گے۔ تو مفسرین کہہ رہے ہیں کہ یہ زمین اور آسمان کی نشانیاں اور رزق میں ہونے والی نشانیاں، انسان کی لائیولیہڈ، یہ سب اس میں مراد ہے۔ یعنی آیت یہ کہہ رہی ہے کہ جو ہے مختلف اینگل سے انسان جو ہے اس کو نشانیاں دکھائی جائیں گی، انڈیویجول بھی اور کلیکٹو بھی۔ تو آدمی کو جو ہے دیکھنے والی نگاہ چاہیے۔ اصل میں قرآن یہ کوشش کرتا ہے بار بار تدبر، تفکر اور غور و فکر کی دعوت دے کر کہ آدمی نشانیوں کا دیکھنے والا بن سکے زندگی میں۔ تو اصل کام یہی ہے، آدمی جو ہے اپنے اندر وہ نگاہ پیدا کرے کہ نشانیاں دیکھ سکے وہ۔ اللہ تعالی تو جو ہے ہر دور میں نشانیاں دکھا رہا ہے، صحابہ رسول کے دور میں بھی، تابعین کے دور میں بھی، اس سے پہلے بھی اور آج بھی۔ لیکن نشانیاں دیکھنے والے لوگ جو ہیں بہت ہی کم ہیں۔ تو یہ ایک امپورٹنٹ بات لگ رہی ہے کہ دیکھنے والی نگاہیں ہیں نہیں اصل میں۔ اللہ تعالی تو روز دکھا رہا ہے۔ دوسری بات یہ ہے کہ یہ جو قیامت کی نشانیاں جو بتائی گئی ہیں، دس بڑی نشانیاں اور اور بھی نشانیاں، دس بڑی کے علاوہ، تو اس کے بارے میں یہ بتایا گیا ہے کہ جو ہے اس میں دو کیٹیگری کی نشانیاں ہیں۔ ایک جو ہے کاتب انسان کے لیے اور ایک غیر کاتب انسان کے لیے، جیسا کہ وہ حدیث میں بتایا گیا ہے، "اِخْرَوْهُ كَاتِبٌ وَغَيْرُ كَاتِبٍ"۔ تو کچھ نشانیاں جو ہیں دیکھنے کے لیے بہت گہرا علم، ڈیپ انڈرسٹینڈنگ چاہیے، جو کہ غالباً ہر آدمی کو نہیں ملے گی۔ لیکن کچھ نشانیاں ایسی ہوگی جو نیکڈ آئی سے جو ہے دیکھی جا سکتی ہیں، قیامت کی نشانیاں۔ تو "فَتَعْرِفُونَهَا" میں جو ہے یہی بات ہے کہ ہر آدمی اپنے لیول سے جو ہے قیامت کی نشانیوں کو دیکھ لے گا، اپنی اپنی انڈرسٹینڈنگ کے لیول سے۔ تو اس دور میں جو ہے کچھ نشانیاں ایسی ہیں جو بہت ہی زیادہ واضح ہیں۔ مثال کے طور پر ایک حدیث میں کہا گیا ہے کہ جو ہے "يَظْهَرُ الْقَلَمُ"، قلم کا ظہور ہوگا۔ قیامت کی نشانیوں میں سے ایک نشانی یہ بتائی گئی کہ قلم کا ظہور ہوگا، پین کا۔ تو پین کا ظہور ہوگا، یہ بہت ہی واضح نشانی ہے۔ بعض وقت جو ہے میں بہت ہی دور دراز ولیجز میں جانا ہوا ہے۔ ایک تو شہروں میں تو لوگ پڑھتے لکھتے ہی ہیں آج کل، لیکن دور دراز ایک دم بالکل ڈیپ ولیجز میں بھی جو ہے تعلیم اتنی زیادہ عام ہے کہ ہر طرف اسکول اور اس طرح کے تعلیمی انسٹیٹیوشن پورے ہمارے ملک میں ہم دیکھ سکتے ہیں۔ تو یہ بہت دن پہلے کی بات ہے، 15-20 سال پہلے کی، تمل ناڈ کے کسی بہت ہی پہاڑی والے کسی علاقے میں میں گیا تھا، بہت دور اندر۔ تو وہاں میں نے دیکھا کہ جو ہے ایک کھیت ہے، اس میں ایک جھونپڑی ہے، بالکل معمولی سی، لیکن سامنے جو ہے بچے بیٹھ کے پڑھ رہے ہیں اس گھر کے، بہت ہی سیریسلی۔ یہ منظر جو ہے ہر جگہ آج کل دیکھنے کو ملتا ہے کہ بہت ہی معمولی ولیجز ہیں، لیکن وہاں تعلیم کا جو ہے بڑا انتظام ہے۔ تو قیامت کی یہ نشانی "وَيَظْهَرُ الْقَلَمُ"، لٹریسی پھیل جائے گی لوگوں میں، پڑھنا لکھنا عام ہو جائے گا۔ تو "فَتَعْرِفُونَهَا" کی جو ہے ایک سمپل یہ مثال ہو سکتی ہے کہ بہت ہی ہر آدمی اس کو دیکھ سکتا ہے۔ کوئی بہت زیادہ پڑھا لکھا ہونا ضروری نہیں ہے اس کے لیے۔ "وَيَظْهَرُ الْقَلَمُ"۔ اسی طرح جو ہے اور تھوڑا سا آدمی علم حاصل کرے، اپنا انڈرسٹینڈنگ لیول بڑھائے، تو ظہورِ یاجوج ماجوج جو ہے، اس کو جو ہے شیخ ناصر السعدی اور بہت سارے لوگوں نے کہا کہ جو ہے یہ ویسٹرن نیشن کا ظہور ہے، یورپین اقوام کا ظہور ہے۔ تو یہ بھی جو ہے مجھے لگتا ہے بہت ہی کم علم کے ساتھ سمجھی جانے والی ایک نشانی ہے۔ بہت زیادہ علم کی ضرورت نہیں ہے اس کے لیے۔ تو قرآن میں بتایا گیا ہے کہ جو ہے "حَتَّىٰ إِذَا فُتِحَتْ يَأْجُوجُ وَمَجُوجُ وَهُمْ مِنْ كُلِّ حَدَمٍ يَنْسِلُونَ"۔ وَاقْتَرَبَ الْوَعْدُ الْحَقُّ، کہ جب یاجوج ماجوج کا ظہور ہوگا زمین پر تو وعدہ حق کی قربت کا زمانہ ہوگا۔ یعنی یاجوج ماجوج کا زمانہ جو ہے فوراً اس کے بعد جو ہے اللہ تعالی "فَاقْتَرَبَ الْوَعْدُ الْحَقُّ" کہتا ہے، وعدہ حق کا جو ہے وقت قریب ہو گیا۔ "فا" کا استعمال ہے وہاں پر، "فا" عربی زبان میں جو ہے سیکوئنس بتانے کے لیے آتا ہے، یعنی ایک بات ہو گئی تو اس کے بعد دوسری نیکسٹ کیا ہوگی۔ "فا" جو ہے نیکسٹ یہ بتانے کے لیے آتا ہے۔ تو " فَتَعْرِفُونَهَا" میں جو ہے غالباً یہ بھی بات ہو سکتی ہے جس کو تھوڑا سا اقوام عالم کا اور ورلڈ ڈیموگرافک اور نیشنز کا جن کو تھوڑا سا علم ہے تو بہت ہی معمولی فہم کے ساتھ اس کو سمجھ سکتے ہیں کہ وہ نشانی جو بتائی گئی ہے، ظہورِ یاجوج ماجوج، وہ جو ہے واقع ہو چکی ہے، واقع ہونا باقی نہیں ہے بلکہ واقع ہو گئی ہے۔ اسی طرح جو ہے "وَيَظْهَرُ الدُّخَانُ"، کہ جو ہے اسموک جو ہے زمین کو گھیر لے گا۔ تو یہ بھی جو ہے انڈسٹریل پولیوشن کے عنوان سے جو ہے پوری دنیا میں اس پر بحث ہو رہی ہے بہت سالوں سے، تقریباً ایک سینچری سے جو ہے اس پر بحث ہو رہی ہے، 100 سال سے کہ انڈسٹریل ریولوشن کی وجہ سے جو ہے زمین کا یہ خراب ہو گیا ہے جس کو ایمیشن کہتے ہیں، گرین گرین ہاؤس گیسز اور ایمیشن وغیرہ۔ تو مجھے لگتا ہے کہ یہ بھی ایسی نشانی ہے جس کو بہت آسانی سے انسان پہچان سکتا ہے قیامت کے معاملے کو لے کر۔ اسی طرح جو ہے پروسپیریٹی بہت پھیل جائے گی لوگوں میں، لوگ اونچی اونچی عمارتیں بنائیں گے۔ تو یہ بھی مجھے ایسی نشانی لگتی ہے جو غیر کاتب انسان بھی بہت تھوڑے فہم کے ساتھ نوٹ کر سکتا ہے یہ بات کو۔ تو " سَيُرِيكُمْ آيَاتِهِ فَتَعْرِفُونَهَا" یہ بہت ہی تھرلنگ سٹیٹمنٹ ہے قرآن کے اندر کہ وہ تمہیں اپنی نشانیاں دکھائے گا اور تم اس کو ریکگنائز کر لو گے، اس کو پہچان لو گے تم ۔</w:t>
      </w:r>
    </w:p>
    <w:p>
      <w:pPr>
        <w:jc w:val="right"/>
        <w:bidi/>
      </w:pPr>
      <w:r>
        <w:rPr>
          <w:rFonts w:ascii="Noto Nastaliq Urdu" w:hAnsi="Noto Nastaliq Urdu" w:eastAsia="Noto Nastaliq Urdu" w:cs="Noto Nastaliq Urdu"/>
          <w:sz w:val="26"/>
          <w:rtl/>
          <w:lang w:bidi="ur"/>
        </w:rPr>
        <w:t>بھائی صاحب، "وَقَالَ الْقَوْمُ" کے ساتھ جب ملا کر دیکھا جائے، واقعی تھرلنگ سٹیٹمنٹ ہے، آپ نے صحیح کہا۔ "سَيُرِيكُمْ آيَاتِهِ" بہت صحیح ہے۔ جزاک اللہ۔</w:t>
      </w:r>
    </w:p>
    <w:p>
      <w:pPr>
        <w:jc w:val="right"/>
        <w:bidi/>
      </w:pPr>
      <w:r>
        <w:rPr>
          <w:rFonts w:ascii="Noto Nastaliq Urdu" w:hAnsi="Noto Nastaliq Urdu" w:eastAsia="Noto Nastaliq Urdu" w:cs="Noto Nastaliq Urdu"/>
          <w:sz w:val="26"/>
          <w:rtl/>
          <w:lang w:bidi="ur"/>
        </w:rPr>
        <w:t>غالباً جو ہے "سَنُرِيهِمْ آيَاتِهِمْ فِي الْأَفَاقِ وَفِي أَنفُسِهِمْ"، افاق و انفس میں ہم انہیں اپنی نشانیاں دکھائیں گے۔ اسی کو جو ہے حدیث میں "وَيَظْهَرُ الْقَلَمُ" غالباً کہا گیا ہے کہ قلم کا ظہور ہوگا، لوگوں میں تعلیم عام ہو جائے گی۔ تو افاق و انفس کی نشانیاں اور تعلیم غالباً جو ہے ایک ہی بات کے دو الگ الگ پہلو ہیں کہ جب دنیا کے اندر سائنس اور انڈسٹری اور خوشحالی اور تعلیم عام ہو جائے گی تو وہ خود بھی جو ہے تبین حق کا جو ہے ایک بہت بڑا یہ بنے گی، نشانی بنے گی کہ باتیں جو ہے بہت کھل کے لوگوں کے سامنے آ جائیں گی۔ وہ خود بھی ایک نشانی ہوگی اس طرح کا دور، سنوری والا دور۔ تو پہچاننے والی نگاہیں نہیں ہیں لیکن ہر طرف جو ہے ابینڈنس میں ہیں نشانیاں انسان کو سمجھنے کے لیے۔ یعنی ہر طرف جو ہے نشانیوں کا اوپن ظہور ہو گیا ہے لیکن چونکہ لوگوں کو نگاہ حاصل نہیں ہے دیکھنے کی، اس لیے دیکھ نہیں پاتے ہیں۔ ورنہ جو ہے تقریباً اللہ نے ہر بات کھول کے رکھ دی ہے لوگوں کے لیے۔ بلکہ حضرت داؤد اور سلیمان کے دور سے بھی زیادہ جو ہے اس دور میں اللہ تعالی نے باتیں کھولی ہیں اور داؤد اور سلیمان علیہم السلام سے بھی زیادہ جو ہے لوگوں کو مادی اور معنوی رزق میں اضافہ کیا ہے۔ اس دور کے مقابلے میں کئی گنا زیادہ اضافہ ہوا ہے مادی معنوی ہر لحاظ سے ۔</w:t>
      </w:r>
    </w:p>
    <w:p/>
    <w:p>
      <w:bookmarkStart w:id="112" w:name="cl71"/>
      <w:bookmarkEnd w:id="112"/>
      <w:r>
        <w:rPr>
          <w:i/>
          <w:color w:val="77786F"/>
          <w:sz w:val="20"/>
        </w:rPr>
        <w:t>10 Jul 2026 (Urdu)</w:t>
      </w:r>
    </w:p>
    <w:p>
      <w:pPr>
        <w:jc w:val="right"/>
        <w:bidi/>
      </w:pPr>
      <w:r>
        <w:rPr>
          <w:rFonts w:ascii="Noto Nastaliq Urdu" w:hAnsi="Noto Nastaliq Urdu" w:eastAsia="Noto Nastaliq Urdu" w:cs="Noto Nastaliq Urdu"/>
          <w:sz w:val="26"/>
          <w:rtl/>
          <w:lang w:bidi="ur"/>
        </w:rPr>
        <w:t>اب اگلے پیراگراف سے تین باتوں کا پتا چلتا ہے۔ پہلی بات جو ہے، عبادت۔ دوسری چیز ہے، دعوت ۔ وأن أتلو القرآن. اور تیسری آیت میں جو ہے، قل الحمد لله سيريكم آياته. نصرت ۔ عبادت، دعوت، اور نصرت ۔ تین جو ہے، اس پیراگراف سے باتیں سمجھ میں آ رہی ہیں۔ پہلی بات جو ہے، کعبتُ اللہ کو لے کر جو کہی جا رہی ہے، کہ حاجی جو ہے، لبيك لا شريك لك لبيك. إن الحمد والنعمة والملك لك لا شريك لك لبيك. تو پہلی آیت کے اندر جو ہے، یہی جو حاجی کا جو سلوگن ہے، حاجی کے سلوگن میں جو ہے، بات آ گئی ہے، جو اس آیت میں ہے، کہ اس گھر کے، اس شہر کے رب کی عبادت کریں، جس نے اسے ریسپیکٹ فل بنایا۔ اور وہی جو ہے، ساری چیزوں کا مالک ہے، کوئی اس سے شک نہیں ہے۔ نعمت، تاریف، اور گلوری سب جو ہے، اسی کے لیے لائق ہے۔ مجھے تو جو ہے، یہی ماننے کے لیے کہا گیا ہے، وہی کے ذریعے۔ یے پیغمبر ہی بتا رہے ہیں، کہ جو باتیں ماننی ہیں، وہی یے باتیں ہیں۔ کہ خدا ہی جو ہے، مالک اور رازق ہے، اور مالکُ الملک ہے۔ تو اس میں جو ہے، وقت کے ساتھ جو اربوں کے اندر جو انحراف اور ڈیویشن آیا تھا، توحید کو لے کر، ہالانکہ وو حضرت ابراہیم کی اولاد تھے، اور اسی مشن کے لیے انہیں وہاں آباد کیا گیا تھا۔ لیکن جو ہے، انہوں نے اس میں شرک اور بت پرستی اور رسک کے معاملے میں جو ہے، غیر اے خدا کو مالک سمجھنا، یہ سب باتیں انہوں نے ملا لی تھیں۔ تو رسول اللہ جو ہے، ان کا کریکشن کر رہے ہیں، کہ تمہیں تو جو ہے، ایک مشن دیا گیا تھا، توحید کا، اور توحید کا مرکز تمہیں دیا گیا تھا۔ تو صاحبے مرکز ہی جو ہے، بگڑ گئے۔ تو قرآن کی دوسری آیتوں میں اس کا ذکر ہے، اور انہیں وارننگ بھی ہے، اگر وہ نہیں سدھریں گے، تو انہیں جو ہے، جلا کر راکھ کر دیا جائے گا۔ مسلم کی ایک حدیث میں ہے کہ رسول اللہ نے ایک مرتبہ کہا، کہ اللہ تعالیٰ نے مجھے حکم دیا ہے کہ أَن أُحَرِّقَ قُرَيْشَ. میں قریش کو جو ہے، خاک ِ استر کر دوں، خاک میں ملا دوں۔ یانی اگر انہوں نے نہیں مانا اس مقصد کو، جس کے لیے یے کعبہ اور یے مینا، مزدلفہ، اور جو توحید کا جو سینٹر بنایا گیا ہے، اس میں اگر انہوں نے کمپروماز کیا، تو انہیں ختم کر دیا جائے گا، رکھا نہیں جائے گا انہیں زمین پر۔ تو اتنی سخت وارننگ تھی ان لوگوں کے لیے۔ تو تاؤسیہی تور پر جو ہے، مسلمانوں کے لیے بھی وہی ہے، موجودہ مسلمانوں کے لیے۔ اگر انہوں نے قریش کی طرح اس میں انحراف کیا، اور اس میں اپنے ذہن کو ملا دیا خدا کے کلام کے ساتھ، تو انہیں بھی ایسے ہی کیا جائے گا۔ ان کے ساتھ بھی جو ہے، بنی اسرائیل کے ساتھ جیسے کیا گیا، کہ انہیں زمین میں جو ہے، ڈائسپورا بنا کے رکھ دیا خدا نے۔ تو انہیں بھی ڈائسپورا بنا دے گا پھر۔ تو ایک وارننگ اس کے اندر وہ ہے، کہ توحید اور عبادت کو اپناؤ، کوئی دوسرا آپشن قریش کے لیے نہیں ہو گا۔ أَمِرْتُ أَن أُقَاتِلَ النَّاسَ حَتَّىٰ يَقُولُوا لَا إِلَٰهَ إِلَّا اللَّهُ. مجھے حکم دیا گیا ہے کہ میں جنگ کروں لوگوں سے، یہاں تک کہ وہ لا الہ الا اللہ کہیں۔ تو یہاں لوگ سے مراد جو ہے، اس حدیث میں قریش ہیں، سب لوگ مراد نہیں ہے۔ یانی اولاد ِ ابراہیم مراد ہے، بنو اسماعیل مراد ہے۔ کہ یا تو بنو اسماعیل اس مشن کے لیے تیار ہو جائیں، یا جو ہے، وہ خدا کے عذاب کو فیس کریں۔ یہی ایک آپشن ہے بنو اسماعیل کے لیے، یے بتایا گیا۔ دوسرے لوگوں کو تو آپشن دیا گیا، چاہے وہ توحید مانے، چاہے وہ نا مانے۔ لیکن ان لوگوں کے لیے کوئی آپشن نہیں ہوگا، اولاد ایِ ابراہیم کے لیے۔ اور دوسری آیت میں یے کہا گیا ہے کہ جو ہے، ہر حال میں دنیا کے اندر جو ہے، قرآن کی وارننگ پہنچنا چاہیے۔ وَأَتْلُ الْقُرْآنَ۔ چاہے لوگ اسکو مانے، چاہے رجیکٹ کریں۔ اس کام کو مسلسل جاری رکھنا ہے۔ یا تو فزیکل انسان یے کام کرے، لوگوں کو قرآن پڑھ کر سناتا رہے۔ یا تو انسان جو ہے، لٹرلی لوگوں کو قرآن پڑھے، سنائے۔ جیسے رسول اللہ لوگوں سے ملتے تھے، مکہ اور مدینہ میں۔ اور انکو قرآن پڑھ کے بتاتے تھے، فزیکلی۔ یا تو آدمی لوگوں پر یے کرتا رہے۔ اور دوسرا جو ہے، وو ایکسٹینڈڈ سینس میں جو ہے، لوگوں کو یے پیغام پہنچاتا رہے، پرنٹنگ فارم میں یا الیکٹرانک، جو بھی ہے۔ و َأَنَتْلُوا الْقُرْآنَ. میں دونوں باتیں شامل ہو جاتی ہیں۔ ایک جو ہے، سلیکٹو ایڈریس کرنا، اور دوسرا ماس کمیونیکیشن کرنا لوگوں سے۔ یانی آج جو ہم کر رہے ہیں، وو بھی اسی میں آئے گا۔ وَأَنَتْلُوا الْقُرْآنَ. قرآن کا ڈسٹری بیوشن ، چاہے فزیکل فارم میں ہو یا ورچوئل فارم میں۔ اسمیں یے نہیں دیکھا جائے گا کہ رزلٹ کیا ہے۔ لوگ جو آجکل جو بولتے ہیں، سکیلیبلٹی اور جو ہے، میزریبل ورک، یے سب دعوت میں نہیں ہوتا ہے۔ دعوت کی ترسیل میں۔ دعوت کا کام جو ہے، ایک طرفہ تور پر جاری رکھا جائے گا۔ چاہے حضرت نوح کی طرح جو ہے، کہ قوم کی طرح کوئی نہ مانے۔ لیکن اسکو ہر حال میں جاری رکھا جائے گا۔ رزلٹ دیکھ کر دعوت کا کام نہیں ہوتا ہے۔ صرف دعوت کا کام جو ہے، بلاغ کے لیے ہوتا ہے۔ لوگوں تک بات پہنچ جائے۔ پھر لوگ مانے یا نہ مانے، وہ ان کا اپنا آپشن رہے گا، ہر وقت۔ تیسری جو بات اس پیراگراف سے مل رہی ہے، کہ جو لوگ یے توحید اور اس دعوت کے لیے اٹھیں گے، اتلو القرآن کے لیے، ان کی جو ہے، بہت ہی پروپر وے میں جو ہے، مدد کی جائے گی۔ بہت ہی جبردست انداز سے۔ زمین اور آسمان جو ہے، ان کی مدد کے لیے کھڑے ہو جائیں گے۔ تو جو آیت کے آخر میں جو بتایا گیا، سَيُرِيكُمْ آَيَاتِهِ فَتَعْرِفُونَهُ. تمہیں وو اپنی نشانیاں دکھائے گا، تم اسکو پہچان لوگے۔ تو اس پر غور کرتے ہیں، تو جو ہے، مفسرین کہ رہے ہیں کہ جو ہے، یے نشانیاں ہر معاملے میں دکھائی جائیں گی۔ زمین میں، آسمان میں، ان کے اپنے نفسوں میں، اور جو ہے، ان کے رزق میں۔ رزق میں بھی جو ہے، نشانیاں دکھائی جائیں گی۔ تو گویا کہ یے کہا جا رہا ہے کہ جو لوگ اس کاز کے لیے اٹھیں گے، توحید اور دعوت کے، ان کے لیے جو ہے، انیکسپیکٹڈ وے میں جو ہے، نصرت اترتی رہے گی ہر وقت۔ اور ایسا ہمیشہ ہوا ہے تاریخ میں۔ قرآن میں جو انبیا کے جو واقعات ہیں، اس سے پتا چلتا ہے کہ اللہ نے کبھی بھی جو ہے، نبیوں کو اور ان کے فالورز کو کبھی بھی انہیلپ نہیں چھوڑا۔ ہیلپ لیس نہیں چھوڑا۔ تو فتارفونا میں جو ہے، یے بات داخل ہے کہ انسان خود اپنی آنکھوں سے جو ہے، نوٹ کرے گا کہ اس پر جو ہے، خدا کی مدد آ رہی ہے۔ اور وو اسکو پہچان لے گا کہ یے خدا کی مدد کے چیپٹر میں سے یے بات، یا یے واقعہ، یا یے نصرت۔ جیسے جو ہے، اس دور کے اندر ، مولانا لکھتے ہیں کہ جو ہے، یے آئل اور پیٹرول کا جو ظہور ہوا، وو بہت ہی انیکسپیکٹڈ ہے۔ بظاہر ایسا لگ رہا تھا کہ جو ہے، مسلم کمیونٹیز دنیا میں پوری طرح جو ہے، پیچھے دھکیل دیے گئے ہیں۔ ایک 1000 سالہ ڈومیننس کے بعد، ایسا لگ رہا تھا کہ اب انکی کوئی ہیسیت نہیں ہے۔ انکے مذہب کی، انکی زبان کی، وغیرہ کی۔ لیکن اچانک اللہ تعالیٰ جو ہے، انٹرویں کیا ماڈرن ہسٹری میں۔ تو عرب ملکوں کے اندر جو پیٹرول جو نکلا، تو پوری دنیا کا جو ہے، مرکز توجہ بن گیا عرب اسکی وجہ سے۔ اور اتنی انکے پاس دولت آئی، اربوں کے پاس، کہ اس پر بڑے بڑے آرٹیکل ہیں کہ دنیا میں جو بھی اسراف کی جو آخری قسم ہو سکتی ہے، خرچ کرنے کی، وو خرچ کرنے کے بعد بھی جو ہے، انکے پاس اتنا پیسا باقی رہے گا کہ جو ہے، اسکا اندازہ نہیں کیا جا سکتا۔ تو اللہ تالا نے اتنی بے حساب دولت دے دی۔ اور انڈائریکٹلی جو ہے، پوری دنیا میں اسکا فائدہ پہنچا مسلمانوں کو۔ مسلم اداروں کو، مسلم تنظیموں کو، اور دین کا کام کرنے والوں کو پوری دنیا میں۔ تو گویا کہ پیٹرول کا جو ظہور ہے، سیورتی کم آیات فتارینا کا ایک اینگل ہے وو بھی، کہ کس طرح اللہ تالا نے جو ہے، انٹرویں کیا اسلام اور مسلمانوں کے معاملات میں ۔ تو مولانا کہتے ہیں کہ اگر پیٹرول نا نکلتا اس دور میں، تو مسلمان جو ہے، دورے جدید کے جو ہے، معاشی حریجن ہو جاتے۔ یا معاشی انٹچیبل ہو جاتے وو۔ لیکن اللہ تالا نے ایسا ہونے نہیں دیا، مسلمانوں کی ساری کمیوں کے باوجود۔ کیونکہ قیامت تک اسی کمیونٹی کو جو ہے، اسلام کا ریپریزنٹیٹو بننا ہے، بگاڑ کے باوجود، ڈیکلائن کے باوجود۔ اللہ تالا نے یہود کی طرح پوری طرح یے نہیں کر دیا، ڈسکارڈ نہیں کر دیا ہے۔ ان میں اچھے اور برے لوگ پیدا ہوتے رہتے ہیں، اور دین کا احیاء اور اس کی تجدید کرتے رہتے ہیں۔ اس لیے اللہ تالا جو ہے، یہود کی طرح اس امت کو جو ہے، قیامت تک چھوڑے گا نہیں۔ اگرچہ کہ وارننگز آتی رہے گی، اور ان میں کریکشن ہوتے رہیں گے، اور ایسے علما پیدا ہوتے رہیں گے جو اسلام کی دعوت اور اس کے ریل میسج کے لیے کھڑے ہوں گے۔ جیسے اس کی ایک مثال مولانا ہے ہمارے۔ بگاڑ کے باوجود جو ہے، مسلمانوں کے مولانا کا مشن جو ہے، اس پر کھڑا ہوا ہے۔ پیور دعوت، انجار، اور خدا کی عبادت پر۔ تو وہ تمہیں اپنی نشانیاں دکھائے گا، تم اسکو پہچانوگے۔ تو آئل جو ہے، اسی میں سے ہے کہ خدا کی انیکسپیکٹڈ نصرت کیسے آتی ہے۔</w:t>
      </w:r>
    </w:p>
    <w:p/>
    <w:p>
      <w:pPr>
        <w:pStyle w:val="Heading1"/>
      </w:pPr>
      <w:bookmarkStart w:id="113" w:name="vg40"/>
      <w:bookmarkEnd w:id="113"/>
      <w:r>
        <w:t>The Story (Al-Qasas) - 28:1-6</w:t>
      </w:r>
    </w:p>
    <w:p>
      <w:bookmarkStart w:id="114" w:name="cl72"/>
      <w:bookmarkEnd w:id="114"/>
      <w:r>
        <w:rPr>
          <w:i/>
          <w:color w:val="77786F"/>
          <w:sz w:val="20"/>
        </w:rPr>
        <w:t>13 Jul 2026 (Urdu)</w:t>
      </w:r>
    </w:p>
    <w:p>
      <w:pPr>
        <w:jc w:val="right"/>
        <w:bidi/>
      </w:pPr>
      <w:r>
        <w:rPr>
          <w:rFonts w:ascii="Noto Nastaliq Urdu" w:hAnsi="Noto Nastaliq Urdu" w:eastAsia="Noto Nastaliq Urdu" w:cs="Noto Nastaliq Urdu"/>
          <w:sz w:val="26"/>
          <w:rtl/>
          <w:lang w:bidi="ur"/>
        </w:rPr>
        <w:t>دوسرا، ان آیتوں میں شاید سب سے جو امپورٹنٹ جو بات ہے، نَتْلُ عَلَيْكَ مِنْ نَبَأِ مُوسَى وَفِرْعَوْنَ بِالْحَقِّ لِقَوْمٍ يُؤْمِنُونَ قومِ مؤمن۔ شاید جو ہے اس پیراگراف کا سب سے امپورٹنٹ یہ ہے، یعنی لِقَوْمٍ يُؤْمِنُونَ کا مطلب یہ ہوا کہ مخاطب اول قرآن کے، یعنی حضرت ابوبکر اور سارے صحابہ، یا قومِ يُؤْمِنُونَ سے جو ہے وہ لوگ مراد ہیں۔ اور توسیعی طور پر جو ہے بعد کے سارے اس طرح کے مشنری یا کسی اس طرح کے کام والے لوگ۔ تو گویا کہ آیت کا مطلب یہ ہے کہ ہسٹری کا جو ایک ایونٹ سنایا جائے گا، اس کے اندر بہت سارے لیسن ہیں، تسکین کے سامان ہیں، سولیس کے آئٹم ہیں۔ تو وہ جو ہے تمہارے گائیڈنس کے لیے دیے جا رہے ہیں، سنایا جا رہا ہے، ایگزیکٹ کیا تاریخ میں کیا ہوا تھا، اسی طرح کا ایک مشن حضرت موسیٰ لے کر اٹھے تھے، تو ان کے ساتھ کیا پیش آیا تھا، اس کو ہم ایگزیکٹ سنا رہے ہیں کہ کس ٹائم کے کس ٹائپ کے ہرڈلز اور کس ٹائپ کی جو ہے یہ پیش آئی تھی مصیبتیں، اور کس طرح جو ہے مدد نازل ہوئی تھی۔ تو تاریخ کا ایک یہ سنایا جا رہا ہے پیٹرن، اور وہی پیٹرن جو ہے تمہارے ساتھ بھی دہرایا جائے گا، یعنی رسول، اصحاب رسول کے ساتھ، اور پھر بعد میں قیامت تک آنے والے جتنے بھی قومِ مؤمن ہیں، اہل ایمان، ان کے لیے بھی جو ہے وہی پیٹرن جو ہے ریپیٹ ہوتا رہے گا ہر وقت۔ یعنی جو پیٹرن موسیٰ اور ان کے ساتھیوں کے لیے ریپیٹ ہوا، جو پیٹرن جو ہے رسول، اصحاب رسول کے لیے ریپیٹ ہوا، وہی پیٹرن قیامت تک کے اہل ایمان کے لیے ریپیٹ ہوگا۔ یعنی ہر ہرڈلز کو جو ہے ریموو کر کے ان کو آگے کا راستہ دیا جائے گا، اور وہ جو ہے فائنلی اچیور بنیں گے، اور ان کے مخالفین جو ہے لوزر بنیں گے۔ تو نَتْلُ عَلَيْكَ مِنْ نَبَأِ مُوسَى وَفِرْعَوْنَ بِالْحَقِّ لِقَوْمٍ يُؤْمِنُونَ جو ہے یہی ہے آیات الکتاب، یعنی ہسٹری کا پیٹرن جو ہے ریپیٹ کرنے کی شیورٹی ہے اس کے اندر کہ اللہ نے پہلے جو واقعات رونما کیے، شکل بدل کے دوبارہ پھر وہی ہوں گے۔ تو اس سورہ میں جو ہے تین ٹائپ کے واقعات بتائے گئے ہیں۔ پہلا جو ہے موسیٰ کا واقعہ ڈیٹیل سے ہے، بہت زیادہ کہ وہ کن حالات سے گزرے۔ پھر اس کے بعد جو ہے اہل مکہ کے حالات ہیں کہ اہل مکہ کس ٹائپ کا رد عمل دے رہے ہیں، کس ٹائپ کا رسپانس دے رہے ہیں، اس کا کچھ ذکر ہے۔ آخر میں جو ہے قارون کا ذکر ہے، سورہ کے آخر میں قارون جو ہے یعنی انٹرنل پرابلم، ایک تو جو ہے فرعون کا پرابلم، اس کا ذکر کیا گیا۔ پھر اس کے بعد اہل مکہ کا ذکر کیا گیا۔ پھر آخر میں جو ہے موسیٰ کے ساتھ جو ہے قارون کا جو معاملہ پیش آیا، اس کا ذکر کیا گیا۔ گویا کہ جو ہے یہ بتایا جا رہا ہے کہ جو ہے رسول اللہ سے اور اصحاب رسول سے کہ چاہے ایکسٹرنل پرابلم ہو، چاہے انٹرنل، وہ سارے ہم جو ہے مینج کر کے جو ہے مشن کو کامیاب کریں گے۔ وَنُرِيدُ أَنَّمُنَّ عَلَى الَّذِينَ اسْتُذِيفُوا فِي الْأَرْضِ وَنَجَعَلَهُمْ أَئِمَّةً وَنَجَعَلَهُمُ الْوَارِثِينَ یعنی پہلے بھی ہم نے جو ہے ہر اف بٹ کے ساتھ، ہر اف بٹ کو ختم کر کے اپنی مرضی کو لاگو کیا زمین پر۔ دوبارہ بھی ہم کریں گے، چاہے آپ کے ساتھ بھی جو ہے قارون جیسے لوگ پرابلم پیدا کریں، یعنی قوم کے اندر سے آپ کو پرابلم پیش آئے یا باہر سے مخاطب، خارجی مخاطب سے۔ دونوں معاملات میں جو ہے آپ کی مدد کی جائے گی، رسول، اصحاب رسول کی۔ اور توسیعی طور پر جو ہے قیامت تک ایسا ہوگا کہ جو بھی انسان خدا کے انظار اور تبشیر کو لے کر اٹھیں گے، اندرونی معاملات اور بیرونی افیئرز، وہ سارا جو ہے خدا ہینڈل کرے گا اور ان کے مشن کو کامیاب کرے گا۔ تو غالباً جو ہے لِقَوْمِ يُؤْمِنُونَ جو ہے سب سے زیادہ امپورٹنٹ یہ سینٹنس ہے اس پیراگراف میں۔ یعنی سورہ کا خلاصہ یہ نکل رہا ہے: داخلی اور خارجی، ہر ٹائپ کی اپوزیشن، ان کو ناکام کر کے انظار کے مشن کو کامیابی اور جو ہے سپورٹ دیا جائے گا۔ قیامت تک ایسا ہوگا، موسیٰ کے ساتھ بھی ایسا ہوا، موسیٰ کے بعد بھی ایسا ہوتا رہا، رسول اللہ ، رسول اور اصحاب رسول کے ساتھ بھی ایسا ہوا۔ خارجی، داخلی، سارے معاملات کو جو ہے ہینڈل کیا گیا، اور قیامت تک جو ہے جو بھی اس طرح کا مشن لے کر اٹھیں گے، اللہ کے بندوں کو جو ہے خدا کے کریشن پلان سے واقف کرانا۔ جو بھی لوگ ایسا مشن لے کر اٹھیں گے، ان کے ساتھ بھی جو ہے فارم بدل کر معاملہ یہی کیا جائے گا۔ کوئی بھی مخالفت، اندرونی اور بیرونی، ان کا راستہ نہیں روک سکے گی۔ گویا کہ سورہ القصص کا خلاصہ یہی ہے کہ اہل ایمان کو نیا حوصلہ اور نئی سوچ دینا، مثبت تھنکنگ دینا، اور بتانا کہ جو ہے خدا اگر تمہارے ساتھ ہے تو پھر کوئی بھی ہرڈل تمہارے لیے ہرڈل ثابت نہیں ہوگا۔</w:t>
      </w:r>
    </w:p>
    <w:p/>
    <w:p>
      <w:bookmarkStart w:id="115" w:name="cl73"/>
      <w:bookmarkEnd w:id="115"/>
      <w:r>
        <w:rPr>
          <w:i/>
          <w:color w:val="77786F"/>
          <w:sz w:val="20"/>
        </w:rPr>
        <w:t>14 Jul 2026 (English)</w:t>
      </w:r>
    </w:p>
    <w:p>
      <w:pPr>
        <w:jc w:val="right"/>
        <w:bidi/>
      </w:pPr>
      <w:r>
        <w:rPr>
          <w:rFonts w:ascii="Noto Nastaliq Urdu" w:hAnsi="Noto Nastaliq Urdu" w:eastAsia="Noto Nastaliq Urdu" w:cs="Noto Nastaliq Urdu"/>
          <w:sz w:val="26"/>
          <w:rtl/>
          <w:lang w:bidi="ur"/>
        </w:rPr>
        <w:t>جیسا کہ قرآن کا یہ جو طریقہ ہے کہ کبھی آیاتِ کون یعنی یونیورس کی جو فزیکل نشانیاں ہیں، اس کو لے کر جو ہے انسانی مائنڈ کو بوسٹ کرنا ، یہ ایک قرآن کا طریقہ ہے۔ آیاتِ کون یونیورسل سائن کو لے کر ٹیچ کرنا۔ دوسرا ہے ہسٹری کے ایونٹس کو لے کر گفتگو کرنا، اور ذہن میں جو ہے کوئی بیسک بات بٹھانا، بیسک فیکٹ۔ تو یہاں جو سورہ قصص جو ہے، سارا کا سارا، زیادہ تر اس کا پارٹ جو ہے حضرت موسیٰ سے ریلیٹڈ ہے۔ حضرت موسیٰ جو ہیں، ہسٹری کے ایک ایک سگنیفیکنٹ پرسنیلٹی ہیں، بہت یعنی بڑے گیم چینجر ، گلوب کی شیپنگ میں یا گلوب کی ہسٹری میں جو ہے، ایک بہت ہی سگنیفیکنٹ پرسنیلٹی ہیں۔ تو اللہ تعالی نے ان کے ذریعے جو ہے تاریخ میں ایک نیا ٹوسٹ دیا، ایک نئی شیپ دی انسانی تاریخ کو۔ یعنی وہ نیا شیپ یہ ہے کہ حضرت موسیٰ سے پہلے اہل ایمان جو ہے، ایک پرسیکیوٹڈ سچویشن میں رہتے تھے، ایج آف پرسیکیوشن میں۔ تو اللہ تعالی نے جو ہے پہلی مرتبہ حضرت موسیٰ کو یہ چینج کرنے کے لیے کھڑا کیا، یہ ماحول کو۔ یعنی اہل ایمان جو ہے، اس کے بعد پرسیکیوشن کی حالت میں نہیں رہیں گے، بلکہ وہ ایک آزاد پرسن کی حیثیت سے۔ تو تاریخ میں جو اس کا جو یہ شروع ہوا ہے، ایک بڑا واقعہ اس معاملے میں، وہ حضرت موسیٰ ہیں۔ تو حضرت موسیٰ کے زمانے میں بنی اسرائیل مصر میں تقریباً 15-20 لاکھ کی تعداد میں تھے، تو اللہ تعالی جو ہے، حضرت موسیٰ کے ذریعے تاریخ کو ایک نیا ٹوسٹ دینا چاہ رہا تھا، جیسا کہ مولانا نے یہاں ذکر کیا ہے اپنے فٹ نوٹ میں کہ خدا کا ایک ڈیسیژن ہوتا ہے اور انسان کا ایک ڈیسیژن۔ تو فرعون اور ہامان کا ڈیسیژن جو ہے، وہی ایج آف پرسیکیوشن والا تھا، اولڈ ماڈل کہ لوگوں کو جو ہے سوچنے سمجھنے اور مذہب کی آزادی کو جو ہے نہ دینا، سپریس کرنا لوگوں کو۔ تو فرعون اور فرعون سے پہلے یہی ماڈل تھا۔ تو اللہ تعالی نے جو ہے اس کو چینج کرنا چاہا، زمین کے لیے۔ تو اس سلسلے کا جو سب سے بڑی جو فگر ہے، حضرت موسیٰ، حضرت ابراہیم تو جو ہے فاؤنڈر تو ہیں، لیکن جو ہے ان کے پاس جو ہے افرادی قوت ہی نہیں تھی، مین پاور ہی نہیں تھا حضرت ابراہیم کے پاس۔ لیکن حضرت موسیٰ کے زمانے میں جو ہے ایک بہت بڑی تعداد اویلیبل ہو گئی۔ تو اللہ تعالی نے جو ہے اس پروسیس کو شروع کیا، جس کو ہم جو ہے ایج آف پرسیکیوشن کا خاتمہ کہتے ہیں۔ تو ایج آف پرسیکیوشن کو جو ہے ختم کرنے کے لیے، گویا کہ سب سے پہلے جو قابل لحاظ شخصیت ہے، وہ حضرت موسیٰ اور ان کی ایکٹیویٹیز ہیں۔ تو ما کانو منہم یازرون، جس سے فرعون اور ہامان بچنا چاہتے تھے، اس سے مراد یہ ہے کہ جو ہے لوگوں پر مذہبی تسلط قائم کرنا ، لوگوں کو سوچنے اور سمجھنے کی آزادی نہ دینا، اور لوگوں کو سپریس کر کے رکھنا، یہ وہ چاہتے تھے۔ اور اس کے خاتمہ کو جو ہے، وہ اپنے لیے ڈیکلائن سمجھتے تھے۔ تو گویا کہ اللہ تعالی نے جو ہے وہی کیا جو ہامان اور فرعون جو ہے، جس سے بچنا چاہ رہے تھے۔ تو حضرت موسیٰ کا جو امپورٹنس ہے، واقعی وہ جو ہے اس کا آیات الکتاب المبین کا ایک جو ہے بہت ہی سگنیفیکنٹ پارٹ ہے انسانی تاریخ میں۔ دا ہنڈرڈ والی نے جو ہے حضرت موسیٰ کو جو ہے ٹاپ 20 میں رکھا ہے، اس کی اپنی اسٹڈی کے حساب سے کہ حضرت موسیٰ جو ہے ٹاپ 20 میں آتے ہیں، کیونکہ زمین کی ری شیپنگ میں جو ہے ان کا بہت ہی سگنیفیکنٹ رول ہے۔ مونوتھزم اور ریلیجیس فریڈم آپریشنز کا جو ہے اینڈ، اس طرح کی جو باتیں ہیں، تو اس میں حضرت موسیٰ کا بہت بڑا رول وہ مانتا ہے۔ وہ کہتا ہے کہ موجودہ گلوب کی شیپ شیپ میں جو ہے، حضرت موسیٰ کا کئی اینگل سے کنٹریبیوشن ہے، جو ہماری ماڈرن ورلڈ ہے، اس کے نیچے اگر ہم دیکھیں گے تو حضرت موسیٰ جو ہے، بہت اہم رول پلے کر رہے ہیں۔ اسلام میں بھی جو ہے، حضرت موسیٰ کو بہت زیادہ امپورٹنس ہے۔ قرآن میں حضرت موسیٰ کا سب سے زیادہ جو ہے ذکر ہے، حضرت موسیٰ کے حالات کا، اور رسول اللہ بھی جو ہے، حضرت موسیٰ کو بہت زیادہ امپورٹنس دیتے تھے۔ جیسے مشہور واقعہ ہے کہ جب مدینہ گئے رسول اللہ تو دیکھا کہ 10 محرم کو لوگ روزہ رکھتے ہیں، جوئش پیپل۔ تو پوچھا کہ یہ کیوں تم لوگ روزہ رکھتے ہیں؟ تو انہوں نے کہا کہ جو ہے، اس تاریخ کو اللہ نے جو ہے، حضرت موسیٰ کے ذریعے ہم کو نجات دی تھی، فرعون کے ظلم سے۔ تو اس لیے ہم جو ہے، اس یاد میں یہ روزہ رکھتے ہیں۔ تو رسول اللہ نے کہا کہ موسیٰ کے زیادہ ہم حقدار ہیں تم لوگوں سے بھی۔ موسیٰ کی جو فکر جو ہے، ہمارے لیے تم سے زیادہ امپورٹنس ہے، کیونکہ ہم جو ہے، انسان کے انسان کو جو ہے، شرک اور بت پرستی اور جبر اور اکراہ سے نکالنے کے لیے بھیجے گئے ہیں۔ یعنی اللہ نے مجھے بھیجا ہے کہ جو ہے، جو کام حضرت موسیٰ نے پارشیلی کیا تھا، اس کو زیادہ براڈر سینس میں کروں۔ اس کے لیے اللہ نے مجھے بھیجا ہے، گویا کہ میں سیکنڈ موسیٰ ہوں۔ موسیٰ بن عمران اگر فرسٹ موسیٰ ہیں تو میں گویا کہ جو ہے، ان کے رول کا جو ہے، ایک بڑا پارٹ ہوں۔ میں جس پروسیس کو انہوں نے شروع کیا تھا، اس کو فائنل کرنے کا کام جو ہے، مجھے ہے۔ تو ہم زیادہ موسیٰ اور اس طرح کے لوگوں کے حقدار ہیں۔ تو رسول اللہ نے لوگوں کو روزہ رکھنے کے لیے کہا کہ موسیٰ کا یہ جو واقعہ تھا، وہ تاریخ کا ایک بہت ہی امپورٹنٹ واقعہ ہے کہ لوگ سپریس کر کے رکھنا چاہتے تھے، حالانکہ خدا کی یہ پلاننگ نہیں تھی۔ خدا کی پلاننگ یہ تھی کہ اس کو چینج کریں تاریخ میں، اور وہ کامل معنی میں جو ہے، جو موسیٰ نے جو کیا تھا، آج کامل معنی میں چینج ہو گیا ہے زمین پر۔ یعنی فیتھ کی فریڈم ہے، اور لوگوں کو جو ہے، سوچنے سمجھنے اور ایکشن کی آزادی ہے، اور لوگ آزادی سے اپنا فیصلہ کر سکتے ہیں کہ وہ کیا کریں، کیا نہ کریں۔ تو جو کام موسیٰ نے شروع کیا تھا، چار ہزار سال پہلے، وہ جو ہے، اللہ نے تاریخ کو مینج کرتے ہوئے اس کو آج یہاں تک پہنچایا ہے، جس دور میں ہم لوگ رہ رہے ہیں۔ تو غالباً جو ہے، تلکہ آیات الکتاب المبین جو ہے، یہی باتیں ہیں کہ موسیٰ کے ذریعے جو پروسیس شروع کیا گیا تھا، وہ حضرت محمد کے ذریعے جو ہے، اس کو کامل معنی میں نافذ کیا گیا زمین پر، اور آج جو ہے، وہ پورے معنی میں جو ہے، زمین پر موجود ہے۔</w:t>
      </w:r>
    </w:p>
    <w:p>
      <w:pPr>
        <w:jc w:val="right"/>
        <w:bidi/>
      </w:pPr>
      <w:r>
        <w:rPr>
          <w:rFonts w:ascii="Noto Nastaliq Urdu" w:hAnsi="Noto Nastaliq Urdu" w:eastAsia="Noto Nastaliq Urdu" w:cs="Noto Nastaliq Urdu"/>
          <w:sz w:val="26"/>
          <w:rtl/>
          <w:lang w:bidi="ur"/>
        </w:rPr>
        <w:t>ایسا واقعی زبردست آیات ہیں۔ مجھے لگ رہا ہے یہ ورسز آف ہوپ ہیں، اور ری انفورسمنٹ جو ہمارا کنوکشنز کو بڑھانے کے اور بہت بڑا کام کرنے کے لیے اللہ نے واقعی کتاب مبین اس میں ریلی کلیئر سائنز ہیں۔ تو سورۃ کے آخر میں میں دیکھ رہا تھا، تو دو رویے ہیں الگ، ایک مومنین قومی یومنون ، ایک ہے من المشرکین۔ تو اللہ کی کارسازی، اس کی عظمت، اس میں ہوپ، اس کی پلان، اس کی مشن، اس کو سمجھنے کے لیے بہت امپورٹنٹ ہے۔ جزاک اللہ، آپ نے بہت ہی امپورٹنٹ چیز کی طرف اشارہ کیا ہے۔ ریلی ورسز آف ہوپ، جزاک اللہ۔</w:t>
      </w:r>
    </w:p>
    <w:p>
      <w:pPr>
        <w:jc w:val="right"/>
        <w:bidi/>
      </w:pPr>
      <w:r>
        <w:rPr>
          <w:rFonts w:ascii="Noto Nastaliq Urdu" w:hAnsi="Noto Nastaliq Urdu" w:eastAsia="Noto Nastaliq Urdu" w:cs="Noto Nastaliq Urdu"/>
          <w:sz w:val="26"/>
          <w:rtl/>
          <w:lang w:bidi="ur"/>
        </w:rPr>
        <w:t>ہاں، بالکل یہ بات صحیح لگ رہی ہے کہ پوری گلوب کے جو ہے، اہل ایمان کے لیے یہ ہوپ کی صورت ہے، اور پھر پوری دنیا کے جو اس طرح کے لوگ جو ہیں، ان کے لیے جو ہے، اس میں ڈسٹرس کی نیوز ہے۔ یعنی فرعون اور ہامان جیسے لوگوں کے لیے ڈسٹرس، موسیٰ اور ان کے جیسے ساتھیوں کے لیے جو ہے، وہ یعنی بلیورز کے لیے ہوپ، سارے گلوب کے، اور اپرزرز کے لیے جو ہے، ہامان اور فرعون جیسے لوگوں کے لیے جو ہے، ڈسٹرس کی وارننگ۔ گویا کہ جو ہے، یہ پیراگراف کا خلاصہ لگتا ہے۔ فرعون اور ہامان کے جیسے کریکٹر جو ہے، آج زمین پر ڈس اپیئر ہیں، اصل میں۔ یعنی کوئی کسی کو جو ہے، اس کے فیتھ اور اس کے کریڈ کی وجہ سے، کوئی کسی کو آج جو ہے، ڈسٹرب نہیں کرتا ہے۔ جو اس طرح کی باتیں ہیں، وہ بہت ہی پارشلی کہیں کہیں دنیا میں جو ہے، کوئی ٹرائی کرتا ہے، بہت ہی چھوٹے لیول پر۔ لیکن جو ہے، ایکچولی وہ پوسیبل نہیں ہے، نہ چھوٹے لیول پر، نہ بڑے لیول پر۔ تو حضرت موسیٰ کو جو ہے، اس کا کریڈٹ جاتا ہے۔ اللہ تعالی نے ان کو اس پروسیس کے لیے استعمال کیا، جس کا فائدہ آج ہمیں مل رہا ہے۔</w:t>
      </w:r>
    </w:p>
    <w:p/>
    <w:p>
      <w:bookmarkStart w:id="116" w:name="cl74"/>
      <w:bookmarkEnd w:id="116"/>
      <w:r>
        <w:rPr>
          <w:i/>
          <w:color w:val="77786F"/>
          <w:sz w:val="20"/>
        </w:rPr>
        <w:t>27 Jul 2026 (Urdu)</w:t>
      </w:r>
    </w:p>
    <w:p>
      <w:pPr>
        <w:jc w:val="right"/>
        <w:bidi/>
      </w:pPr>
      <w:r>
        <w:rPr>
          <w:rFonts w:ascii="Noto Nastaliq Urdu" w:hAnsi="Noto Nastaliq Urdu" w:eastAsia="Noto Nastaliq Urdu" w:cs="Noto Nastaliq Urdu"/>
          <w:sz w:val="26"/>
          <w:rtl/>
          <w:lang w:bidi="ur"/>
        </w:rPr>
        <w:t>اہ ایک زبردست مثال فیا صاحب نے سنائی تھی، جب ان لڑکیوں کا موسیٰ علیہ السلام کے لیے اللہ نے کیسے ایک نجات کی یا فیسلیٹیٹ کیا۔ تو انہوں نے وہ واقعہ سنایا تھا، کلکتہ کے کسی کمپنی میں، کسی جو بنے تھے، کمپنی نے انڈیکٹ کیا تھا، کیسے ان کے لیے وہ ایونٹ بہت ہی اہ، اس میں ان کے لیے وہ جو ایم تھا، جو وہ کام اہ، اس طرح آسان ہوا کہ وہ بہت سینسٹیو تھے۔ انہوں نے اپنے راستے میں ایک بوڑھیا خاتون کی مدد کی تھی، تو اسی میں اللہ نے چھپا رکھا تھا ان کے لیے اور کامیابی کا یا آگے بڑھنے کا ایک راز ۔ تو یہ ہر شخص کی زندگی میں آ سکتا ہے، بشرط کہ ہم اہ ریڈی جو ہوں، جو ہمارے لیے، ہمارے پاس جو اہ کوئی بھی اہ ہمارے پاس آتی ہے، فرصت اس میں ہم اس کو اویل کریں۔ اہ ایک زبردست اس میں کئی لرننگز ہوئیں۔ بس یہ چند چیزیں تھیں۔ جزاک اللہ ۔ پروفیسر ارشاد صاحب نے کذالک کا ذکر کیا۔ اہ کل گفتگو ہو رہی تھی نا ہماری کہ ہر شخص اپنے کذالک کو دریافت کرے، تو اس کے اندر اہ شکر پیدا ہوگا۔ تو کذالک کو لے کر کل جو گفتگو ہو رہی تھی، اس میں اس میں اہ ایک تو بڑے بڑے آئٹم جب ملتے ہیں اللہ کی طرف سے، تو اس پر شکر، یہ تو ہمارے سامنے بات تھی۔ مگر کل جو بات ڈسکور ہوئی، وہ یہ تھی کہ اجزائے شکر، یعنی زندگی کے اندر اہ جو شکر کے اجزاء ہیں، پارٹس ہیں، یا چھوٹے چھوٹے آئٹم ہیں شکر کے، ان اجزاء کو لے کر شکر کرنا۔ تو ہماری لائف میں اس طرح کے کذالک بہت سارے ملیں گے۔ تو ان کذالک والے اجزاء کو لے کر اہ شکر کرنا، یہ کل خاص طور سے گفتگو میں اہ بات پکڑنے کو ملی تھی۔ اور ایک اور بات یہ تھی کہ جیسے کذالک کو مولانا کے کذالک پر گفتگو ہوتے ہوئے یہ بات آئی تھی کہ مولانا اگر اپنے گاؤں سے دلی نہ پہنچتے تو یہ سی پی ایس مشن، انٹرنیشنل مشن نہیں بنتا تھا۔ تو اس میں جمعیت علماء کا بھی ذکر آیا، جماعت اسلامی کا ذکر آیا، پھر اس میں ندوے کا ذکر آیا۔ تو مختلف مراحل سے جو مولانا گزرے، ان تمام کا ذکر آیا۔ تو عجیب بات ہے کہ ایک طرف مولانا تنقید بھی کرتے ہیں اور دوسری طرف اہ ان ان تمام کا ذکر۔ تو اس میں خاص بات کل جو نوٹ نوٹ کرنے کی تھی، وہ یہ کہ جن جن پر بھی مولانا نے علمی تنقید کی ہے، ان پر علمی تنقید کا مطلب یہ نہیں ہے کہ ہم ان سے نفرت کریں یا ان سے دوری اختیار کریں یا ان کا اعتراف نہ کریں۔ بلکہ ان کا اعتراف کرتے ہوئے ان پر تنقید، یہ کل بہت واضح طریقے سے بات آئی۔ اور شعوری طور سے میں کل ہی اس بات کو پکڑ پایا کہ اہ جمعیت علماء کا ہو، جماعت اسلامی کا ہو یا ندوے کا ہو، جن جن اہ لوگوں نے مولانا کو اسٹے دیا، جگہ دیا، موقع دیا، اس کے بعد آخر میں سی 29 تک مولانا پہنچے۔ تو اس کا مطلب یہ ہوا کہ سب کا اعتراف ہمیں کرنا ہے۔ اہ تنقید، علمی تنقید کا یہ مطلب نہیں ہوتا ہے کہ ہم ان سے دوری اختیار کریں یا نفرت کریں، بلکہ اعتراف کے ساتھ ان پر تنقید ہے۔ یہ کل شعوری طور سے میں اس بات کو کل کے اہ کل کی آیات کے ڈسکشن کے دوران پکڑ پایا۔ یعنی کل دو باتیں اہ بہت اہم تھیں۔ ایک اجزائے شکر ، یعنی شکر کی جہاں بھی بات آتی ہے تو مال و دولت ، بلڈنگ یا بڑی کوئی چیز ملنے پر شکر نہیں، بلکہ اہ زندگی میں بہت سارے ایسے ایونٹس بھی ہوتے ہیں جس میں چھوٹے چھوٹے اجزائے شکر کے بہت سارے آئٹم ہوتے ہیں۔ تو ان اجزائے اجزاء پر شکر کرنا، یہ ایک بات آئی تھی۔ اور دوسری جو بات آئی تھی کہ وہ یہ کہ جن سے بھی ہم کو اختلاف ہے اور علمی اختلاف ہے، اور وہ آخری حد تک اختلاف کیوں نہ ہو ، مگر ہم ان کا اعتراف ضرور کریں گے۔ اعتراف کرتے ہوئے ہم علمی تنقید کریں گے۔ یہ دو باتیں گویا کل ڈسکشن کے دوران آئیں تھیں۔ ہاں، دوستوں، یہ بہت امپورٹنٹ بات ہے۔ خود جو ہم سورہ پڑھ رہے ہیں، بنی اسرائیل ، حضرت موسیٰ اور ان کے واقعات، تو قرآن جو ہے، جہاں اہل کتاب پر تنقید کرتا ہے، وہاں کے واقعات کو بھی جو ہے بطور ماڈل کے پیش کرتا ہے۔ یعنی جو جگہ کریٹیسزم کی ہے، اس پر قرآن ضرور کریٹیسائز بھی کرتا ہے، لیکن اس کا مطلب یہ نہیں کہ وہ پوری طرح یہود کو یا اہل کتاب کو پوری طرح بے اعترافی کا پوائنٹ بناتا ہے۔ ایسا نہیں کرتا۔ جگہ جگہ قرآن کے اندر جو ہے، اہل کتاب کی تعریف ہے، منہم امت قائمۃ یتلون کتاب اللہ یعنی اللی والنہار کہا گیا، اور کہیں کہا گیا کہ جو ہے لیس و سوا، سب جو ہے اہل کتاب خراب نہیں ہیں۔ تو ان میں فاسق بھی ہیں، ان میں نیک بھی ہیں۔ قرآن جو ہے، اس طرح جگہ جگہ کریکشن کے ساتھ جو ہے ایکنالجمنٹ بھی دیتا رہتا ہے۔ جیسے وہاں ایک جگہ ہے، مودۃ الذین آمنوا الذین قالو انا نصاری، تو یہی سائنٹیفک ماڈل ہے۔ اصل میں کسی کے اعتراف کا مطلب یہ نہیں ہے کہ جو ہے ان کے اندر کوئی مسٹیک یا خطا نہیں ہے۔ ایسا مطلب نہیں ہوتا۔ اور کسی کے اندر خطا ہے کا مطلب یہ نہیں ہوتا کہ وہ پوری طرح اہ کوئی اس کی چیز ہے، انکار کی چیز ہے۔ تو قرآن کا طریقہ یہی ہے، اعتراف بھی اور جو ہے علمی تنقید بھی۔ یہ بہت اچھا اینگل ہے۔ صاحب، یہ تنقید کے ساتھ اعتراف ، یہ زبردست چیز ہے۔ مجھے لگ رہا ہے یہ تاریخ قلب کا ایک سورس بھی بن سکتا ہے، اور انفاء باللتی یا احسن کا ایک عکس بھی ہے۔ اس میں دکھتا ہے، اہ یہ زبردست ایک نئی ہماری لرننگ، اور اس سے یہ ہوگا کہ ہمارے دل میں جو بھی نیگیٹیوٹی ہو سکتی ہے، وہ ختم ہو سکتی ہے۔ بہت ہی زبردست یہ ہے۔ بالکل صحیح، یہی جو ہے صحت مند مزاج، یہی ہے جو اہل مغرب کی جو مادی ترقی ہے، اس کے پیچھے جو ہے راز یہی بتایا جاتا ہے۔ مشرق اور مغرب کا جو آج مادی ترقی میں جو ڈیفرنس ہے، اس کا ریزن مولانا نے جو ہے یہی بتایا ہے کہ ایک آرٹیکل میں کہیں سفر میں مولانا کی گفتگو ہوئی کسی ویسٹرنر آدمی سے، تو اس نے کہا کہ ہم ڈیسنٹ کو جو ہے ہولی رائٹ سمجھتے ہیں۔ ہر انسان کا اختلاف رائے رکھنا ، ڈس ایگری کرنا، تو ہم ہر انسان کا یہ جو ہے مقدس حق مانتے ہیں۔ اہل مغرب تو اس لیے جو ہے ہمارے پاس یہ ہے اسٹیبلٹی ہے مغرب میں، اس کے بجائے مشرق کے لوگ جو ہے ڈیسنٹ کو سپریس کرتے ہیں۔ تو اندر جو ہے بوائل ہوتا رہتا ہے، اور ایک دن وہ ڈسیبلٹی اور فائٹ وغیرہ میں ظاہر ہوتا ہے۔ تو تو وہ یہ ہیلتھی مزاج جو ہے دنیا کے معاملے میں اہل مغرب میں خوب ہے۔ ڈیسنٹ، ڈس ایگریمنٹ تو وہ وہاں ترقی پر پہنچایا۔ اگر وہ دین کے معاملے میں بھی ایسے ہی ہوگا، ہیلتھی اس کے ساتھ کوالٹی کے ساتھ، تو دین میں بھی فائدہ مند ہے۔ ڈس ایگریمنٹ وغیرہ تو یہاں گلبرگہ میں ایک مشہور اسکن اسپیشلسٹ ہیں، تو ایک مرتبہ یہاں بک فیئر ہوا تھا، تو اس میں وہ ہماری سٹال پر آئے تھے، تو انہوں نے ایک بہت ہی اچھا فیڈ بیک دیا تھا۔ کتابیں لیتے ہوئے ہماری ہماری پوری کمیونٹی جو ہے ایک ہی پیٹرن پر سوچتی ہے۔ کم سے کم ایک آدمی ان میں ایسا ہے جو ڈفرنٹ پیٹرن پر سوچتا ہے۔ سارے لوگ ایک انداز سے سوچیں تو کوئی بہت بڑی ترقی نہیں ہوگی۔ ان میں ایسے لوگ بھی ہونا چاہیے جو ڈس ایگری کرتے ہوں اپنی کمیونٹی سے۔ تو انہوں نے کہا ہے کہ مولانا وہ شخص ہیں ہمارے بیچ میں۔ سب لوگ ایک پیٹرن پر سوچتے ہیں، تو مولانا ایک اور پیٹرن پر سوچنے کی کوشش کرتے ہیں، اور یہی کسی ہیلتھی رزلٹ کا جو ہے یہ بنتے ہیں۔ ایسے ہی لوگ تو مجھے ان کا فیڈ بیک جو ہے بڑا ہی زبردست لگا تھا۔ ایسا فیڈ بیک مجھے کسی نے بھی نہیں دیا ابھی تک ۔ کسی بھی بک فیئر میں جو ہے ایسا بولنے والا کوئی آدمی نہیں ملا۔ یہ جو صاحب کی طرح تو صحیح بات ہی یہ ہے کہ سب لوگ ایک جیسا سوچیں تو کچھ بھی ہوگا نہیں۔ ڈفرنٹ سوچنے والے آدمی چاہیے۔ کریٹیکلی سوچے، کوئی تنقید کرے تو اسی سے غلطیاں اور اسی سے امپروومنٹ آتے ہیں۔ تو یہ ماحول جو ہے رسول اللہ اور اصحاب رسول میں بہت ہی صحیح انداز سے تھا۔ ایسا لگتا ہے جگہ جگہ رسول اللہ سے لوگ جو ہے ڈس ایگری کرتے ہیں ، بدر کے موقع پر، فلاں موقع پر۔ تو رسول اللہ سب کی سنتے ہیں اور جو بہتر رائے ہے اس کو اپناتے ہیں۔ انتباہ کے وقت تو یہ بہت ہی امپورٹنٹ بات ہے جو اسلام صاحب ذکر کر رہے ہیں۔ حضرت موسیٰ کے واقعے میں ایک نارمل لائف میں آدمی اس قابل رہتا ہے کہ وہ اپنے افیئرز کو مینج کرے، چیزوں کو ہینڈل کرے۔ یہ یہ سچویشن زندگی میں آتی ہے کہ انڈیویجول ہو یا کسی کمیونٹی کے خوابوں میں سچویشن نہیں ہوتی ہے، آؤٹ آف کنٹرول ہوتی ہے۔ ایسی صورت میں جہاں تک ہو سکے اپنی کوشش کرے اور اس کے بعد وہ خدا پر بھروسہ کرے۔ جب معاملہ اس کے کنٹرول سے باہر ہو، وہ اس کو اپنا ہیڈیک نہ بنائے ، اس کو وہ خدا کے اوپر چھوڑ دے۔ کوئی ایسی شکل سامنے آئے گی کہ انسان کی اپنی پلاننگ اور اپنی طاقت سے بھی زیادہ وہ ایونٹ ایفیکٹیو ہوگا۔ سچویشن بہت گمبھیر ہے کہ وہ قتل کریں گے موسیٰ علیہ السلام کے معاملے کو لے کر۔ جب تک بچانے کی صلاحیت ہے تو ان کو بچا لینا۔ جب ایسا لگے کہ اب معاملہ کنٹرول سے باہر ہے، اب اس سے زیادہ نہیں ہو سکتا، تو اس وقت کسی تابوت میں رکھ کر دریا میں ڈال دیں۔ آگے کا معاملہ ہم ہینڈل کر لیں گے۔ ام موسیٰ نے یہی کیا۔ جب تابوت وہاں پہنچا تو ال فرعون نے اس تابوت کو اٹھا لیا اور امرات فرعون نے اس کو اڈاپٹ کر لیا۔ اس معاملے میں خدا نے آؤٹ آف دی وے مدد کی۔ ام موسیٰ کی توسیع مفہوم اس کے اندر یہ ہے کہ انظار و تبشیر کا کام یا کریشن پلان کی طرف بلانے کا کام اور لوگوں کے ساتھ ویل وشن کرتے ہوئے جہاں تک ہماری سکت ہے، جب ہم مزید نہ کر پائیں، لیمیٹیشن آ جائے تو خدا ان ایکسپیکٹڈ ویکنسیز پیدا کرے گا۔ وہ ہمارے لیے اپرچونیٹی اور مواقع پیدا کرے گی۔ انسان اپنے کنٹرول سے باہر کی چیزوں پر فوکس نہ کرے۔ جہاں تک کنٹرول کر سکتا ہے، اس پر وہ فوکس کر سکے کرے۔ باقی خدا کے حوالے کر دے، وہی اسے ہینڈل کر لے گا۔ اس کی ایک مثال اس کی خریدی تاریخ میں کلونیل نیشن نے باقی سارے گلوب پر قبضہ کر لیا تو پوری دنیا میں اس کا ری ایکشن سامنے آیا، مسلم ورلڈ میں بھی اور غیر مسلم ورلڈ میں۔ کلونائزیشن کے خلاف پوری دنیا میں ان کے خلاف تشدد کی تحریکیں اٹھیں اور بہت زیادہ خون خرابہ ہوا کیونکہ کوئی بھی کلونائزر کے خلاف کچھ بھی کرنے کے پوزیشن میں نہیں تھا۔ لیکن کلونیل نیشن کو واپس جانا پڑا۔ واپس جانے کا ریزن لوگوں کا تشدد نہیں تھا۔ کلونیل نیشن کے بیچ میں آپس میں ڈفرنسز ہو گئے۔ فرسٹ ورلڈ وار اور سیکنڈ ورلڈ وار پیش آ گئی۔ ڈفرنٹ جگہ پر آپس میں ہی ٹکرا گئے۔ ہر ایک کے لیے اپنے اپنے الائنس بن گئے۔ آپسی ریسورسز کے قبضے کے لیے آپسی فائٹ اور جنگ ہوئی۔ اس کی وجہ سے وہ کمزور ہوئے اور انہیں واپس جانا پڑا۔ جو قومیں اپنی طاقت سے کرنا چاہ رہی تھیں، وہ ان کے بس میں نہیں تھا۔ ایسے واقعات ان کے بیچ پیش آئے کہ ان کو خود واپس جانا پڑا۔ عام طور پر دشمنوں سے جو پروٹیکشن ملتا ہے، وہ دوستوں سے، رشتہ داروں سے، چاہنے والوں سے ملتا ہے۔ لیکن موسیٰ کے واقعے میں یہ امیزنگ بات ہے کہ ان کو جو پروٹیکشن ملا، جس نے ان کو پروٹیکٹ کیا، وہ ان کا اینمی تھا۔ اللہ تعالی دنیا کے واقعات پر ڈومیننٹ ہے، اس لیے کوئی بھی شخص چاہے وہ صاحب علم ہو، صاحب طاقت کیوں نہ ہو، فیوچر میں پیش آنے والے واقعات کو کامیابی سے سکسیس فلی دیکھ نہیں پاتا ہے اور وہ واقعات اس کے لیے قابل پیشنگوئی نہیں ہوتے ہیں۔ حضرت یوسف کو بھی پروٹیکشن ملا، وہ دشمن نے نہیں دیا تھا، دوست نے دیا تھا۔ حضرت یوسف کو مجبور سمجھ کر پروٹیکشن دیا تھا۔ حضرت یوسف، حضرت ابراہیم، پیغمبر اسلام محمد رسول اللہ، ان سب کو ان کے چاہنے والوں کی طرف سے پروٹیکشن ملا۔ لیکن موسیٰ کا واقعہ ایکسیپشنل واقعہ ہے۔ اللہ نے ان کے دشمن کے ہاتھ سے ان کا پروٹیکٹ کیا۔ گویا اس میں میسج یہ ہے کہ کسی کو اتنا طاقتور مت سمجھو، تمہارے اپوزٹ آدمی کو یا اپونینٹ کو اتنا طاقتور مت سمجھو کہ اس کو خدا کے برابر سمجھنے لگو۔ عام طور پر انسان کا نیچر یہ ہے کہ وہ اپنے دشمن کو بہت زیادہ قابل اور طاقتور سمجھتا ہے۔ دشمنوں میں ایسے بہت سارے لوپ ہولز ہوتے ہیں جو اس کی ناکامی اور کمزوری کا سبب بنتے ہیں، چاہے وہ اچھا انسان ہو یا برا انسان۔ گویا ان ڈائریکٹ اللہ ریڈر آف دی قرآن کو یہ کہہ رہا ہے کہ اپنے دشمن کو اتنا زیادہ اوور ایسٹیمیٹ مت کرو کہ اس کی کوئی کمی ہی تم کو نہ دکھائی دے۔ بس اس کی طاقت ہی تم کو تم دیکھنے لگو۔ اس کے ساتھ ساتھ یہ بھی دیکھنا چاہیے کہ تمہارے اپونینٹ کی کمی کیا ہے۔ وہ کمی اس کے لیے پرابلم بنتی ہے۔ فرعون اور ہامان اور ان کا لشکر ہر لحاظ سے بہت ہی طاقتور تھا۔ اس کے باوجود وہ اپنا فیوچر پریڈکٹ نہ کر سکا کہ ان کا انجام کیا ہونے والا ہے۔ اس شخص کو انہوں نے پالا پوسا جو ان کے لیے غم اور گریف کا سبب بننے والا تھا۔ گویا مین اپوزیشن کو انہوں نے اپنے گھر میں پروٹیکٹ کیا۔ حضرت موسیٰ کا ایکسیپشنل ٹائپ کا ایونٹ تھا۔ قرآن میں فلا تخشون ہے: "مجھ سے ڈرو، ساری امپورٹنس اور اہمیت مجھے دو۔" جن سے تم ڈرتے ہو، ان کے اتنے لوپ ہولز ہیں اور اتنے ویل نیریٹیوز ہیں، اس کو وہ مینج نہیں کر پائے۔ جس کو بھی تم غالب سمجھ رہے ہو، اس ہڈن ویکنس کو اللہ ہر جگہ استعمال کرتا ہے۔ جس کو بھی تم غالب سمجھ رہے ہو، اس ہڈن ویکنس کو اللہ ہر جگہ استعمال کرتا ہے۔ کہا جا رہا ہے کہ اپنے مخالف کے ہڈن ویکنسز کو بھی سٹڈی کرو، وہی اس کے فیلیئر کا ذریعہ بن جائے گا۔ مولانا نے کسی آرٹیکل میں لکھا ہے کہ کئی انسیٹس وہ اپنے مخالف کو مارتے نہیں ہیں، اپنے انڈے انجیکٹ کرتے ہیں ان کے پیٹ میں یا ان کے جسم پر۔ وہ انڈے اینمی کے پیٹ میں نورش ہوتے ہیں، کمپلیٹ شیپ میں آ جاتے ہیں، اپنے ہی ہوسٹ کے پیٹ کو پھاڑ کر وہ باہر آ جاتے ہیں۔ نیچر کے اندر بھی اللہ نے اس کی مثالیں رکھی ہیں کہ اللہ اینمی کو خود ہوسٹ بناتا ہے، اپنے ہی اپوزیشن کی خدمت کرتا ہے۔ نیچر میں بھی اس کی مثال ہے اور موسیٰ کی زندگی میں بھی اس کی مثال ہے۔ لیکون معدوب وحزن آیت میں یہ ایکسٹرا آرڈنری اینگل ہے کہ اپنے ہی غم کو اپنے اینمی کو آدمی ہوسٹ کرنے لگے اور اس کو پتہ بھی نہ ہو کہ وہ کیا کر رہا ہے۔ اسی لیے خشیت الہی کا امپورٹنس ہے، خشیت دشمن کا امپورٹنس نہیں ہے۔ اپونینٹ کے خوف کو اچھی چیز نہیں کہا گیا ہے، خدا کے خوف پر سارا فوکس کرنے کے لیے کہا گیا ہے۔ دشمن اس قابل ہی نہیں کہ وہ ہر حال میں نقصان پہنچا سکے۔ بہت سارے اس کے ہڈن ویکنسز ہیں، وہ اس قابل ہی نہیں ہے کہ وہ کمپلیٹلی کسی دوسرے پر غلبہ پا سکے۔ پیراگراف کا میسج غالباً یہی ہے کہ کسی کو خوف میں خدا کے برابر نہ کر لو۔ سات تا نو والی آیتوں کو لے کر یہ گفتگو تھی۔ جی صاحب، وقت ہو گیا ہے۔ کل بھی ریویژن ڈے رکھنا ہے یا نیا پڑھنا ہے؟ کل کا کیا ہے؟ نیا پڑھیں گے یا ریویژن کریں گے؟ اور جو بچا ریویژن کر لیں گے۔ ٹھیک ہے، ٹھیک ہے۔ چلیں پھر کل ریویژن ڈے ٹو کریں گے اور بھی جو باتیں بچی ہوئی ہیں، اس کو ڈسکس کر دیں۔ شاہد صاحب، ٹھیک ہے۔ عامر صاحب، جی فیض صاحب، بالکل صحیح۔ چلیے، ٹھیک ہے۔ وقت ہو گیا ہے، کافی سمجھ گیا۔</w:t>
      </w:r>
    </w:p>
    <w:p/>
    <w:p>
      <w:pPr>
        <w:pStyle w:val="Heading1"/>
      </w:pPr>
      <w:bookmarkStart w:id="117" w:name="vg41"/>
      <w:bookmarkEnd w:id="117"/>
      <w:r>
        <w:t>The Story (Al-Qasas) - 28:7-9</w:t>
      </w:r>
    </w:p>
    <w:p>
      <w:bookmarkStart w:id="118" w:name="cl75"/>
      <w:bookmarkEnd w:id="118"/>
      <w:r>
        <w:rPr>
          <w:i/>
          <w:color w:val="77786F"/>
          <w:sz w:val="20"/>
        </w:rPr>
        <w:t>15 Jul 2026 (Urdu)</w:t>
      </w:r>
    </w:p>
    <w:p>
      <w:pPr>
        <w:jc w:val="right"/>
        <w:bidi/>
      </w:pPr>
      <w:r>
        <w:rPr>
          <w:rFonts w:ascii="Noto Nastaliq Urdu" w:hAnsi="Noto Nastaliq Urdu" w:eastAsia="Noto Nastaliq Urdu" w:cs="Noto Nastaliq Urdu"/>
          <w:sz w:val="26"/>
          <w:rtl/>
          <w:lang w:bidi="ur"/>
        </w:rPr>
        <w:t>پیراگراف میں جو خاص سبق موجود ہے، اس کا ذکر اس سے پہلے کی سورہ، سورہ النمل میں تھا۔ وَمَكَرُّوا مَكْرًا وَمَكَرْنَ مَكْرًا وَهُمْ لَا يُشْعُرُونَ انہوں نے کانسپریسی کی، اور ہم نے بھی کانسپریسی کی، اور ان کو اس کا شعور نہیں تھا، اس کی خبر نہیں تھی۔ تو غالباً اس پیراگراف میں یہ بات کہی جا رہی ہے کہ جب سچویشن کسی انسان کی آؤٹ آف ہینڈل ہو ، یعنی انسان جو ہے نارمل زندگی میں تو اس قابل رہتا ہے کہ وہ چیزوں کو ہینڈل کرے، اور جو ہے مینج کرے اپنے افیئرز کو ، لیکن کبھی ایسی سچویشن بھی آتی ہے زندگی میں، انڈیویجول اور کسی کمیونٹی کے، کہ سچویشن ان کے قابو میں نہیں ہوتی، آؤٹ آف کنٹرول ہوتی ہے۔ تو گویا کہ آیت یہ کہہ رہی ہے کہ جب کسی بھی انسان کی سچویشن آؤٹ آف کنٹرول ہو ، تو وہ ایسی صورت میں جو ہے جہاں تک ہو سکے اپنی کوشش کرے، اور اس کے بعد جو ہے خدا پر بھروسہ کرے۔ جب معاملہ اس کے کنٹرول کے باہر ہو، تو اس وقت وہ اس کو بہت زیادہ اپنا ہیڈیک نہ بنائے، چھوڑ دے وہ اس کو خدا کے اوپر۔ کوئی ایسی شکل سامنے آئے گی کہ جو ہے وہ انسان کی اپنی پلاننگ اور اپنی طاقت سے بھی جو ہے زیادہ ایفیکٹیو ہوگا، وہ واقعہ یا وہ ایونٹس۔ تو اس سورہ میں جو ہے نا، اس پیراگراف میں یہی بات ہے غالباً، یعنی حضرت موسیٰ کی ماں سے اللہ تعالیٰ کہہ رہا ہے کہ جو ہے سچویشن بہت گمبھیر ہے کہ وہ میل لڑکوں کو، میل بچوں کو قتل کرتے ہیں۔ تو جب تک تم کو بچانے کی صلاحیت ہے، طاقت ہے، بچا لینا۔ لیکن جب ایسا لگے کہ جو ہے معاملہ کنٹرول سے باہر ہے، اب اس سے زیادہ نہیں ہو سکتا ہے، تو اس وقت تم جو ہے اس کو کسی تابوت میں رکھ کر اس دریا میں ڈال دینا، آگے کا معاملہ ہم ہینڈل کر لیں گے۔ تو ام موسیٰ نے جو ہے یہی کیا۔ تو آیت یہ کہہ رہی ہے کہ جب تابوت وہاں پہنچا، آگے تو آلِ فرعون نے اس کو اٹھا لیا، تابوت کو، اور جب محل میں وہ لے گئے تو امراتِ فرعون کو وہ لڑکا بہت پسند آ گیا، اس پر بہت رحم آ گیا، یعنی آلِ فرعون نے اٹھا لیا اور امراتِ فرعون نے اڈاپٹ کر لیا۔ تو گویا کہ اللہ تعالیٰ نے جو ہے ایک مولانا جس کو کہتے تھے، آؤٹ آف دا وے جا کر مدد کرنی، تو اس معاملے میں جو ہے اللہ تعالیٰ نے آؤٹ آف دا وے مدد کی ، ام موسیٰ کی۔ تو ایکسٹینڈڈ معنی میں اللہ تعالیٰ جو ہے غالباً یہ لینے کے لیے کہہ رہا ہے، مثال کے طور پر جو ہے ہم ایسا کہہ سکتے ہیں کہ انظار اور تبشیر کا کام کرو، لوگوں کی ویلوشنگ کرو، اور کریشن پلان کی طرف بلاؤ، جہاں تک تمہاری یہ سکت ہے۔ لیکن جب ایسا لگے کہ اس سے زیادہ مزید نہیں ہو سکتا، لیمیٹیشن آ گئی، تو پھر معاملہ خدا کے حوالے کر دو۔ خدا جو ہے ان ایکسپیکٹڈ یہ پیدا کرے گا، ویکنسیز، اور وہ ان ایکسپیکٹڈ ویکنسیز جو ہے تمہارے لیے اپرچونیٹی پیدا کرے گی۔ گویا کہ آیت کا مطلب یہ ہے کہ انسان اپنے آپ کو بہت زیادہ کنٹرول سے باہر کی چیزوں پر فوکس نہ کرے، جہاں تک کنٹرول ہے اس پر فوکس کرے، باقی وہ خدا کے حوالے کر دے، وہی اس کو ہینڈل کر لے گا۔ جیسے اس کی ایک مثال جو ہے قریبی تاریخ میں جو ہے کالونائزیشن، کالونیل نیشن نے جو ہے مسلم ورلڈ اور باقی سارے گلوب پر جو ہے یہ کر لیا، قبضہ کر لیا، تو پوری دنیا میں اس کا ری ایکشن سامنے آیا، مسلم ورلڈ میں بھی اور غیر مسلم ورلڈ میں بھی، کالونائزیشن کے خلاف۔ تو ہر جو ہے ان کے خلاف تشدد کی تحریکیں اٹھیں پوری دنیا میں، اور بہت زیادہ خون خرابہ ہوا، کیونکہ کوئی بھی اس پوزیشن میں نہیں تھا، کالونائزر کے خلاف میں جو ہے کچھ کرنے کے لیے۔ لیکن جو ہے کالونیل نیشن کو جو ہے واپس جانا پڑا، جانے کا ریزن جو ہے لوگوں کا تشدد نہیں تھا، ان کے آپس میں جو ہے ان کے بیچ میں ڈفرنسز ہو گئے، کالونیل نیشنز کے بیچ میں، اور ورلڈ وار فرسٹ اور سیکنڈ ہو گئی، تو آپس میں ہی ٹکرا گئے، ڈفرنٹ جگہ پر، ہر ایک کے اپنے اپنے الائنس بن گئے، اور آپسی ریسورسز پر قبضے کے لیے جو ہے ان کے بیچ میں فائٹ ہوئی، جگہ جگہ۔ تو وہ آپس کی جنگوں کی وجہ سے جو ہے گئے، جانا پڑا، اور ان کی یہ کمزور ہو گئی۔ تو جو کام دنیا کی قومیں جو ہے اپنی طاقت سے کرنا چاہ رہی تھیں، وہ ان کے بس میں نہیں تھا۔ لیکن جو ہے ایسے واقعات خود انہی کے بیچ میں پیش آئے کہ ان کو خود واپس جانا پڑا، اپنے پروونسز چھوڑ کر۔ تو یہ ایک بہت ہی قریبی تاریخ میں جو ہے ایک واضح مثال ہے کہ کس طرح انسان جو ہے کسی کام میں فیل ہو جاتے ہیں، اور پھر جو ہے چھوٹے سے واقعات وہاں پر نمودار ہوتے ہیں، اور وہ مسئلہ جو ہے سالو ہو جاتا ہے۔ انفرادی زندگیوں میں بھی یہ سب انسانوں کے ساتھ اس طرح خدا پیش آتا ہے جیسے ام موسیٰ کے ساتھ یہاں پیش آیا۔</w:t>
      </w:r>
    </w:p>
    <w:p/>
    <w:p>
      <w:bookmarkStart w:id="119" w:name="cl76"/>
      <w:bookmarkEnd w:id="119"/>
      <w:r>
        <w:rPr>
          <w:i/>
          <w:color w:val="77786F"/>
          <w:sz w:val="20"/>
        </w:rPr>
        <w:t>16 Jul 2026 (English)</w:t>
      </w:r>
    </w:p>
    <w:p>
      <w:pPr>
        <w:jc w:val="right"/>
        <w:bidi/>
      </w:pPr>
      <w:r>
        <w:rPr>
          <w:rFonts w:ascii="Noto Nastaliq Urdu" w:hAnsi="Noto Nastaliq Urdu" w:eastAsia="Noto Nastaliq Urdu" w:cs="Noto Nastaliq Urdu"/>
          <w:sz w:val="26"/>
          <w:rtl/>
          <w:lang w:bidi="ur"/>
        </w:rPr>
        <w:t>Reading finished. یے اندر سب اس پیراگراف میں ایک جو بات نوٹیسیبل ہے، وہ یے ہے کہ جو ہے بلیمیوم، یے ہوتا ہے کہ آدمی کو ہیلپ اور مدد جو ہے، اسکے دوستوں سے وغیرہ سے آتی ہے۔ یانی دشمنوں، دشمنوں سے جو پروٹیکشن ملتا ہے، وہ آمتور پر چاہنے والوں سے ملتا ہے۔ لیکن حضرت موسیٰ کے واقعے میں جو ہے، یہ ایک امیزنگ بات ہے کہ انہوں کو پروٹیکشن دیا گیا، خود انہیں کے اپنے انیمی کی طرف سے۔ انیمی خود جو ہے، پروٹیکٹ کیا انہوں کو۔ یانی کوئی بھی انسان جو ہے، کتنا بھی صاحبے-صاحبے-علم ہو اور کتنا بھی طاقتور ہو ، گویا کہ وو اس پوزیشن میں نہیں ہے کہ جو ہے، آنے والے واقعات کو جو ہے، پوری طرح دیکھ سکے۔ چاہے ہم کسی کو کتنا بھی صاحبے-علم اور صاحبے-طاقت کچھ بھی مانتے ہوں، لیکن اللہ تالا قرآن میں کہتا ہے، "الله غالب علی امره"۔ اللہ جو ہے، دنیا کے معاملات پر ڈومینٹ ہے۔ فیوچر میں کیا پیش آنے والا ہے، وو کوئی بھی انسان جو ہے، سکسیسفلی دیکھ نہیں پاتا۔ فیوچر جو ہے، بہت ساری اسکے واکیات جو ہے، انسان کے لیے یے نہیں ہوتے، کابلے پیشنگوئی نہیں ہوتے۔ تو یہاں اجیب واکیہ ہوا کہ جو ہے، حضرت یوسف کو بھی مصر میں جو ہے، پروٹیکشن ملا۔ لیکن وو پروٹیکشن جو ہے، دشمن نے نہیں دیا تھا، دوست نے دیا تھا۔ اسنے جو ہے، حضرت یوسف کو مجبور سمجھ کر پروٹیکشن دیا تھا۔ اور ایسے قرآن میں کئی واکیات ہیں، حضرت یوسف، حضرت ابراہیم، رسول اللہ، تو ان سبکو پروٹیکشن ملا ان کے چاہنے والوں کی طرف سے۔ لیکن موسیٰ کا واقعہ جو ہے، ایکسیپشنل واقعہ ہے۔ اللہ تالا نے وہاں انہیں پروٹیکٹ کیا، خود انکے اپنے دشمن کے ہاتھ سے۔ تو گویا کہ میسج یہ ہے کہ کسی کو بھی اتنا طاقتور مت سمجھو، تمہارے اپوزٹ آدمی کو یا تمہارے اپونینٹ کو۔ اتنا طاقتور مت سمجھو کہ جو ہے، اسکو تم خدا کے برابر سمجھنے لگو۔ یعنی عام طور پر انسان کا نیچر یہ ہے کہ اپنے دشمن کو بہت زیادہ یہ سمجھتا ہے، قابلِ قابل اور طاقتور۔ لیکن کوئی بھی دشمن جو ہے، اتنا قابل اور اتنا طاقتور نہیں ہے کہ وہ سارے اینگل سے جو ہے، پاورفل ہو۔ ایسے بہت سارے لوپ ہول ہوتے ہیں دشمن میں، جو اسکے لیے جو ہے، کمزوری کا سبب بنتے ہیں۔ اسکی ناکامی اور کمزوری کا۔ ہر-ہر اسمیں ہوتے ہیں، ہر انسان میں۔ چاہے وو اچھا انسان ہو، چاہے برا انسان ہو۔ تو گویا کہ اللہ تالا انڈائریکٹ ریڈر آف د قرآن کو یے کہ رہا ہے، قرآن کے خواری کو یے کہ رہا ہے کہ اپنے دشمن کو جو ہے، اتنا زیادہ اوور یے مت کرو۔ اوور ایسٹیمیٹ مت کرو کہ اسکی کوئی کمی ہی تمکو دکھائی نا دے۔ بس اسکی طاقت اور قوت ہی دیکھنے لگو۔ اسکے ساتھ-ساتھ یے بھی دیکھنا چاہیے کہ اسکی کمی کیا ہے۔ تمہارے اپوننٹ کی کمی کیا ہے۔ وو کمی خود جو ہے، اسکے لیے پرابلم بنتی ہے۔ تو حضرت موسیٰ کے کیس میں یہی دیکھنے میں آ رہا ہے کہ فرعون اور ہامان جو ہے، فرعون، ہامان اور ان کا لشکر بہت ہی طاقتور تھا ہر لحاظ سے۔ لیکن وو اتنی طاقت کے باوجود جو ہے، اپنا فیوچر پریڈکٹ نہیں کر سکا کہ ان کا کیا انجام ہونے والا ہے۔ تو اسی شخص کو انہوں نے پالا-پوسا، جو ان کے لیے غم اور گریف کا سبب بننے والا تھا۔ گویا کہ اپنے میں اپوزیشن کو جو ہے، انہوں نے اپنے گھر میں پروٹیکٹ کیا اور نورش کیا۔ تو یہ بہت ہی ایکسیپشنل ٹائپ کا ایونٹ ہے حضرت موسیٰ کا ۔ اور قرآن میں جو ہے، "اللہ تخشنا سبنی" ہے۔ لوگوں سے مت ڈرو۔ اللہ تعالیٰ کہتا ہے کہ مجھ سے ڈرو۔ مجھے جو، مجھے دو ساری امپورٹنس اور اہمیت۔ کیونکہ جن سے تم ڈرتے ہو ، ان کے اندر اتنی ولنریبلٹیز ہیں، اتنے لوپ ہولز ہیں کہ وہ مینیج نہیں کر پائیں گے۔ جس سے جس کو بھی تم تاقتور اور غالب سمجھ رہے ہو، اس کے اندر اتنے ہڈن ویکنس ہیں کہ تم اس کو یہ نہیں کر پاتے، ایسٹیمیٹ نہیں کر پاتے۔ تو وہ ہڈن ویکنس کو جو ہے، اللہ تعالیٰ استعمال کرتا ہے ہر جگہ۔ تو گویا کہ یہ کہا جا رہا ہے کہ جو ہے، اپنے مخالف کے جو ہے، ہڈن ویکنسز کو بھی سٹڈی کرو۔ وہی جو ہے، اس کے پروبلم کا یہ بن جائیں گے۔ اس کے فیلیور کا ذریعہ بنیں گے۔ مولانا نے کسی آرٹیکل میں ذکر کیا تھا کہ ایسے بہت سارے انسیکٹس ہیں، وو جو ہے، اپنے مخالف کو کچھ مارتے-کرتے نہیں ہیں، بلکہ وو اپنے اسکے ذریعے جو ہے، اس میں اپنے انڈے انجیکٹ کرتے ہیں، اسکے پیٹ میں یا ان کے جسم پر ۔ تو وو انڈے جو ہے، ان کے ایننی کے پیٹ میں جو ہے، وو نورش ہوتے ہیں۔ اور جب وو پوری طرح یے ہوتے ہیں، کمپلیٹ شیپ میں آ جاتے ہیں، تو اپنے ہی ہوسٹ کے پیٹ کو جو ہے، فاڑ کے وو اس سے باہر آتے ہیں۔ تو تو نیچر کے اندر بھی اللہ تالا نے جو ہے، اسکی مثالیں رکھی ہیں کہ اللہ تالا جو ہے، خود انیمی کو جو ہے، ہوسٹ بناتا ہے۔ اور انیمی جو ہے، ہوسٹ بنکے خدمت کرتا ہے اپنی ہی اسکی اپوزیشن کی۔ نیچر میں بھی اسکی مثالیں ہیں اور موسیٰ کی زندگی میں بھی اسکی مثال ہے۔ اور اس آیت میں لیا، "کون ہ ز" بہت ہی زیادہ جو ہے، ایکسٹراآرڈنری اینگل ہے آیت کے اندر کہ اپنے ہی انیمی اور اپنے ہی غم کو آدمی ہوسٹ کرنے لگے اور اسکو پتہ بھی نہ ہو کہ وو کیا کر رہا ہے۔ تو اسیلیے جو ہے، خشیت الاہی کونس ہے۔ خشیت دشمن کونس نہیں ہے۔ اپونینٹ کا خوف جو ہے، یے یہ نہیں ہے۔ اسکو اچھی چیز نہیں کہا گیا۔ خدا کے خوف کو جو ہے، سارا فوکس کرنے کے لیے کہا گیا کہ دشمن جو ہے، اس قابل ہی نہیں ہے کہ وو ہر حال میں نقصان پہنچا سکے۔ بہت ساری اسکی اپنے ہڈن ویکنس ہے۔ وو اس قابل نہیں ہے کہ جو ہے، کمپلیٹ غلبہ پا سکے کسی دوسرے پر۔ خشیت انسانی کے مقابلے میں خشیت الہی کی حکمت کیا ہے؟ بہت زبردست طریقے سے واضح ہوئی کہ انسان کا جو ہڈن ویکنس ہے، یہ اس کو ناقابل بنا دیتا ہے کہ اس سے خوف کھایا جائے، اس سے خوف کیا جائے۔ ہاں، بالکل یہی بات ہے غالبن اسکے اندر کہ کوئی بھی مخالف جو ہے، اتنا طاقتور نہیں ہے کہ وو خدا کے برابر ہو جائے۔ اس طرح نہیں لینا چاہیے کسی کو بھی ، کیونکہ وو مخالفت کے باوجود، طاقت کے باوجود جو ہے، ہزاروں ٹائپ کی ویکنس ہے اسکے اندر۔ تو ایسی صورت میں جو ہے، کسی کو اتنا زیادہ طاقتور سمجھنا کہ خدا سے زیادہ اسکا خوف آپ پر سوار ہو، یے کوئی بات نہیں ہے۔ گالبن جو ہے، یے پیراگراف سے یہی میسج ہے کہ کسی کو خوف میں جو ہے، خدا کے برابر نہ کر لو ۔</w:t>
      </w:r>
    </w:p>
    <w:p/>
    <w:p>
      <w:pPr>
        <w:pStyle w:val="Heading1"/>
      </w:pPr>
      <w:bookmarkStart w:id="120" w:name="vg42"/>
      <w:bookmarkEnd w:id="120"/>
      <w:r>
        <w:t>The Story (Al-Qasas) - 28:10-14</w:t>
      </w:r>
    </w:p>
    <w:p>
      <w:bookmarkStart w:id="121" w:name="cl77"/>
      <w:bookmarkEnd w:id="121"/>
      <w:r>
        <w:rPr>
          <w:i/>
          <w:color w:val="77786F"/>
          <w:sz w:val="20"/>
        </w:rPr>
        <w:t>17 Jul 2026 (Urdu)</w:t>
      </w:r>
    </w:p>
    <w:p>
      <w:pPr>
        <w:jc w:val="right"/>
        <w:bidi/>
      </w:pPr>
      <w:r>
        <w:rPr>
          <w:rFonts w:ascii="Noto Nastaliq Urdu" w:hAnsi="Noto Nastaliq Urdu" w:eastAsia="Noto Nastaliq Urdu" w:cs="Noto Nastaliq Urdu"/>
          <w:sz w:val="26"/>
          <w:rtl/>
          <w:lang w:bidi="ur"/>
        </w:rPr>
        <w:t>السلام علیکم ، ایاز صاحب، دو پوائنٹس میرے ذہن میں آ رہے ہیں، اس میں ہمیں گائیڈ بھی کر سکتے ہیں آپ؟ ایک نقطہ یہ ہے کہ مولانا کا بہت ہی پرمعنی یہ سینٹنس: "موجودہ امتحان کی دنیا میں اللہ تعالیٰ کی مرضی کا ظہور عام طور پر اسباب کے انداز میں ہوتا ہے، نہ کہ طلسمات اور خوارق کے انداز میں۔" سورہ طہ کی ایک آیت میں موسیٰ علیہ السلام سے متعلق اللہ مخاطب ہو کر کہتے ہیں: "وَاسْتَنَعْتُكَ لِنَفْسِي" موسیٰ، میں نے تم کو اپنے لیے ڈیزائن کیا، آپ کی پرورش وغیرہ بنایا۔ اور یہاں ہے: "وَكَذَٰلِكَ نَزِّلْ مُحْسِنِينَ" اسی طرح ہم نیکی کرنے والوں کو بدلہ دیتے ہیں۔ تو ظاہر ہے وہی مولانا کی بات کہ اسباب کا اندازہ اسباب کی دنیا سے گزر کر، امتحان کی دنیا سے گزر کر ہی انسان جو ہے محسن بن سکتا ہے۔ ایک یہ پوائنٹ ہے کہ اللہ تعالیٰ سے چاہنا، دعا کرنا کہ ہمیں توفیق ملے اور اس کے لیے کوشش بھی ہو جائے انسان۔ دوسرا پوائنٹ یہ ذہن میں آ رہا ہے، ایاز صاحب، کہ موسیٰ علیہ السلام کی پرورش پر داخل اور ان کو رول نبھانے میں جو عورتوں کا کردار وہ خاص طور پر لگ رہا ہے کہ ماں کا کردار ہوتا ہی ہوتا ہے، پھر بہن اس میں لگتی ہے، پھر فرعون کی بیوی کو اللہ نے سلیکٹ کیا اور وہ بھانپ سکی۔ عصا جب لوگ بس نیگیٹیوٹی میں جی رہے تھے تو وہ پازیٹیو تھی کہ اس بچے میں ہمارے لیے کوئی فائدہ مند چیز ہو سکتی ہے، تو اللہ نے اس کو اس کا اجر بھی دیا، اس کو ایمان کی توفیق دی۔ یہ ذہن میں آ رہا تھا۔ السلام علیکم۔</w:t>
      </w:r>
    </w:p>
    <w:p>
      <w:pPr>
        <w:jc w:val="right"/>
        <w:bidi/>
      </w:pPr>
      <w:r>
        <w:rPr>
          <w:rFonts w:ascii="Noto Nastaliq Urdu" w:hAnsi="Noto Nastaliq Urdu" w:eastAsia="Noto Nastaliq Urdu" w:cs="Noto Nastaliq Urdu"/>
          <w:sz w:val="26"/>
          <w:rtl/>
          <w:lang w:bidi="ur"/>
        </w:rPr>
        <w:t>جی شاہ صاحب، وعلیکم السلام۔ پہلا والا ایک مرتبہ اور بتائیے اور وضاحت، دوسرا والا تو سمجھ میں آ گیا کہ خواتین کا رول رہا ہے، بہت ہی یونیک ہے۔ پہلا والا بتائیے۔</w:t>
      </w:r>
    </w:p>
    <w:p>
      <w:pPr>
        <w:jc w:val="right"/>
        <w:bidi/>
      </w:pPr>
      <w:r>
        <w:rPr>
          <w:rFonts w:ascii="Noto Nastaliq Urdu" w:hAnsi="Noto Nastaliq Urdu" w:eastAsia="Noto Nastaliq Urdu" w:cs="Noto Nastaliq Urdu"/>
          <w:sz w:val="26"/>
          <w:rtl/>
          <w:lang w:bidi="ur"/>
        </w:rPr>
        <w:t>جی پہلے والے میں مجھے سورہ طہ کا وہ پوائنٹ یاد آیا کہ موسیٰ علیہ السلام سے متعلق اللہ کہتے ہیں: "موسیٰ کو مخاطب کرتے ہوئے وَاسْتَنَعْتُكَ لِنَفْسِي" تو میرے ہاں جو اس کا ترجمہ تھوڑا بنے گا ہو سکتا ہے صحیح ہو: "میں نے تم کو ڈیوائز کیا اپنے لیے ، تم کو بنایا اپنے لیے تاکہ تم میرا کام کریں۔ " تو یہاں ہے: "وَكَذَٰلِكَ نَزِّلْ مُحْسِنِينَ" جو نیکی کرتے ہیں، کام کو اچھی طرح نبھاتے ہیں، ان کو ہم ایسے بدلہ دیتے ہیں کیونکہ ان کو حکمت ملی، علم ملا۔ تو مولانا کی بات بالکل صحیح ہے کہ یہ امتحان کی دنیا ہے، یہاں اللہ کی مرضی جو ہے وہ اسباب کے انداز میں ہوتی ہے۔ اور ظاہر ہے موسیٰ علیہ السلام اس اسباب کی دنیا سے گزرے، امتحانات سے گزرے، تبھی وہ محسن بن سکے، اور یا تبھی وہ جب انہوں نے اس کے بعد اپنے محسن ہونے کا ایک ٹیسٹ پاس کیا۔ بس یہ ہلکی سی بات ہے۔ جی وہ بتانا چاہتا ہوں۔</w:t>
      </w:r>
    </w:p>
    <w:p>
      <w:pPr>
        <w:jc w:val="right"/>
        <w:bidi/>
      </w:pPr>
      <w:r>
        <w:rPr>
          <w:rFonts w:ascii="Noto Nastaliq Urdu" w:hAnsi="Noto Nastaliq Urdu" w:eastAsia="Noto Nastaliq Urdu" w:cs="Noto Nastaliq Urdu"/>
          <w:sz w:val="26"/>
          <w:rtl/>
          <w:lang w:bidi="ur"/>
        </w:rPr>
        <w:t>جی شاہ صاحب، وہ آپ کا دوسرا پوائنٹ جو ہے بہت صحیح لگ رہا ہے۔ ہاں، بہن اور امرات فرعون، اور پھر بعد میں جو ہے بنات شیخ مدین، مدین کی بنات، سب جگہ جو ہے حضرت موسیٰ کے معاملے میں انٹروین کرتے ہیں۔ پیراگراف میں دو باتیں سمجھ میں آ رہی ہیں۔ ایک ایک بات تو یہ ہے کہ جو ہے اگر انسان جزا فضا سے بچے، یعنی بے بے قابو ہونا، ڈیفیکلٹ ٹائپ میں مش کل وقت میں بے قابو اپنے دل کو بچا لے، تو اس کو اللہ تعالیٰ جو ہے کوئی آئیڈیا الہام کرے گا۔ اگر انسان اپنے آپ کو جو ہے اس سے بچا لیا ، ریفائی ہونے سے، تو ایسے دل پر جو ہے اللہ تعالیٰ نئے نئے آئیڈیا ریویل کرے گا۔ تو ام موسیٰ جو ہے جب اپنے آپ کو کنٹرول کر پائی اور انہوں نے اپنے آپ کو پیسیفائی کیا، تو اللہ تعالیٰ جو ہے ان کے دل پر رہنا۔ تو معلوم یہ ہوا کہ جو ہے خدا کا جو الہام یا انسپریشن جو ہے ان لوگوں پر آئے گا جو اپنے آپ کو جزا فضا سے بچائیں، زندگی میں جو حالات کے موقع پر جو ہے بے صبری کا شکار نہ ہوں۔ تو ضرور وہاں جو ہے اللہ تعالیٰ کوئی آئیڈیا ان کو دیتا ہے۔ تو یہاں ایسے ہی ہوا، وہ ایموشنل ہو رہی تھی، اللہ تعالیٰ نے جو ہے ان کو توفیق دی ایموشنل ہونے سے بچنے کی۔ پھر جو ہے ایک آئیڈیا آیا کہ ایک تابوت میں ڈال کر دیکھتے ہیں، کیونکہ کارندے یہاں محلے میں پہنچیں گے تو وہ آئیڈینٹیفائی کر لیں گے۔ تو ایک آئیڈیا یہ آیا کہ جو ہے شاید بنی اسرائیل جو ہے جس گھیٹوز میں رہتے تھے، تو انہوں نے جو ہے وہاں سے ان کو دور کر دیا۔ ہو سکتا ہے کہیں اور پہنچ جائے کہ کسی اور ولیج میں یا کسی اور جگہ پہنچ جائے جہاں کوئی ان کو رام کھا کے اٹھا لے۔ تو تو ایسے ہی کیا انہوں نے، اور وہ بالکل صحیح ہوا۔ شاید انہوں نے سوچا نہیں ہوگا اتنی بہترین جگہ وہ پہنچیں گے، کسی دیہات میں پہنچ جائے گا باکس اور کوئی اٹھا لیں گے، پال لیں گے۔ اس طرح جو ہے ام موسیٰ کے ذہن میں یہ بات آئی۔ تو آپ لوگ بھی زندگی میں دیکھتے ہیں، عام طور پر جب ہم نے جزا فضا سے اپنے آپ کو بچایا اور جو ہے اپنے آپ کو ایک صابر انسان بنایا، تو جو ہے اللہ تعالیٰ کی مدد یا نئے آئیڈیاز جو ہے وہ ملتے ہیں ہم کو۔ اور جس موقع پر ہم نے جزا فضا دکھائی، تو اس وقت جو ہے کوئی فائدہ نہیں ہوا۔ تو یہ بہت ہی ایک امپورٹنس لگ رہا ہے ام موسیٰ کی زندگی سے کہ خدا کے الہام کا ریسیپینٹ وہ بنیں گے جو اپنے آپ کو اس سے بچائیں، ایموشنل ہونے سے۔ ایموشنل ہوں گے تو معاملات بگڑیں گے، جیسے یہاں پہ تبدی بھی کہا گیا۔ تو ریسیپینٹ بننے کے لیے پہلی شرط یہ ہے کہ آدمی اپنے آپ کو ایموشنیلٹی سے دور رکھے۔ مولانا کی زندگی میں بھی جو ہے ایسے کئی موقع ہیں، جیسے بابری مسجد کا موقع تھا۔ تو بابری مسجد کے موقع پر جو ہے مولانا کی اسٹیٹمنٹ کو لے کر لوگوں نے جو ہے بہت ہی مولانا کے خلاف ہوا کھڑا کیا کہ یہ مولانا کہتے ہیں کہ جو ہے مسجد ہم ہینڈ اوور کر دیں۔ تو اس کے بعد جو مولانا کے جو یہ بنے مخالفین کے مخالفت کی وجہ سے جو حالات آپ وغیرہ کہتے ہیں کہ جو ہے نا انتہائی ٹف تھے، کوئی آتا جاتا نہیں تھا مولانا کے پاس اس کے بعد۔ اور میگزین کی پرنٹنگ بھی جو ہے بہت ہی ریڈیوس ہو گئی تھی، اس کوانٹٹی تو بہت دن تک ایسا رہا، بالکل ایسا لگتا تھا جیسے سناٹا چھا گیا ہو۔ لیکن جو ہے مولانا نے جو ہے نا تھامے رکھا، مولانا نے اور مولانا کی فیملی نے اپنے آپ کو۔ تو پھر اللہ تعالیٰ نے جو ہے نئے حالات پیدا کیے، نئے لوگ دیے، جو بھی ڈیمولیشن سے پہلے جو لوگ تھے وہ ہٹ گئے۔ اللہ تعالیٰ نے جو ہے پھر نئے ہیلپر اور نئے یہ دے دیے مولانا کو سپورٹرز۔ تو تو ایسے ٹف حالات جو ہے داعی کی زندگی میں ضرور آتے ہیں، اگر وہ اپنے آپ کو تھام لے تو پھر وہ جو ہے بادل چھٹ جاتے ہیں اور نئی مدد جو ہے اترتی ہے خدا کی طرف سے۔ تصویر کا فتنہ اس وقت بھی ایسے ہی حالات پیدا ہوئے تھے۔</w:t>
      </w:r>
    </w:p>
    <w:p/>
    <w:p>
      <w:bookmarkStart w:id="122" w:name="cl78"/>
      <w:bookmarkEnd w:id="122"/>
      <w:r>
        <w:rPr>
          <w:i/>
          <w:color w:val="77786F"/>
          <w:sz w:val="20"/>
        </w:rPr>
        <w:t>28 Jul 2026 (Urdu)</w:t>
      </w:r>
    </w:p>
    <w:p>
      <w:pPr>
        <w:jc w:val="right"/>
        <w:bidi/>
      </w:pPr>
      <w:r>
        <w:rPr>
          <w:rFonts w:ascii="Noto Nastaliq Urdu" w:hAnsi="Noto Nastaliq Urdu" w:eastAsia="Noto Nastaliq Urdu" w:cs="Noto Nastaliq Urdu"/>
          <w:sz w:val="26"/>
          <w:rtl/>
          <w:lang w:bidi="ur"/>
        </w:rPr>
        <w:t>السلام علیکم خیر صاحب، صحیح بات فرمائی آپ نے۔ تو اللہ تبارک و تعالی ایسے بندوں کے لیے، غالباً میں صحیح کہوں یا نہیں، کہ ٹوٹل سبمیشن کے لیے راستہ کھولتے ہیں۔ تو جس طرح وہاں لَكَ إِلَّا تَفْرَحُوا عَلَى مَا تَكُونُونَ تو ان کو صحیح سٹریم لائن کرنے کے لیے ڈیوائن انٹروینشن ہوتی ہے۔ یہ صحیح بات ہے، اور آپ نے ہسٹری کے واقعات بتائے، اور یہاں حضرت موسیٰ کی زندگی سے متعلق واقعات۔ تو اگر وہ بس محل میں رہتے تو ظاہر ہے وہ اللہ کو یہ طے کرنا تھا کہ ان میں ٹوٹل سبمیشن اور زبردست 100، جس کو کہیں گے 100 پرسنٹ، ان میں گاڈ فیئرنگ، گاڈ ٹرسٹ، ان پر ٹرسٹ، اللہ کا ٹرسٹ، وہی کار فرما ہے۔ یہ چیز ان میں پیدا ہو جائے، بہت ہی زبردست چیز ہے۔ اور دوسری چیز جو آپ پچھلے دنوں ہم ڈسکس کر چکے، وہ اس بزرگ کی دو بیٹیوں میں سے ایک بیٹی اپنے والد صاحب کے پاس یہ سفارش کرتی ہے، اور موسیٰ کے جو کوالٹیز ان کو گنواتی ہے إِنَّ خَيْرَ مَنِ اسْتَعِيْرَتَ الْقَوِيِّ وَالْعَمِينِ اس میں مولا نے زبردست اینگل جو یا اس کو ماڈرن ٹرمینالوجی میں اونسٹی اینڈ ہارڈ ورکنگ۔ اب مجھے یاد آ رہا ہے کہ ایک دفعہ ہمارے کوئی ہیڈ، وہ ریٹائر ہو رہے تھے، تو میں نے مولانا کی اس زمانے میں پڑھی تھی، یہی کہیں آیت تو اس میں کمپیٹنٹ اور اون سٹ ان ٹرمز کو یوز کیا تھا۔ اس زمانے کے جو وائس چانسلر تھے، مشل حق، ان کو بعد میں جو مارا گیا، تو مجھے یاد ہے وہ بہت خوش ہوئے تھے، ان کو یہ آئیڈیا زبردست لگا۔ میں نے ان کی تعریف میں باتیں کہی تھیں۔ بہرحال یہ مستقل ہیں، ایسی خصوصیات کسی فرد میں جو ایک اونسٹ ہو، وہ کمپیٹنٹ ہو، ہارڈ ورکنگ ہو۔ پوائنٹ اصل میں یہ ہے کہ مولانا قرآنی جو الفاظ میں اتر کر ان کے اصل ایسنس کو پہچان کر ہمارے لیے انڈرسٹینڈ ایبل بناتے ہیں، بناتے رہے۔ تو یہ پوائنٹ زبردست تھا جو آپ نے ابھی فرمایا۔ سر، بہت واقعات ہیں جیسے جنگ بدر کے موقع سے، رسول، اصحاب رسول جو ہیں، جنگ کی نیت سے نکلے ہی نہیں تھے۔ ان کا رخ تھا کاروان کی طرف، تجارتی کاروان کو جو ہے روک لینے کا۔ تو اللہ تعالی آیت میں کہتا ہے کہ وَتُرِيدُونَ أَنَّ غَيْرَ ذَاتِ الشَّوْكَةِ لَكُمْ غیر ذات شوقہ کے لیے نکلے تھے، جس میں کیل کانٹے نہ ہوں، جنگ کا موقع نہ پیش آئے، اس کے لیے نکلے تھے۔ لیکن اللہ تعالی نے جو ہے اپنی پلاننگ سے بھڑوا دیا بدر کے اندر۔ بظاہر جو ہے وہ ایکسیڈنٹل ایک وار تھی، لیکن اللہ تعالی کی اپنی پلاننگ کام کر رہی تھی اس کے پیچھے۔ تو جب بھی کسی کو کوئی چیز ملتی ہے یا کسی چیز سے محروم کیا جاتا ہے، تو اس کے پیچھے جو ہے ڈیوائن انٹینشن کیا ہے، آدمی اس کو ملحوظ رکھنا چاہیے، غالباً۔ تو اس کو نئے اینگل ملیں گے اپنے آپ کو تھامنے کے، اور خدا سے قربت کے نئے ایسپیکٹس ملیں گے اس کو۔ تو بدر کی جو جنگ تھی، وہ اصحاب رسول کے ارادے کے بغیر شروع ہوئی تھی، لیکن اس کا بہت زیادہ فائدہ ہوا۔ سارے جو مکہ کے جو سرکش لوگ تھے، وہ بدر میں جو ہے سارے یہ ہو گئے تھے، ختم ہو گئے تھے، عام بلوں میں۔ اس بات پر جو ہے ہمارے عبدالسلام صاحب نے وہ حدیث یاد دلائی تھی مجھے وَجَبًا لِّيَ اَمْرِ الْمُؤْمِنِ فَإِنَّ أَمْرَهُ كُلُّهُ خَيْرٌ مومن کا معاملہ بڑا عجیب ہے، ہر حالت اس کے لیے جو ہے خیر ہی ہے۔ فَإِنَ صَابَتْهُ سَرَّاءَ شَكَرًا فَإِنَ صَابَتْهُ سَرَّاءَ شَكَرًا وَإِنَ صَابَتْهُ زَرَّاءَ صَبَرًا۔ مصیبت پہنچتی ہے تو ایک اینگل ملتا ہے اس کو، اور کوئی خوشی کا واقعہ پیش آتا ہے تو ایک اینگل ملتا ہے اس کو۔ دونوں اینگل میں وہ جو ہے ونر بن کے ہی نکلتا ہے، کہیں بھی وہ لوزر نہیں ہوتا۔ تو یہی جو ہے ایک مومن انسان سے ایسا شاکلہ مطلوب ہے، گویا کہ خدا کہ سرا اور ذرہ جو ہے اس کے لیے ایک تربیت کا ذریعہ بنے۔ اس معاملے میں پیغمبر اسلام کا جو الرٹنس ہے، بہت عجیب ہے۔ اس کی جو مثال حضرت عائشہ بتاتی ہیں کہ گھر سے جب بھی پیغمبر اسلام نکلتے تو یہ دعا پڑھتے: اللَّهُمَّ إِنِّي أَعُوذُ بِكَ أَنْ أَوْيِ اللَّهَ أَوْ أَذ ِلَّ أَوْ أَز ْلَّ أَوْ أَظْلِمَ أَوْ أُظْلَمَ أَوْ أَجْهَلَ أَوْ يُجْهَلَ عَلَيْهِ کہ اے اللہ، میں پناہ مانگتا ہوں اس بات سے کہ میں بھٹک جاؤں یا مجھے کوئی بھٹکا بہکا دے، میں گمراہ ہو جاؤں یا کوئی دوسرا مجھے گمراہ کر دے، میں خود سلپ ہو جاؤں یا مجھے کوئی دوسرا سلپ کر دے، میں ظالم بن جاؤں یا مجھ پر کوئی ظلم کر دے، میں کوئی جہالت کروں یا میرے ساتھ کوئی جہالت کرے۔ گویا اس طرح کی سینسٹیوٹی مطلوب ہے۔ ذمہ دار فرد کے اندر ، کیونکہ اس کا ہر عمل بڑا نتیجہ پروڈیوس کرے گا۔ یہ بھی بہت اچھا ہے إِنَّ هَذَا مِنْ عَمَلِ الشَّيْطَانِ فَلَنَكُونَ ذَهِيرًا لِلْمُجْرِمِينَ قَالَ هَذَا مِنْ عَمَلِ الشَّيْطَانِ إِنَّهُ أَدْوَوْمَ ظُلْمِينَ رَبِّ إِنِّي ظَلَمْتُ نَفْسِي فَغَفِرْ لِي فَغَفَرَ لَهُ إِنَّهُ هُوَ الْغَفُورُ الرَّحِيمُ قَالَ رَبِّ بِمَا أَنْعَمْتَ عَلَيَّ فَلَنَكُونَ ذَهِيرًا لِلْمُجْرِمِينَ تو ایک ہے عمل شیطانی اور ایک ہے عمل ربانی۔ عمل شیطانی اور عمل ربانی کے فرق کا جو ہے، انسان جو ہے یہ دریافت کرنا بہت ضروری ہے، ورنہ عمل شیطانی کو عمل ربانی سمجھے گا زندگی میں۔ میں غلطی پر ہوں، آئی واز رونگ، یہ کہنا پیغمبرانہ اسوہ ہے، نہ کہ بزدلی۔ اور یہ کہنا کہ فَلَنَكُونَ ذَهِيرًا لِلْمُجْرِمِينَ یہ خدا صفت لوگوں کا رویہ ہے، جو لوگ ہر حال میں کسی کی تائید کریں صرف اس لیے کہ فلاں مسئلہ میری کمیونٹی کی عزت و وقار کا مسئلہ ہے، وہ عمل شیطانی پر کھڑے ہوئے ہیں۔ عمل شیطانی پر کھڑے ہونا کیا ہے، یہ میں اپنی ڈائری سے سنا رہا ہوں۔ صرف کوئی فرد یا سماج میرا ہے، میں ہر حال میں اس کا سپورٹ کروں گا، یہ عمل شیطانی ہے۔ یہ عمل شیطانی پر کھڑا ہونا ہے، اور عمل شیطانی پر کھڑا ہونا اپنے آپ کو ہلاکت میں ڈالنا ہے۔ خدا کی اس دنیا میں عمل ربانی شجر طیبہ کی طرح پھیلتا اور پھولتا ہے، اور عمل شیطانی چاہے وہ کسی بھی عظیم مقدار میں ہو، وہ شجر خبیثہ کی طرح أُجْتُسَتْ مِنْ فَوْقِ الْأَرْضِ زمین کے اوپر سے ہی جو ہے، اس کو اکھاڑ لیا جاتا ہے، مَالَهَا مِنْ خَرَارٍ کا شکار ہو کر رہ جاتا ہے۔ تو اسی لیے غالباً رسول اللہ جو ہے إِنِّي لَأَسْتَغْفِرُ اللَّهَ فِي الْيَوْمِ سَبْعِينَ مَرًّا میں دن میں جو ہے 70 مرتبہ استغفار کرتا ہوں، کا مطلب ہے میں آئی واز رونگ کہنے کے لیے ریڈی رہتا ہوں۔ اگر دن میں 70 مرتبہ بھی آئی واز رونگ سوچنا پڑے تو میں اس کو سوچنے کے لیے تیار ہوں۔ تو یہ جو إِنَّ هَذَا مِنْ عَمَلِ الشَّيْطَانِ فَلَنَكُونَ ذَهِيرًا لِلْمُجْرِمِينَ اس پر مولانا جو ہے کامل معنی میں کھڑے ہوئے ہیں۔ ہمارے اس دور میں کبھی بھی مولانا جو ہے اس بات سے ڈرتے نہیں، کوئی اپنے سے یا اپنی کمیونٹی سے کوئی غلطی سرزد ہو جائے تو مولانا اس کو خواہ مخواہ تاویل نہیں کرتے ہیں، کبھی بھی اوپنلی اس کو کنڈم کرتے ہیں اور لوگوں کے سامنے اعتراف کرتے ہیں اس کا۔ حالانکہ اسی وقت دوسرے لوگ اس کو بزدلی اور اپنی قوم سے غداری مانتے ہیں۔ تو یہ بہت ہی امپورٹنٹ بات ہے، اپنے عمل شیطانی اور عمل ربانی کے فرق کو سمجھنا اپنی زندگی میں۔ آئی واز رونگ کہنا چاہے دن میں 70 مرتبہ بھی آئی واز رونگ کہنا پڑے، تب بھی اس کے لیے ریڈی رہنا۔ دن میں 70 مرتبہ، سو مرتبہ استغفار والی جو حدیث ہے، بالکل اس کو سمجھنے کا ایک نیا اینگل ہے۔ واقعی جو عبدالسلام صاحب نے جو حدیث سنائی اور مولانا فیاض صاحب نے، جو دونوں حدیثوں کا یہ ریلیونس ہمارے لیے بہت ہی زبردست ہے کہ 60 مرتبہ یا 70 مرتبہ استغفار کرنا اور رسول اللہ صلی اللہ علیہ وسلم کا گھر سے نکلنا اور یہ دعا کرنا، یہ میرے لیے ابھی تک میں نہیں سمجھ سکا تھا اس کی ایسنس کو۔ تو شکریہ، آج اس کی اہمیت کا پتہ چلتا ہے کتنا الرٹ ہونا چاہیے انسان۔ جزاک اللہ ۔ إِنَّ هَذَا مِنْ عَمَلِ الشَّيْطَانِ کہنا، یعنی آئی واز رونگ کہنا، دوسرے الفاظ میں گویا ربانی بنیادوں پر کھڑا ہونا ہے۔ یہ کس قدر بڑی بات ہے یہ کہ یہ چیز، یہ ایٹیٹیوڈ مسلمانوں میں نہ ہونے کی وجہ سے ہی آج مسلمان فیلیر ہیں۔ مسلمانوں کے فیلیر ہونے کا فاؤنڈیشن یہی ہے کہ انہوں نے اپنی غلطی کا اعتراف نہیں کیا۔ آپ دیکھیں گے اس کی مثال کے طور پر اوقاف کے سارے ذمہ داران نے گڑبڑ مچا رکھی ہے، اس پر ان کو کوئی اعتراض نہیں ہے، لیکن ایسا کوئی بل آتا ہے جس میں اوقاف کی اکاؤنٹیبلٹی کو سامنے رکھ کر بنایا گیا ہو تو فوراً بولتے ہیں کہ ہم اس کو نہیں مانیں گے۔ غیر مسلم کی انٹری ، ہم اس کو ایکسیپٹ نہیں کریں گے، ہم چاہے پورا برباد کر دیں، کوئی حرج نہیں، لیکن کسی ایک کی ایز اے سپروائزر انٹری بھی ہم ماننے کے لیے تیار نہیں۔ یہ مسلمانوں کا ایٹیٹیوڈ ہے، یہی ان کے فیلیر کا فاؤنڈیشن ہے۔ اور عجیب بات یہ ہے کہ اس کو اس طرح کے کاموں کو وہ مجاہدانہ کمال سمجھتے ہیں، کارنامہ سمجھتے ہیں، جو کہ سراپہ عمل شیطان ہوتا ہے۔ صاحب، وہ امپورٹنٹ سا ایک پوائنٹ ہے کہ إِنَّكَ لَقَوِيُّ مُّبِينٌ حضرت موسی کہتے ہی جو ہے وہ ایک دم ابل پڑا اور کہنے لگا کہ جو ہے قَالَ يَا مُوسَى أَتُرِيدُ أَنْ تَقْتُلَنِي كَمَا قَتَلْتَ نَفْسًا بِالْأَمْسِ إِنْ تُرِيدُ إِلَّا أَنْ تَكُونَ جَبَّارًا فِي الْأَرْضِ وَمَا تُرِيدُ أَنْ تَكُونَ مِنَ الْمُسْلِحِينَ تو اس نے جو ہے چار ٹائپ کے جو ہے الزام لگائے حضرت موسی پر، تم مجھے قتل کرنا چاہتے ہو اور کل تم نے الریڈی ایک قتل کیا ہے، تم سرکش اور طاقت کا اظہار کرنا چاہتے ہو، سرکشی اور طاقت کا اظہار کرنا چاہتے ہو، تم اصلاح پسند نہیں ہو۔ یہ گویا کہ چار باتیں اس نے جو ہے ایک سینٹنس میں کہہ دیں۔ اس نے حضرت موسی نے صرف اسرائیلی کو توبیخا کہا إِنَّكَ لَقَوِيُّ مُّبِينٌ مگر اس نے اسمان سر پر اٹھا لیا اور ایک غلط بیان دے دیا۔ اس غلط بیانی نے موسی کے لیے مسائل کھڑے کر دیے۔ موجودہ مسلمانوں کو بھی ان کی غلطی پر آپ إِنَّكُمْ لَقَوِيُّ مُّبِينٍ کہیں گے تو وہ اسی طرح مس لیڈنگ بیانات آپ کے بارے میں دیں گے۔ مثلاً اگر آپ ان سے کہیں کہ جمہوری دور میں رہنا سیکھو، اب قدیم توازن حاکم محکوم کا باقی نہیں رہا، اس سلسلے میں تمہارے لیے مسیح کے ماڈل میں نمونہ موجود ہے، تو وہ فوراً کہیں گے کہ محمدی ماڈل کی آپ منسوخیت کے قائل ہیں، گویا کہ آپ محمدی ماڈل کو منسوخ کر رہے ہیں اور مسیحی ماڈل کے داعی بن گئے ہیں۔ اسی طرح مساجد کے سامنے جلوس پر پرووک نہیں ہونا چاہیے، تو وہ کہیں گے کہ فسادات کے ذمہ دار مسلمان ہیں۔ آپ ہمیشہ یہی الزام مسلمانوں کو لگائیں گے۔ کسی مدعو سماج کے پروگرام میں اگر کسی نے تکریم کے لیے ٹیکہ اور شال لگا پہنا دی تو وہ کہیں گے کہ انہوں نے بت کی پوجا کی ہے۔ فقد سالو موسی اکبر من ذالک کا معاملہ ہے، إِنَّكَ لَقَوِيُّ مُّبِينٍ پر رد عمل بعد کے اسرائیلیوں میں اور زیادہ بری حالت کو پہنچا۔ وَيَقْتُلُونَ النَّبِيِّينَ بِغَيْرِ الْحَقِّ حضرت عیسی کے قتل کے درپے ہو گئے وغیرہ۔ تو مسلمان جب ٹیڑھی میڑھی باتیں کرتے ہیں تو ایک آج کے مصلح کو جو ہے بہت تکلیف ہوتی ہے۔ عام طور پر مصلحین تو ہیں نہیں، سب مسلمانوں کو جو ہے غلط فیڈنگ ہی کرتے رہتے ہیں۔ کوئی اگر صحیح مصلح بن کے ابھرا تو اس کا حل وہی ہوگا جو حضرت موسی کا ہوا تھا۔ کوئی کچھ بولے گا، کوئی کچھ بولے گا، باتوں کو کوئی توڑ مروڑ کے بولے گا آپ کے بارے میں۔ تو اس کو جو ہے یوزل سمجھ کے لینا چاہیے۔ اگر اس کو آدمی بہت ہی سیریس لے لے تو پھر وہ کوئی کام ہی نہیں کر سکے گا، وہ بھی انہی کے ساتھ بہنا پڑے گا، موجودہ لوگوں کے ساتھ۔ تو یہ موجودہ مسلمانوں کی جو میچنگ ہے، وہ اسرائیلی سے بڑی عجیب و غریب ہے۔ کچھ نہ کچھ بول کر آپ کی بات کو جو ہے ڈسٹورٹ کر کے پیش کریں گے۔ تو اس سے جو ہے ایفیکٹڈ نہ ہونا مسلمانوں کے ان باتوں سے، یہ بہت ضروری ہے۔ اس کے بغیر جو ہے کام ہی کرنا ممکن نہیں ہے۔ وہ کسی بھی حد تک گزریں گے، مسلمان آج کے۔ آپ کے مراکز پر قبضہ اور آپ کے ریسورسز کو کاٹنا، لوگوں میں جو ہے آپ کے بارے میں برے خیالات پھیلانا، کسی بھی حد تک مسلمان گزریں گے جب بھی کوئی ان کی اصلاح کرنے کی کوشش کرے گا۔ مسلمانوں نے مولانا کے اوپر جو اعتراضات کیے ہیں، اس کو لے کر میرے ذہن میں یہی تھا بس کہ اس کا پریپریشن کرنا ہے، انسرز کی تیاری کرنا ہے، وہ جواب دینے کی تیاری کرنا ہے، گویا یہ ذہن میں تھا بس۔ مگر یہ قصہ موسی سے اتنی بڑی بات سامنے آئی کہ زوال یافتہ امت کو اگر آپ ایڈریس کریں گے تو وہ اسی طرح کے الزامات دے گی، غلط سٹیٹمنٹ آپ کے بارے میں دے گی۔ یہ قصہ موسی کے دوران ہی یہ بات کھل کے سامنے آئی۔ کہ تشفی بخش جواب دینے سے مسئلہ حل ہوگا، ایسا نہیں ہے بلکہ یہ سمجھنا ہے کہ زوال یافتہ امت کو آپ جب بھی ایڈریس کریں گے تو یہ غلط سٹیٹمنٹ وہ دے گی۔ تو اس میں جو ہے کثرت سے موسی کے واقعے کی قرآن میں تکرار، اس کا ریزن یہ سمجھ میں آ رہا ہے کہ اتنی کثرت سے حضرت موسی کو جو ہے ہر سورہ میں ریپیٹ کر کر کے قرآن پیش کرتا ہے۔ تو غالباً اس کی حکمت یہی ہے کہ جس طرح بنی اسرائیل ڈی جنریٹڈ ہو گئے تھے، تو مسلمان مسلمانوں کی اگلی نسلیں بھی جو ہیں ایسی ہی ہونے والی ہیں۔ تو قرآن میں جو ہے موسی کے واقعے کو تکرار کے ساتھ اسی لیے بتایا گیا کہ قیامت تک جو بھی مصلحین اٹھیں گے، ان کو کیسے حالات سے جو ہے یہ پیش آئے گا، معجزہ پیش آئے گا، آمنہ سامنا ہوگا۔ تو ان کو جو ہے پوزیٹیو رکھنے کے لیے کام کرنے والوں کو گویا کہ موسی کا واقعہ جو ہے بہت بڑا رول ادا کرے گا ہر وقت۔ اس کے باوجود موسی نیگیٹیو نہیں ہوئے، پوری زندگی جو ہے بنی اسرائیل سے اس طرح کی باتیں آتی رہی۔ أَرِينَ اللَّهَ جَارَةً وَإِذْ تَذْكَرَ مُوسَى رَبَّهُ وَإِذْ تَذْكَرَ مُوسَى تو ہر وقت ایسی زوال یافتہ قوم میں جو ہے کوئی نہ کوئی چیلنج آتے ہی رہیں گے آدمی کو۔ انہی میں گریٹ لوگ بھی ملیں گے اور انہی میں بہت ہی ڈسٹربنگ لوگ بھی ملیں گے۔ اس کمیونٹی میں زوال یافتہ ایسا نہیں ہے کہ سارے کے سارے ایسے ہی ہوں گے، بہت اچھے اچھے انسان بھی اسی میں چھپے ہوئے ہیں۔ یوشع بن نون ملے تھے حضرت موسی کو، حضرت ہارون ملے تھے، اور بھی بعد میں جو ہے قضات کا دور آیا۔ بائبل کے مطابق قضات نے بہت اچھا لیڈ کیا بنی اسرائیل کو۔ تو ہر ٹائپ کے اس میں جو ہے مفید کردار بھی سامنے آتے رہیں گے۔ سامری اور اس طرح کے لوگ بھی ہوں گے اس میں، اور یوشع بن نون، ہارون، اور یہ جو بنات تھے شعیب، اس طرح کے کردار بھی، ال فرعون، اس طرح کے کردار بھی سامنے آتے رہیں گے۔ تو تکرار قصہ موسی کے پیچھے غالباً یہی بڑی حکمت ہے قرآن کے اندر کہ ہر ٹائپ کے کردار جو ہیں خدا کے داعی کو ملتے رہیں گے۔ رجل مومن بھی ملیں گے، بنات شی خ کبیر بھی ملیں گے، اور قارون اور سامری جیسے لوگ بھی ہوں گے وہاں پر۔ تو ان سب باتوں کے باوجود آدمی اپنا خدائی کام کرے، خدا کے مشن پر کھڑا رہے۔ غالباً موسی کا قصہ قرآن میں اسی لیے ہے زیادہ تکرار سے۔ جی شاہ صاحب، اس پر کچھ بتائیں۔ یہ بات آیا سب صحیح صحیح رہنمائی فرمائی آپ نے۔ تو اللَّه ق َصَّ عَلَيْهِ الْقَصَصُ تو یہ قصص جو ہیں بار بار بار قرآن میں ریپیٹ ہو رہے ہیں، تو خاص طور پر موسی علیہ السلام کا جو ان کے قصص یوں کہیں گے یا ان کا قصہ، تو یہ ہماری واقعی رہنمائی کا سبب ہے۔ لیکن اس رہنمائی کو کھوجنا پڑے گا، جس طرح ڈسفر کرتے ہیں کوئی چیزیں جو پرانی چیزیں ہوں، تو صرف ان کو ڈسفر کرنا پڑے گا اور خوب اندر جھانکنا پڑے گا اور خوب غور خوض کرنا پڑے گا۔ اور یہ زبردست چیز ہے۔ مجھے ایک مولانا کی ایک مجلس یاد آ رہی ہے، 80 میں جب شہبانوں کا کیس ہوا تھا، تو مجھے یاد ہے کہ ایک صاحب نے کہا تھا کہ تب تو وہ جری ہو جائیں گے، تب تو وہ مطلب۔ اور اگر ہم، یعنی مراد یہی تھا، اگر ہم اعتراف کریں گے تو وہ مضبوط زیادہ، اس پر زیادہ شجاعت یا وہ زیادہ بھاری ہو جائیں گے۔ تو مولانا نے بہرحال کس طرح ان کو اس پر سکھایا تھا یا بتایا تھا، تو بالکل واقعی صحیح لگ رہا ہے کہ یہ قصہ جو ریپیٹ ہو رہا ہے یا موسی علیہ السلام، تو اللہ تبارک و تعالی نے ایک دائمی ہدایت رکھی قرآن میں۔ اس ہدایت کو سمجھنا، اس کو کھوجنا اور اس کو دیکھنا پڑے گا، اس سے واقعی یقین بڑھ جاتا ہے۔ جزاک اللہ ۔</w:t>
      </w:r>
    </w:p>
    <w:p/>
    <w:p>
      <w:pPr>
        <w:pStyle w:val="Heading1"/>
      </w:pPr>
      <w:bookmarkStart w:id="123" w:name="vg43"/>
      <w:bookmarkEnd w:id="123"/>
      <w:r>
        <w:t>The Story (Al-Qasas) - 28:15-17</w:t>
      </w:r>
    </w:p>
    <w:p>
      <w:bookmarkStart w:id="124" w:name="cl79"/>
      <w:bookmarkEnd w:id="124"/>
      <w:r>
        <w:rPr>
          <w:i/>
          <w:color w:val="77786F"/>
          <w:sz w:val="20"/>
        </w:rPr>
        <w:t>19 Jul 2026 (Urdu)</w:t>
      </w:r>
    </w:p>
    <w:p>
      <w:pPr>
        <w:jc w:val="right"/>
        <w:bidi/>
      </w:pPr>
      <w:r>
        <w:rPr>
          <w:rFonts w:ascii="Noto Nastaliq Urdu" w:hAnsi="Noto Nastaliq Urdu" w:eastAsia="Noto Nastaliq Urdu" w:cs="Noto Nastaliq Urdu"/>
          <w:sz w:val="26"/>
          <w:rtl/>
          <w:lang w:bidi="ur"/>
        </w:rPr>
        <w:t>مثلاً اس پیراگراف میں ایک بہت عجیب بات ہے۔ وہ بات یہ ہے کہ ایک چھوٹا سا واقعہ جو ہے، اس نے حضرت موسیٰ کو مصر کے محل میں پہنچا دیا۔ یعنی ان کے مدر نے ان کو ایک تابوت میں ڈالا۔ تابوت جو ہے، وہ فرعون کے محل کے پاس سے گزرا۔ خواتین نے دیکھا، فرعون کی خواتین نے، تو ان کو رحم آ گیا چھوٹے سے بچے پر۔ تو یہ چیز سبب بنی محل میں داخل ہونے کا۔ اور پھر جو ہے، ایک چھوٹا سا واقعہ ہوا۔ محل سے باہر آ گئے حضرت موسیٰ۔ تو دنیا کی جو بلیسنگز ہیں، وہ ساری ایسی ہی ملتی ہیں عام طور پر۔ کسی واقعے سے جو ہے، انسان کو بڑا گروتھ ملتا ہے۔ اور انسان جو ہے، بڑی ترقیاں کرتا ہے۔ اور پھر جو ہے، کوئی ایسا ہی ایک واقعہ ہوتا ہے، سارا وہ جو ہے، ہاتھ سے جو ہے، نکل جاتا ہے انسان کے۔ ایسا بہت زیادہ ہوتا ہے۔ بڑے بڑے واقعات میں بھی ایسا ہے اور چھوٹے واقعات میں بھی اس طرح ہے۔ دنیا کے جو بڑے بڑے واقعات ہیں، کسی چھوٹے ایونٹ سے ٹریگر ہوتے ہیں۔ اور اسی طرح جو ہے، وہ سارا جو ملا ہوا جو ہے، کسی ایک چھوٹے ایونٹ سے ہی جو ہے، ختم بھی ہوتا ہے۔ تو یہاں حضرت موسیٰ کے واقعے میں ایسے ہی ہوا۔ ایک چھوٹا سا واقعہ ان کو محل میں پہنچا دیا۔ اور پھر ایک چھوٹا سا واقعہ ہی جو ہے، اسی محل سے ان کو نکال دیا۔ جیسے وہ رسول اللہ کا جو واقعہ ہے، عقبہ اولیٰ اور عقبہ ثانیہ کا، وہ بھی اسی طرح کا ایک واقعہ لگتا ہے کہ رسول اللہ جو ہے، مکے کے اندر جو باہر سے وزیٹر آتے تھے، سالانہ اینول ایگزیبیشن کے موقع سے، ان سے ملنے کے لیے جاتے تھے دعوت اسلام کے لیے۔ تو اتفاق سے کچھ لوگوں سے ملاقات ہوئی تھی جو مدینے سے تھے، یثرب سے۔ تو وہ لوگ آئے تھے اپنی کسی ایگریمنٹ کے لیے مکے قریش کے پاس۔ ان کو کوئی ایگریمنٹ کرنا تھا۔ اس کے لیے آئے تھے وہ۔ کوئی ٹریڈ ایگریمنٹ یا ڈیفنس ایگریمنٹ کچھ تھا ان لوگوں کا۔ ایک چھوٹا سا گروپ آیا تھا۔ تو رسول اللہ سے جب ان ملاقات ہوئی رات کے اندھیرے میں، تو رسول اللہ نے ان کو بتایا اپنا مشن اور اپنا نبی ہونا۔ تو اس میں سے ایک آدمی بولا اپنے گروپ سے کہ تم لوگ جو مشن لے کر آئے ہیں، اس سے بڑا مشن تو یہ ہے جو یہ بتا رہے ہیں۔ چونکہ یہود جو ہے، ایک آخری نبی کا ذکر کرتے ہیں جو یہاں سے ظہور کرے گا۔ تو کہیں یہود جو ہے، تم سے پہلے نہ لپکے اس کی طرف اور کریڈٹ ان کو چلا جائے۔ تو تم اس سے پہلے لپکو اس آدمی کی طرف، تو کریڈٹ تم کو ملے گا۔ تو وہ ایک چھوٹا سا واقعہ تھا جو شاید دس نبوی میں ہوا تھا۔ لیکن وہ ایک چھوٹا سا واقعہ جو ہے، پوری گلوب کی شیپ بدلنے والا تھا۔ وہ ایک چھوٹا سا قول جو ہے، ان کا کہ یہود جو ذکر کرتے ہیں کہ ایک آخری نبی آنے والا ہے، تو یہ پروبیبلی یہی ہے۔ تو تم یہود سے پہلے اس اپرچونٹی کو کیچ کرو۔ تو ایک چھوٹی سی ملاقات جو ہے، ایک بہت بڑے گلوبل ایونٹ کا جو ہے، یہ بن گئی۔ وہ سبب بن گئی۔ تو یہ اللہ تعالیٰ کا جو ہے، عجیب معاملہ ہے کہ کسی چھوٹی بات کو جو ہے، بڑے بڑے واقعات کا یہ بنا دیتا ہے سینٹر۔ تو یہاں بھی ایسے ہی ہو رہا ہے۔ ایک چھوٹا سا واقعہ ہوا محل میں داخل ہوئے۔ اور پھر ایک چھوٹا سا واقعہ ہوا کہ اب ڈیزرٹ میں رہنا ہے۔ اور پھر جو ہے، وہاں سے ایک نیا مشن لے کر آنا ہے دوبارہ مصر کی طرف ۔ بلکہ گلوبل حالات کو چینج کرنے کا جو ہے، ایک بڑا واقعہ حضرت موسیٰ کے ذریعے اللہ تعالیٰ کروانے والا ہے۔ تو یہ بہت ہی عجیب اینگل ہے انسانی زندگیوں میں ۔ ایک حدیث میں رسول اللہ کہتے ہیں: " خدا نے میری ٹریننگ کی اور بہترین ٹریننگ کی۔" تو اللہ تعالیٰ جو ہے، انسانی زندگیوں میں واقعات کی شکل میں جو ہے، انسانوں کی تربیت اور یہ کرتا رہتا ہے۔ ٹریننگ کرتا ہے۔ اور واقعات جو ہے، انسان کے لیے سب سے بڑے معلم ہوتے ہیں۔ جو زندگی میں پیش آنے والے ایونٹس جو ہیں، انسان کے سب سے بہتر معلم ہوتے ہیں، سب سے بہتر کوچنگ کرتے ہیں۔ تو غالباً اس کا یہی مطلب ہے: " میرے رب نے میری کوچنگ کی اور بہترین ٹریننگ دی مجھے۔" اگر انسان جو ہے، پوزیٹیوٹی کے ساتھ رہے اور وہ ریپنڈنس کرنے والا اور ارگینس سے دور ہو، تو حالات زندگی اس کے لیے جو ہے، اس کے پیوریفیکیشن اور اس کے پرسنیلٹی ڈیولپمنٹ کے سب سے اچھے کوچ ہوتے ہیں۔</w:t>
      </w:r>
    </w:p>
    <w:p/>
    <w:p>
      <w:pPr>
        <w:pStyle w:val="Heading1"/>
      </w:pPr>
      <w:bookmarkStart w:id="125" w:name="vg44"/>
      <w:bookmarkEnd w:id="125"/>
      <w:r>
        <w:t>The Story (Al-Qasas) - 28:18-21</w:t>
      </w:r>
    </w:p>
    <w:p>
      <w:bookmarkStart w:id="126" w:name="cl80"/>
      <w:bookmarkEnd w:id="126"/>
      <w:r>
        <w:rPr>
          <w:i/>
          <w:color w:val="77786F"/>
          <w:sz w:val="20"/>
        </w:rPr>
        <w:t>21 Jul 2026 (Urdu)</w:t>
      </w:r>
    </w:p>
    <w:p>
      <w:pPr>
        <w:jc w:val="right"/>
        <w:bidi/>
      </w:pPr>
      <w:r>
        <w:rPr>
          <w:rFonts w:ascii="Noto Nastaliq Urdu" w:hAnsi="Noto Nastaliq Urdu" w:eastAsia="Noto Nastaliq Urdu" w:cs="Noto Nastaliq Urdu"/>
          <w:sz w:val="26"/>
          <w:rtl/>
          <w:lang w:bidi="ur"/>
        </w:rPr>
        <w:t>پیراگراف سے یہ لگتا ہے کہ حضرت موسیٰ علیہ السلام بہت ہی الرٹ انسان تھے، یعنی بہت ہی ویجیلنٹ جن کو کہتے ہیں، سمجھدار اور اپنے سراؤنڈنگ سے واقف ایسے انسان تھے۔ کیونکہ ایک تو اسرائیلی تھے، دوسرا ریزن یہ تھا کہ محل کی پرورش ہوئی تھی۔ تو حضرت موسیٰ کی پرسنیلٹی جو ہے، بہت ہی چوکنا اور بہت ہی الرٹ پرسنیلٹی تھی، پتہ چلتا ہے اس سے۔ لیکن جو ہے، اتنی الرٹ پرسنیلٹی بھی اپنے آپ کو جو ہے، مس سے سو سے نہیں بچا سکی، پرانج جس کو کہتے ہیں۔ یعنی الرٹ تھے اور انجام جانتے تھے، انجام ان کو پتہ تھا کہ جو ہے، فرعون نے جو ہے، ہزاروں اسرائیلی بچوں کو قتل کیا۔ لیکن جو ہے، اپنے کمیونٹی کے ایک فرد کے قتل کو برداشت نہیں کرے گا۔ یعنی اسرائیلیوں کے لیے یہ مصیبت ہے کہ جو ہے، ان کے ہزاروں لوگ مارے جائیں تو کوئی قابل سزا جرم نہیں ہے۔ لیکن ایک بھی قبطی مارا گیا تو جو ہے، اس کا انجام بہت زیادہ برا ہوگا۔ اسے حضرت موسیٰ جانتے تھے، اس بات کو ۔ لیکن اس کے باوجود جو ہے، حضرت موسیٰ اپنے آپ کو بچا نہیں سکے، سارے اپنے الرٹنس کے باوجود۔ تو اس سے پتہ چلا کہ جو ہے، آدمی کو چاہیے کہ وہ الرٹ رہے، اپنی سراؤنڈنگ سے وہ واقف ہو کہ یہاں کس کس ٹائپ کے لوگ رہتے ہیں سماج میں۔ کچھ لوگ قبطی مزاج ہوں گے، فرعون مزاج ہوں گے، کوئی اسرائیلی مزاج لوگ ہوں گے، کوئی جو ہے، اس آدمی کی طرح ہوں گے جو روزانہ لڑتا رہتا ہے۔ تو آدمی کو جو ہے، یہ سب باتوں سے واقف رہنا چاہیے کہ فرعونی مزاج کے لوگ کون ہیں، اور وہ اسرائیلی مزاج کے لوگ کون ہیں۔ ورنہ جو ہے، وہ ٹریپ ہو جائے گا، جہاں تک ہو سکے وہ اپنے آپ کو بچائے، اپنے آپ کو ایسے لوگوں سے ، چاہے وہ اپنی کمیونٹی کے ہوں، چاہے دوسری کمیونٹی کے لوگ ہوں، جو آپ کو ٹریپ کرنے والے ہیں مختلف باتوں میں۔ تو توسیع طور پر جو ہے، ہمارے جو ملک کے جو حالات ہیں، اس کی اس میں اچھی پکچر ہے۔ اس میں یعنی روز نہ روز، روز جو ہے، ہماری کمیونٹی میں کوئی ایسا اسرائیلی ہے ہی جو گڑبڑ مچاتا ہے اور پھر آپ کو مدد کے لیے پکارتا ہے۔ بالعموم جو ہے، ہماری جو سیاست جو ہے، ہمارے ملک کی، وہ اسی ٹائپ کی ہے۔ روزانہ کسی سے کوئی جو ہے، کلیش بنا لینا اور پھر اس کو ایز اے ایجنڈا کے یوز کرنا ملک کے اندر۔ سارے ہمارے لیڈر یہی کرتے ہیں، وہ اسرائیلی کی طرح۔ اور جو ہے، لوگ مسلمان جو ہے، اس کو ایک صحیح سلوگن سمجھ کے اس کے پیچھے پیچھے جاتے ہیں، ایسے آدمی کے۔ حالانکہ مسلمانوں کو جانا چاہیے دوسری طرف ، یعنی مسلمانوں کو جو ہے، ان لوگوں کو مبین سمجھنا چاہیے، کھلے ڈسٹریکشن کرنے والے کمیونٹی کو۔ کمیونٹی کو جانا ہے تعلیم، انڈسٹری، ایجوکیشن، اور جو ہے، میوچول انڈرسٹینڈنگ دوسرے لوگوں کے ساتھ، دوسری کمیونٹیز کے ساتھ، اس کی طرف جانا ہے۔ لیکن جو ہے، وہ اسرائیلی کی طرح ہمارا ہر لیڈر مسلمانوں کو برباد کر کے جو ہے، اپنا معاملہ ٹھیک کرتا ہے۔ تو گویا کہ پیراگراف یہ کہہ رہا ہے کہ ایسے اسرائیلیوں سے بچو، جس کی وجہ سے جو ہے، تم ٹریپ میں پھنسو گے۔ ہر وہ آواز جو تمہاری اپنی قوم کی ہے، وہ صحیح ہونا ضروری نہیں۔ اس سے الرٹ رہو، اس کے بارے میں اویرنس پیدا کرو اپنے اندر۔ تو پہلی مرتبہ جو ہے، جب حضرت موسیٰ مصیبت میں پھنسے تھے، تو ایک تابوت کا آئیڈیا آیا تھا، تابوت میں ڈال دیا جائے، باقی معاملہ اللہ تعالیٰ حل کر دے گا۔ دوسری بار بھی ایسے ہی ہو رہا ہے۔ اب دوسری مرتبہ جو ہے، جان کے لالے پڑے ہوئے ہیں۔ تو اب یہاں تابوت تو نہیں ہے، لیکن کوئی آدمی آیا ہے اس کی جگہ میں، تابوت کی جگہ میں، اور وہ مشورہ دے رہا ہے کہ جو ہے، آپ شہر چھوڑ دیجئے، وہاں جو ہے، گھر چھوڑنا پڑا تھا بچپن میں۔ اب جو ہے، شہر ہی چھوڑنا پڑ رہا ہے کہ اس نے مشورہ دیا ہے کہ آپ کہیں نکل جائیے، مصر میں ہی جائیے یا مصر کے باہر کہیں۔ تو حضرت مفسرین کہتے ہیں کہ حضرت موسیٰ کو پتہ نہیں تھا، جب وہ اس مشورے پر عمل کر رہے تھے کہ وہ کس ڈائریکٹ پوزیشن پر جا رہے ہیں، ان کو کچھ اس کا زیادہ اندازہ نہیں تھا۔</w:t>
      </w:r>
    </w:p>
    <w:p/>
    <w:p>
      <w:bookmarkStart w:id="127" w:name="cl81"/>
      <w:bookmarkEnd w:id="127"/>
      <w:r>
        <w:rPr>
          <w:i/>
          <w:color w:val="77786F"/>
          <w:sz w:val="20"/>
        </w:rPr>
        <w:t>22 Jul 2026 (English)</w:t>
      </w:r>
    </w:p>
    <w:p>
      <w:pPr>
        <w:jc w:val="right"/>
        <w:bidi/>
      </w:pPr>
      <w:r>
        <w:rPr>
          <w:rFonts w:ascii="Noto Nastaliq Urdu" w:hAnsi="Noto Nastaliq Urdu" w:eastAsia="Noto Nastaliq Urdu" w:cs="Noto Nastaliq Urdu"/>
          <w:sz w:val="26"/>
          <w:rtl/>
          <w:lang w:bidi="ur"/>
        </w:rPr>
        <w:t>شاہ صاحب، ان آیتوں کے اندر ایک بہت ہی خاص بات ہے۔ خاص بات یہ ہے کہ جو ڈی جنریٹڈ جو لاٹ ہوتا ہے، ڈی جنریٹڈ گروپ جو ہوتا ہے، اس کی اصلاح کرنا جو ہے، بہت ہی چیلنجنگ کام ہے۔ جو لوگ ڈی جنریٹڈ ہوتے ہیں، نسلی اعتبار سے، ان کی جب بھی کوئی انسان اصلاح کرے گا تو بہت چیلنجنگ کام کرتا ہے۔ تو حضرت موسیٰ جو ہیں، بنی اسرائیل سے تھے۔ بنی اسرائیل جو ہیں، اس دور کو پہنچتے پہنچتے ان کے اندر کوالٹیز کم ہو گئی تھیں۔ اچھی، اچھی کوالٹیز کم ہو گئی تھیں، اور ڈی جنریشن کی وجہ سے جو ہے، بہت ہی کرپٹڈ یہ ہو گئے تھے وہ لوگ۔ تو صرف حضرت موسیٰ نے اس کو دوسرے دن دیکھا تو صرف اتنا کہا، اتنا انٹینشن تھا حضرت موسیٰ کا کہ اس کو کریکٹ کیا جائے۔ ان کا لغوی مبین کہا، بس تو وہ واویلا مچانے لگا کہ جو ہے، اب مجھے ختم کر دیں گے۔ تو ان کا لغوی مبین کہہ کر جو ہے، حضرت موسیٰ کا ارادہ یہ نہیں تھا کہ اس کو ماریں۔ آج حضرت موسیٰ تو اسی کو قابو میں کرنا چاہتے تھے، قبطی کو۔ لیکن غوی مبین کی بات سن کر جو ہے، یہ اوور سینسٹیو ہو گیا ہے، اور اس نے ایک غلط اسٹیٹمنٹ دیا، یعنی ایک ایکسیڈنٹل ڈیتھ کو اس نے جو ہے نا، انٹینشنل مرڈر کہہ دیا۔ اس نے قتل نفسا کما ترید ان تقتلنی کما قتل نفسا بالامس یعنی اسٹیٹمنٹ جو ہے، خود اپنے آپ میں وہ غلط اسٹیٹمنٹ ہے۔ یعنی حضرت موسیٰ نے مرڈر نہیں کیا تھا، اس کا انٹینشنل مرڈر نہیں کیا تھا۔ ایکسیڈنٹل ڈیتھ ہو گئی تھی، لیکن اس نے کہہ دیا کہ جو ہے، تم تو بڑے گھمنڈی بننا چاہتے ہو، اور تم زمین میں فساد پھیلانا چاہتے ہو، تم قاتل ہو۔ یہ سب کہہ دیا اس نے، صرف غوی مبین کی بات سن کر۔ تو یہ جو غوی مبین کی بات سن کر جو وہ بپھر گیا، وہ یہ پوری بنی اسرائیل کی جو ہے، حضرت عیسیٰ تک کی تاریخ میں یہ بات موجود ہے۔ یعنی کس طرح بنی اسرائیل جو ہے، اپنے ڈی جنریٹڈ مائنڈ سیٹ کی وجہ سے، جب بھی ان کے اندر کوئی پیغمبر یا مسلم اٹھا، انہوں نے ایسے ہی الزامات دیے ان کو: تم جبار ہو، تم متکبر ہو، تم فسادی ہو۔ اسی طرح کی انہوں نے باتیں کیں۔ پوری جو اس کے بعد کی جو تاریخ ہے بنی اسرائیل کی، وہ ایسے ہی ہے۔ فَكُلَّمَا جَاءَهُمْ رَسُولٌ بِمَا لَا تَهْوَى ٰ بِهِ أَنْفُسُهُمْ فَفَرِيقًا كَذَّبْتُمْ وَفَرِيقًا تَقْتُلُونَ جب بھی ان میں کوئی پیغمبر اٹھا، ان کی اصلاح کے لیے ایک فریق جو ہے، پیغمبروں کو مارنے کے لیے ریڈی ہوا، اور کوئی فریق جو ہے، ان کے ریجیکشن کے اوپر پرعزم رہا۔ تو وہ نیچر جو ہے، یہ اسرائیلی میں دکھ رہی ہے۔ یہاں پر صرف حضرت موسیٰ کا انٹینشن اس کی غلطی بتانا تھا، اس کو اس دن کوئی سزا دینا نہیں تھا۔ سزا تو وہ قبطی کو ہی دینا چاہتے تھے۔ تو پوری تاریخ میں جو ہے، اسرائیلی جو ہے، اسی بگاڑ کا شکار ہوئے۔ جب بھی کوئی آدمی اٹھا، اس نے ان کی غلطی کو پوائنٹ آؤٹ کیا، تو انہوں نے ری ایکشن میں یہی کیا۔ اسی طرح کی باتیں جو یہاں قبطی کا یہ بنی اسرائیلی کر رہا ہے، حضرت موسیٰ سے پوری بائبل اور قرآن جو ہے، اس سے بھرا ہوا ہے۔ یعنی ایک غلط الزام لگا دیا اس نے حضرت موسیٰ پر۔ اس کو کہنا چاہیے تھا کہ جو ہے، کل کی ڈیتھ جو ہے، ان انٹینشنل تھی، وہ ایکسیڈنٹل ڈیتھ تھی۔ اس نے اس کو جو ہے، انٹینشنل مرڈر بنا دیا اسٹیٹمنٹ میں۔ گویا کہ اس کا اسٹیٹمنٹ جو ہے، یہ تھا کہ موسیٰ نے انٹینشنلی اس کو گویا کہ قتل کیا ہے۔ حالانکہ اس کو کہنا چاہیے تھا کہ جو ہے، کل ایک ایکسیڈنٹل ڈیتھ ہوئی تھی آپ کے ہاتھ سے۔ تو اس کا اسٹیٹمنٹ صحیح ہوتا۔ تو کسی بھی جرم میں جو ہے، جو وٹنس کی اسٹیٹمنٹ کی بڑی یہ ہوتی ہے اہمیت۔ وٹنس جو ہے، کیا کہہ رہا ہے۔ تو کہنے والے نے جو ہے، غلط وٹنس دے دیا، گویا کہ حضرت موسیٰ کے حق میں۔ قتل خطا کو اس نے قتل عام بنا دیا۔ تو اسی طور پر گویا کہ اس کے اندر یہ بات موجود ہے اس پیراگراف میں۔ جب بھی آپ زوال یافتہ ذہنوں کو ایڈریس کریں گے، وہ آپ کے بارے میں جو ہے، غلط اسٹیٹمنٹ دیں گے۔ مولانا کے ساتھ جو ہے، یہی کیا مسلمانوں نے۔ مولانا نے بابری مسجد کے معاملے میں کچھ کہا، تو انہوں نے جو ہے، اس کو یہ الزام لگا دیا کہ مسجد ہینڈ اوور کرنے کے لیے کہہ رہے ہیں۔ حالانکہ مولانا کا یہ کہنا ہی نہیں تھا کہیں بھی، نہ رائٹنگ میں، نہ کسی اسپیچ میں۔ مولانا یہ نہیں کہہ رہے تھے کہ مسجد ہینڈ اوور کر دو۔ مولانا کا کہنا یہ تھا کہ اس کو جو ہے، روڈ پولیٹکس مت بناؤ۔ روڈ پولیٹکس اور اسٹنٹ ایکسپریشن کا ذریعہ نہ بناؤ۔ یعنی مسلمان اگر بابری مسجد کے معاملے میں روڈ پر مسلمانوں کو لائیں گے، تو فریق ثانی کے پاس اس سے زیادہ بڑی تعداد ہے۔ وہ اس سے زیادہ لوگوں کو لے کر آئے گا۔ مسلمان اگر زور دکھائیں گے، تو فریق ثانی اس سے زیادہ زور دکھانے کی پوزیشن میں۔ تو مولانا منع کر رہے تھے اس بات سے شروع میں۔ لیکن آج کے اسرائیلیوں نے جو ہے، مولانا کے بارے میں یہ پھیلا دیا کہ یہ آدمی جو ہے، ہماری مسجد حوالے کرنے کے لیے کہہ رہا ہے۔ یہ بالکل جو ہے، اسرائیلی کی طرح ہی ہے عمل۔ تو گویا کہ پیراگراف یہ کہہ رہا ہے کہ زوال یافتہ ذہن کی اصلاح کرنے کے لیے نکلے ہو گئے، تو لوگ تمہارے بارے میں غلط اسٹیٹمنٹ دیں گے۔ اگر اس کو برداشت کر سکتے ہو، تو کام کر پائیں گے۔ اگر اس کو سیریس لیں گے لوگوں کی اسٹیٹمنٹ کو، تو پھر کام کرنا مشکل ہو جائے گا۔ اسی طرح جو ہے، مولانا مختلف تنظیموں میں پورے ورلڈ کی اور خود ہمارے ملک میں سب کے پاس جاتے تھے، بحیثیت داعی جاتے تھے۔ لیکن ہمارے اسرائیلی جو ہے، ہمارے اس دور کے اسرائیلی مسلمان، ان سب کے بارے میں جو ہے، مس اسٹیٹمنٹ ہی دیتے تھے۔ یعنی کسی نے اپنی محفل میں بلا کر مولانا کو شال پہنا دیا، اور ماتھے پر جو ہے، ٹیکہ لگا دیا اپنے رسم کے مطابق۔ تو انہوں نے یہ بیان دے دیا کہ جو ہے، انہوں نے بت کی پوجا کی۔ جیسے ہی اسرائیلی نے کہا کہ انٹینشنلی قتل کیا، تو ماتھے پر ٹیکہ اور شال اڑانا وغیرہ جو ہے، ہر قوم کے اپنے اپنے آدمی کو ریسپیکٹ دینے کے طریقے ہیں۔ تو کوئی ان کے پاس جاتا ہے، تو وہ اس طرح کرتے ہیں۔ لیکن ہماری اسٹیٹمنٹ دینے والوں نے اس کو بت کی پوجا کہہ دیا مولانا کے بارے میں۔ ہم عمری لوگ جو ہے، کسی ایک ادارے سے جڑے ہوئے تھے، مشہور۔ تو وہاں مولانا کے بارے میں یہ مشہور کر دیا کہ یہ علیجہ گروپ کے لوگ ہیں۔ مولانا کسی سفر میں گئے تھے، ہوں گے کسی منج پر، تو اس کو لے کر یہاں لوگوں نے جو ہے، میٹنگیں کیں، اور یہ کہا کہ جو ہے، یہ لوگ کوئی ہڈن تنظیم ہے، یہودیوں کی علیجہ، اس کے ممبر ہیں یہ لوگ۔ اور کسی نے کہہ دیا کہ جو ہے، یہ محمد کو نہیں مانتے، مسیح کو مانتے ہیں۔ مسیحی ماڈل کو، محمدی ماڈل کے لوگ منکر ہیں۔ تو یہ جو سارے ری ایکشن جو آ رہے ہیں، قرآن میں یہ پیشگی طور پر بتائے گئے ہیں کہ زوال یافتہ لوگوں کو ایڈریس کرو گے، تو یہ سب اس کا پارٹ ہوگا۔ جو آدمی اس سے نروس ہو جائے، سیریس ہو جائے، وہ پھر کام نہیں کر پائے گا۔ تو سارے موجودہ مسلمانوں کے جو ری ایکشن جو ہے، اسرائیلی کے اس کردار کی نمائندگی ہے، وہ دراصل یہ شاہ صاحب صحیح لگتا ہے۔ یہ اہ فیاض صاحب، یہ جو کمپیریزن آپ نے کیا، زبردست ہے۔ یہ واقعی یقین جو ہے، اللہ پر بڑھا دیتا ہے کہ واقعی جو ڈیجنریٹڈ لاٹ ہے، اس کی طرف سے جو تہمتیں لگتی ہیں، یا وہ بسا اوقات صحیح بات کو سنتے نہیں، اور اس کو مولڈ کرتے ہوئے مختلف جو ایک بات تھی، تو اس کو دوسری بات بناتے ہیں۔ تو یہ چونکہ ہو رہا ہے، تو اس سے اللہ پر یقین ہی بڑھ جاتا ہے۔ اور واقعی جو پچھلی سبق اور اس سبق میں آخر میں دعائیں ہیں، اے اللہ، مجھ کو مجرموں کا مددگار نہ بنا، اور کہیں یہ کہ اللہ، مجھ کو ظالموں سے بچا۔ تو اسی طرح کی دعائیں ہی نکلیں گی۔ بہت ہی صحیح تھا آپ کا جو آپ نے یہ بتایا، ڈیجنریٹڈ لوگوں کے ساتھ سابقہ۔ تو اس کے لیے ہر چیز کے لیے تیار رہنا ہی پڑے گا۔ اور جو نیوسنس کریٹ کرتے ہیں، تو وہاں ویجیلنٹ بھی رہنا ہے۔ ایک ویجیلنٹ رہنا اس کے لیے کہ ظالم مجھے نہ ستائے۔ یا دوسرا ویجیلنس یہ بھی ہے کہ جو نیوسنس کریٹ کرتے ہیں، وہاں بھی بہت ویجیلنٹ رہنے کی ضرورت رہتی ہے۔ شاید میں یہی سمجھا آپ کی بات۔ جی جی، بالکل صحیح ہے یہ بات۔ یعنی قرآن جو ہے، یہ باتوں کو اسی لیے بنا رہا ہے تاکہ ہماری ویجیلنس میں اضافہ رہے کہ کس طرح کی لوگ باتیں کریں گے۔ اس پر الرٹ رہنا چاہیے۔ اور ہمارے الرٹنس کے باوجود بھی جو ہے، معاملات بگڑیں گے۔ جب موسیٰ جیسے انسان کے بگڑ گئے، تو ہمارے کیسے باقی رہیں گے؟ تو ہمارا الرٹنس اور ہمارا ویجیلنس، یہ تو کامل ہونا ہی چاہیے۔ آپ پڑھے لکھیں، حالات کو دیکھیں، لوگوں سے ایکسپیکٹڈ ری ایکشن کا تجزیہ کریں، یہ سب کریں۔ لیکن ان سب کے باوجود جو ہے، کوئی اپنے آپ کو دنیا میں بچا نہیں سکا ہے، کامل معنی میں۔ تو ہم بھی بچا نہیں پائیں گے، نہ مولانا بچا پائے، نہ ہم بچا پائیں گے اپنے آپ کو۔ تو اس کا ایک ہی راستہ ہے کہ جو ہے، جو آپ بھی کہہ رہے ہیں کہ دعا۔ ربی نجنی من القوم الذابین کا مطلب یہ نہیں، ان سے نفرت نہیں ہے، ان کے شر سے بچاؤ کی دعا ہے۔ وہ تو ہمارے مدعو اور مخاطب ہیں، جو بھی انسان ہیں، طرف میں ہمارے۔ تو ان کے شر سے کامل معنی میں تو بچا نہیں جا سکتا ہے، ہمارے الرٹنس کی وجہ سے کے ذریعے۔ ہاں، دعا ضرور کی جا سکتی ہے اپنی کمیوں کے ازالے کے لیے۔ یعنی اور الرٹنس از ناٹ سفیشنٹ ٹو سیو اور سیلف فرام پیپلز رونگ ڈوئنگ۔ الرٹنس کم دعا دونوں چاہیے۔ اس کے اسٹیٹمنٹ میں جو غلطی ہے، وہ میرے خیال میں بہت امپورٹنٹ ہے۔ یہاں پر اس نے قتل خطا کو قتل امت کی کے بیان میں بدل دیا۔ اس نے وٹنس نے تو ہمارے سارے لوگ بھی ایسے ہی کرتے ہیں۔ کوئی ایکسیڈنٹل بات کو لے کر جو ہے، اس کو ریئل کریکٹر کے طور پر پیش کرتے ہیں۔ جیسے مولانا کے بارے میں یہ کہتے ہیں کہ مولانا جو ہے، سارے فساد کا ذمہ دار مسلمانوں کو ٹھہراتے ہیں۔ یہ مولانا پر ایک الزام ہے۔ حالانکہ مولانا کا کہنا یہ نہیں ہوتا کہ مسلمان فساد کرواتے ہیں یا فسادی ہیں۔ یہ مولانا کا کہنا نہیں ہوتا۔ مولانا یہ کہتے ہیں کہ جو ہے، مسلمان جو ہے، ایک پلانڈ موب کو جو ہے، موقع دیتے ہیں فساد کرنے کا۔ یعنی جو موب جو ہے، مسجد کے سامنے ناچ رہا ہو، کود رہا ہو، تو وہ پہلے ہی سے تیار ہو کر آیا ہے تاکہ آپ کا ری ایکشن دیکھ کر جو ہے، اپنا ایکشن بتائے۔ وہ پہلے سے ہی پلانڈ ہے اس کا۔ تو آپ یہ جانتے ہوئے اس کی نادانی کا شکار کیوں ہوتے ہیں؟ جو موب جو ہے، مسجد کے سامنے اچھل کود مچا رہا ہے، تو اس کا مطلب وہ انٹینشنلی نکلا ہے کہ جو ہے، آپ کے اس کو چیک کرے، آپ کے ٹیمپر کو۔ تو آپ یہ جانتے ہوئے بھی جو ہے، ری ایکشن دکھاتے ہیں اور جواب میں جو ہے، پھنستے ہیں۔ یہ مولانا کا کہنا ہے۔ لیکن مولانا کی یہ بات کو لے کر لوگ یہ بولتے ہیں کہ دیکھو، مولانا جو ہے، سارے فساد کا ذمہ دار مسلمانوں کو ٹھہراتے ہیں۔ تو یہ اسٹیٹمنٹ میں جو ہے، غلط بیان کو شامل کرنا ہے مولانا کے بارے میں۔ قتل تنفس والی بات ہی ہے۔ یا مولانا جب بولتے ہیں مسیحی ماڈل، تو اس کا مطلب یہ ہوتا ہے کہ جمہوری ماڈل۔ یعنی مسلمانوں کو جو ہے، حاکمانہ نفسیات سے نکل کر اب جمہوری ماڈل کو اپنانا چاہیے۔ ڈیموکریسیز میں رہنے کے اداب سیکھنا چاہیے کہ ڈیموکریسی میں کیسے رہا جاتا ہے۔ یہ مولانا کا مقصد ہوتا ہے مسیحی ماڈل سے۔ لیکن مسیحی ماڈل جو ہے، وہ بدل کر گویا کہ ایسا پیش کرتے ہیں، گویا کہ محمد رسول اللہ کا ماڈل کوئی ماڈل نہیں ہے۔ یہ مولانا بولنا چاہ رہے ہیں۔ اس طرح باتوں کو جو ہے، ٹوسٹ کر کے بتاتے ہیں۔ مولانا کا کہنے کا مقصد یہ ہوتا ہے کہ اب دنیا حاکمانہ دور میں نہیں رہی۔ یہ ووٹ پولیٹکس کا دور ہے یا جمہوری دور ہے۔ تو جمہوری دور میں جو ہے، پورا مائنڈ سیٹ بدل گیا ہے دنیا کا۔ اور مسلمان قدیم مائنڈ سیٹ میں جی رہے ہیں۔ حاکمان اس سے نکل کر جو ہے، جمہوری مائنڈ سیٹ کو اپناؤ۔ یہ مولانا کا کہنا ہے ڈیموکریٹک مائنڈ سیٹ ۔ لیکن اس کو جو ہے، مولانا کوئی قرآن کی آیت ، اس تناظر میں کہتے ہیں تو فوراً بات کو بدل دیتے ہیں اسٹیٹمنٹ۔ دیکھو، یہ محمدی ماڈل کے آدمی نہیں ہے، مسیحی ماڈل کے آدمی ہے۔ تو ذرا آپ غوی مبین بول دیں گے تو لوگ آپ کو اسلام سے ہی خارج ہے کا اسٹیٹمنٹ بنا دیں گے آپ کے بارے میں۔ اور سارے اکابر، اساغر سب مل جائیں گے اس کام کے لیے۔ کوئی بھی جو ہے، ایکسیپشن نہیں رہے گا اکابر اور اساغر میں۔ سب مل کے کریں گے۔ تو اس کے باوجود آپ کو کرنا ہے۔</w:t>
      </w:r>
    </w:p>
    <w:p/>
    <w:p>
      <w:pPr>
        <w:pStyle w:val="Heading1"/>
      </w:pPr>
      <w:bookmarkStart w:id="128" w:name="vg45"/>
      <w:bookmarkEnd w:id="128"/>
      <w:r>
        <w:t>The Story (Al-Qasas) - 28:22-24</w:t>
      </w:r>
    </w:p>
    <w:p>
      <w:bookmarkStart w:id="129" w:name="cl82"/>
      <w:bookmarkEnd w:id="129"/>
      <w:r>
        <w:rPr>
          <w:i/>
          <w:color w:val="77786F"/>
          <w:sz w:val="20"/>
        </w:rPr>
        <w:t>23 Jul 2026 (Urdu)</w:t>
      </w:r>
    </w:p>
    <w:p>
      <w:pPr>
        <w:jc w:val="right"/>
        <w:bidi/>
      </w:pPr>
      <w:r>
        <w:rPr>
          <w:rFonts w:ascii="Noto Nastaliq Urdu" w:hAnsi="Noto Nastaliq Urdu" w:eastAsia="Noto Nastaliq Urdu" w:cs="Noto Nastaliq Urdu"/>
          <w:sz w:val="26"/>
          <w:rtl/>
          <w:lang w:bidi="ur"/>
        </w:rPr>
        <w:t>مثلاً اس پیراگراف میں تین باتیں سمجھ میں آ رہی ہیں۔ پہلی بات جو ہے: ٹرسٹ ان اللہ، ٹرسٹ ان گاڈ ، یعنی خدا پر بھروسہ کرائسس کے باوجود، یعنی بحران کی حالت کے باوجود، جو ہے آدمی اگر اپنا ٹیمپر لوز نہ کرے، اپنا ہوپ جو ہے نہ کھوئے، تو اس کو کچھ نہ کچھ سجائی دے گا اس وقت۔ تو یہاں حضرت موسیٰ کے ساتھ یہی ہوا کہ اچانک پیرس لائف سے جو ہے محرومی کا واقعہ پیش آیا۔ گویا کہ جو ہے آج کی زبان میں جس کو ہم کہتے ہیں فائر، فائر کرنا، کسی کا جو ہے اچانک اپنے ریسورسز اور اپنی پروٹیکشن سب جو ہے لوز کر لینا۔ تو عام طور پر ایسی صورت میں آدمی جو ہے فرسٹریٹڈ ہوتے ہیں اور نہ خدا پر بھروسہ ہوتا ہے نہ فیوچر پر۔ تو حضرت موسیٰ کو جو ہے ایسے کرائسس کے موقع پر ایک سجیشن سامنے آئی، کسی ویل ویشر کی طرف سے کہ آپ کے لیے بیٹر ہے کہ آپ جو ہے فی الوقت یہاں نہ رہیں، مصر میں نہ رہیں۔ تو حضرت موسیٰ نے جو ہے اس اس کو قبول کر لیا، اس رائے کو، اس مشورے کو، اور وہاں سے جو ہے نکل پڑے۔ تو نکلے تو جو ہے لازمی طور پر آپ مصر سے جو ہے افریقہ کی طرف نہیں گئے، نارتھ افریقہ، لیبیا ہے نیچے، اور سوڈان ہے وغیرہ وغیرہ، اس طرف نہیں گئے۔ آپ کا رخ جو ہے اس طرف تھا، قدیم راستے کی طرف، جہاں سے حضرت یوسف وغیرہ آئے تھے، یعنی کنان کی طرف۔ تو تو اس کا مطلب یہ ہوا کہ جو ہے حضرت موسیٰ جو ہے ایک فیمیلیئر پاتھ کی طرف چلے تھے، فیمیلیئر تھا ان کے لیے، اس کے بارے میں انہوں نے سن رکھا تھا، جان رکھا تھا، اور آبائی تعلق تھا اس علاقے سے۔ تو اس طرف نکل پڑے، تلخا مدین، مدین کی طرف۔ اور اس وقت عصاربی یحدی سوائے سبھی تو اس سے پتہ چلتا ہے کہ جو ہے اگرچہ کہ کرائسز میں تھے لیکن پوری طرح خدا سے گفتگو اور خدا کی یاد وغیرہ پورا موجود تھا حضرت موسیٰ میں۔ اور پھر جو ہے ٹرسٹ اور دعا، خدا پر ٹرسٹ اور دعا۔ اس کے ساتھ ایک تیسری چیز بھی ان کے اندر تھی، کریکٹر۔ تو جب وہ مدین کے پنڈٹ پر پہنچے، پانی پر، تو وہاں جو ہے ان کا کریکٹر جو ہے ان کا ساتھ دیتا ہے۔ وہ اپنے کریکٹر کی وجہ سے جیسے وہاں مدد کی تھی مصر میں، یہاں بھی ان کا کریکٹر لوگوں کی مدد کرنا، لوگوں کے کام آنا، وہ دوبارہ پھر ظاہر ہوا ان کے اندر۔ حالانکہ وہ خود اجنبی ہیں اور ضرورت مند ہیں، اس کے باوجود انہوں نے جو ہے ان دونوں خواتین کی مدد کی۔ تو یہ مدد کرنا جو ہے گویا کہ جیسے وہ قرآن کے اندر ہے، ہم تمہیں جو ہے 700 گنا واپس لوٹاتے ہیں تمہارے نیک کام کا بدلہ۔ تو گویا کہ انہوں نے ایک چھوٹی سی مدد کی، لیکن یہ مدد ان کے لیے جو ہے بھاری انعام کے طور پر واپس لوٹی کہ ان لڑکیوں نے جا کر بتایا کہ ایک اجنبی نے مدد کی۔ تو حضرت شعیب کو بھی جو ہے ہیلپ کی ضرورت تھی، کسی میل ہیلپر کی، اور حضرت موسیٰ کو جو ہے پروٹیکشن کی ضرورت تھی۔ تو گویا کہ دونوں کی ریکوائرمنٹ پوری ہو رہی تھی وہاں پر، ہر ایک کو جو چیز چاہیے تھا ان کے پاس موجود تھی۔ تو اس طرح جو ہے حضرت موسیٰ کا جو کریکٹر جو ہے وہ ان کو ایک بڑے ریٹرن کی طرف لے گیا، جو ان کو اس وقت ضرورت تھی۔ تو معلوم ہوا کہ اگر آدمی تین چیزیں اپنے اندر ڈویلپ کرے: ٹرسٹ ، دعا، اور کریکٹر، یعنی ان کنڈیشنل ہونا چاہیے، یعنی ٹرسٹ بھی اور دعا بھی اور کریکٹر بھی۔ اگر وہ ان کنڈیشنل اس کو اپنائے زندگی میں تو وہ آدمی جو ہے سارے کرائسز میں جو ہے کامیاب ہو کے نکلے گا، اگر اس کے اندر یہ تین چیزیں ہوں: ٹرسٹ ہو، دعا ہو، اور کریکٹر ہو۔ وہ یہ تینوں چیزوں کو کبھی بھی لوز نہ کرے۔ تو ضرور جو ہے وہ انسان کے لیے جو ہے راستے نکلیں گے، ہر سچویشن میں، ہر کنڈیشن میں۔ گویا کہ یہ پیراگراف بتانے کا خدا کا مقصد یہی ہے کہ آدمی جو ہے کرائسس کو اپنے لیے بون سمجھے، بین سمجھنے کی بجائے خیر سمجھے، زحمت سمجھنے کی بجائے رحمت سمجھے، زحمت سمجھنے کی بجائے۔ کرائسس کے اندر تو انسان کی پرسنیلٹی بنتی ہے، اس کا کردار ڈویلپ ہوتا ہے، اس کا سوچنے کا ڈھنگ جو ہے مضبوط ہوتا ہے۔ تو حضرت موسیٰ لگزری میں تھے تو پرسنیلٹی بلڈنگ کا جو ہے ایک اینگل تھا، لیکن کرائسز اور جو ہے ہارڈ شپ، ارش لائف اسٹائل، یہ جو ہے ایک دوسرا اینگل تھا پرسنیلٹی بلڈنگ کا۔ تو اللہ تعالی نے جو ہے انسانوں کے ساتھ یہ دونوں معاملات رکھے ہیں، ہر انسان کے ساتھ ، چاہے وہ پیغمبر ہوں یا غیر پیغمبر، ان کو ایزی لائف اور ارش لائف دونوں کی ٹریننگ دیتا ہے تاکہ ان کی پرسنیلٹی بلڈنگ ہو۔ تو گویا کہ اللہ تعالی نے حضرت موسیٰ کے لیے جو ہے باقاعدہ ایک کورس گویا کہ مقرر کیا تھا کہ پہلے ہائی سوسائٹی کو دیکھیں کہ وہ کیا سوچتے ہیں، کیا کرتے ہیں، کیسے ان کا سوچنے کا ڈھنگ ہے۔ تو اس ٹریننگ کے بعد جو ہے اللہ تعالی نے حضرت موسیٰ کو ہارڈ شپ والی زندگی، سخت زندگی کی ٹریننگ کے لیے دھکیل دیا۔ تو ہر انسان جو ہے اپنے اپنے شکل میں ان حالت سے گزرتا ہے زندگی میں۔ تو گویا کہ قرآن یہ کہنا چاہ رہا ہے کہ جو ہے نہ ایزی حالات میں وہ اس کا شکار ہو، سرکشی کا، اور نہ برے حالات میں وہ مایوس ہو۔ دونوں حالتوں میں اس کو یہ دیکھنا چاہیے کہ پرسنیلٹی بلڈنگ کے لیے کیا اویلیبل ہے، ایک ربانی پرسنیلٹی کیسے بنائی جا سکتی ہے، چاہے آپ پروسپیریٹی میں ہوں یا ہارڈ شپ میں ہوں۔ دونوں آپ کے لیے موقع ہے کہ جو ہے آپ اپنی پرسنیلٹی بلڈنگ کریں، اپنا کریکٹر ڈویلپ کریں۔ گویا کہ دونوں سچویشن جو ہے آدمی کے لیے اچھے حالات اور برے حالات، پرسنیلٹی کے جو ہے دو اہم پہلو، ایمان اور عمل ، یہ دونوں کو جو ہے شائن کرنے کے بہترین وقت ہوتے ہیں۔ دونوں سچویشن میں جو ہے وہ اپنے ایمان اور یقین اور اپنے کریکٹر کو جو ہے وہ بلڈ کر سکتا ہے اور ان کو شائن کر سکتا ہے۔</w:t>
      </w:r>
    </w:p>
    <w:p/>
    <w:p>
      <w:bookmarkStart w:id="130" w:name="cl83"/>
      <w:bookmarkEnd w:id="130"/>
      <w:r>
        <w:rPr>
          <w:i/>
          <w:color w:val="77786F"/>
          <w:sz w:val="20"/>
        </w:rPr>
        <w:t>24 Jul 2026 (English)</w:t>
      </w:r>
    </w:p>
    <w:p>
      <w:pPr>
        <w:jc w:val="right"/>
        <w:bidi/>
      </w:pPr>
      <w:r>
        <w:rPr>
          <w:rFonts w:ascii="Noto Nastaliq Urdu" w:hAnsi="Noto Nastaliq Urdu" w:eastAsia="Noto Nastaliq Urdu" w:cs="Noto Nastaliq Urdu"/>
          <w:sz w:val="26"/>
          <w:rtl/>
          <w:lang w:bidi="ur"/>
        </w:rPr>
        <w:t>یہ سب بائبل میں ہے کہ حضرت ابراہیم کی جو ہے تین بیویاں تھیں: سارہ، ہاجرہ، اور پتورہ۔ تو بنی اسرائیل جو ہے گویا کہ سارہ سے ہیں، اور بنو اسماعیل جو ہیں ہاجرہ سے ہیں، اور اہل مدین جو ہیں وہی قطورہ سے ہیں۔ تو بائبل میں بتایا گیا ہے کہ قطورہ سے چھ لڑکے پیدا ہوئے، اس میں سے ایک مدیان تھے۔ تو بتایا گیا ہے کہ جو ہے وہ چھ لڑکے بھی تین قومیں بنیں گے، تین بڑی نسلیں بنیں گے اس علاقے میں۔ تو یہ جو اہل مدین ہیں جن میں قرآن کہتا ہے کہ ان میں بھی کافی پیغمبر ہیں، ایسا نہیں ہے کہ صرف بنی اسرائیل اور بنو اسماعیل میں پیغمبر ہیں۔ بنی اسرائیل میں بھی پیغمبر ہوئے ہیں، بنی قطورہ میں بھی قطورہ سے جو اولاد ہوئی۔ تو وہ چھ بیٹے جو ہیں اس علاقے میں الگ الگ جگہ آباد ہوئے، اور چھ بھی جو ہیں کافی پاپولیٹڈ ہوئے وہ لوگ۔ تو بعض لوگ کہتے ہیں کہ جو ہے ملکہ صبا وغیرہ بھی جو ہے انہی میں سے تھے، قطورہ کی اولاد میں سے۔ تو یہاں فلما توجّه تلك مدين قال: عسى ربي أن يهديني سوى السبيل جو ہے اسے ایسا لگتا ہے کہ جو ہے کہیں نہ جا کر حضرت موسیٰ نے دوبارہ جو ہے بلیورز کے بیچ میں جانا پسند کیا، کرائسس کے وقت یعنی کسی اور جگہ جاتے تو اس سے بیٹر غالباً یہ سمجھا کہ جو ہے مدین کی طرف جائیں تاکہ جو ہے لائک مائنڈڈ لوگ ملیں، یعنی جو ایمان اور یقین خدا آخرت وغیرہ کو ماننے والے لوگ۔ تو غالباً جو ہے مدین کی طرف اسی لیے خیال آیا حضرت موسیٰ کا پریشانی کے وقت جو ہے اور بھی راستے ہو سکتے تھے، لیکن خلیج عقبہ کی طرف جو ہے آنا وہ امپورٹنٹ لگ رہا ہے۔ اس کے اندر یہی بات لگ رہی ہے کہ لائک مائنڈڈ لوگوں میں جائیں تاکہ ایمان اور یقین والا تعلق جو ہے وہ ملے۔ ایک بات ایسے معلوم ہو رہی ہے، دوسری بات یہ معلوم ہو رہی ہے کہ جو ہے مومن جو ہے ایکسچینج اور انٹریکشن کرتا ہے، ابزرویشن کے ساتھ ساتھ وہ لوگوں سے ایکسچینج بھی کرتا رہتا ہے۔ تو مدین پہنچنے کے بعد جو ہے ایک پن گھٹ پر دیکھا لوگوں کو ، تو دو خواتین کو جو ہے الگ کھڑا ہوا پایا۔ تو اس کو حضرت موسیٰ نے نوٹس کیا، اس کو کہ یہ لوگ ایکسیپشنل کیوں ہیں یہاں پر۔ تو اس سے معلوم ہوا کہ جو ہے مینٹل پریزنس حضرت موسیٰ میں جو ہے بہت زیادہ تھا، ابزرویشن جو ہے بہت اچھا تھا، وہ باتوں میں ڈیفرنس کو پڑھتے تھے۔ وہ ایسا نہیں کہ لوگوں کی بھیڑ دیکھا اور مجھے ان سے کیا مطلب ہے اس طرح نہیں تھا، بلکہ انہوں نے جو ہے ڈیفرنس کو کیوں جو ہے دو خواتین الگ کھڑی ہوئی ہیں اپنے ریوڑ کے ساتھ ۔ تو اس فرق کو انہوں نے پہچانا اور سوال کیا کہ ایسا کیوں ہے۔ تو ان کو جواب ملا کہ ایسی ایسی بات ہے۔ تو اس کا مطلب جو ہے حضرت موسیٰ محل کے آدمی تھے، لیکن جو ہے لوگوں سے ایکسچینج کرنا اور لوگوں سے ملنا، انٹریکشن کرنا وہ ضروری سمجھتے تھے اپنے لیے۔ تو یہاں انہوں نے وہی انٹریکشن کیا، ایک ڈیفرنس کو نوٹس کر کے۔ ایک بات یہ سمجھ میں آ رہی ہے کہ حضرت یوسف کو بھی جو ہے محل میں جگہ ملی اور پھر محل سے محرومی ہوئی۔ تو حضرت یوسف کو جو ہے محل سے جیل جانا پڑا وہاں کی، اور حضرت موسیٰ کو جو ہے مدین کی طرف محل سے محرومی کے وقت۔ تو دونوں کے اوپر جو ہے الگ الگ ٹائپ کے الزام تھے۔ وہاں عمرات عزیز نے کچھ الزام لگایا تھا جس کی وجہ سے محل چھوٹ گیا ہاتھ سے۔ یہاں جو ہے قبطی کا واقعہ اور وہ اسرائیلی کی پکار کرائی جو ہے وہ مسئلہ کھڑا کی۔ وہاں عزیز مصر نے مسئلہ کھڑا کیا تھا، یہاں خود ایک اسرائیلی نے جو ہے انٹینشنل ڈیتھ کا الزام لگایا، انٹینشنل مرڈر کا۔ تو وہ یہاں پہنچے مدین کی طرف ، حضرت یوسف جیل میں اور یہ مدین۔ اور حضرت یوسف کے لیے جو ہے حالات میں تبدیلی جو آئی پھر دو قیدیوں کے ذریعے آئی جن کی تعبیر بتائی۔ اور تعبیر بتانے کے بعد جو ہے ان سے کہا تھا کہ جو ہے مجھے تمہارے باس کے پاس جو ہے میرا ذکر کرنا کہ جیل میں ایسا ایک آدمی پڑا ہوا ہے۔ لیکن قرآن میں ہے کہ وہ بھول گیا وہ بادشاہ کو جو ہے حضرت یوسف کے کا ریکمنڈیشن کرنا وہ بھول گیا وہ۔ تو وہ کئی سال جو ہے جیل میں پڑے رہے، حضرت موسیٰ کا بھی ایسے ہی ہوا۔ یہاں مدین جب آئے ہیں تو جو ہے کئی سال جو ہے یہاں رہنا پڑا، وہی بزا سنی دس سال۔ تو اللہ تعالیٰ جو ہے کسی کے ساتھ کسی فارم میں جو ہے مددگار بھیجتا ہے اور کسی کے لیے کسی فارم میں۔ تو وہاں دو رائل قیدیوں کے فارم میں مدد ملی اور عزیز مصر کو جو ہے خواب دکھا کر، خواب کا ضرورت مند بنا کر۔ اور یہاں جو ہے کوئی میل ہیلپر نہ ہونا اس فارم میں جو ہے مدد آئی حضرت موسیٰ کے لیے۔ تو گویا کہ جو ہے نوٹس کرنے والا مائنڈ چاہیے کہ اللہ تعالیٰ جو ہے کیسے کتنے ڈفرنٹ فارم میں جو ہے اپنی مدد بھیجتا ہے۔ وہاں حضرت یوسف کے لیے الگ الزام اور مدد ہے اور یہاں الگ الزام ہے اور الگ ٹائپ کی مدد ہے۔ تو گویا کہ جو ہے ایک ہی فارم میں جو ہے خدا کی مدد نہیں آتی انسانوں کے ساتھ، ان کے حالات کی نسبت سے خدا کی مدد نازل ہوتی ہے۔ تو حضرت موسیٰ کی طرح جو ہے گویا کہ مینٹلی الرٹ رہنا ہے انسان کو کہ خدا نے اس کی کیسے مدد کی دین اور دنیا دونوں معاملات میں۔ خدا کیسے انسانوں کے ڈفرنٹ فارم میں مدد کرتا ہے۔ تو ہماری زندگیوں میں بھی اس طرح الگ الگ ڈائیورژن ہوتا رہتا ہے اور الگ الگ فارم میں جو ہے خدا کی مدد آتی ہے۔ تو اس کے لیے جو ہے مینٹل الرٹنس چاہیے اپنی اپنے حصے میں آئی ہوئی مدد کو پہچاننے کے لیے۔ یعنی موسیٰ کی مدد کو پہچاننے کے ذریعے جو ہے اللہ تعالیٰ یہ چاہتا ہے کہ ہم اپنے اوپر آنے والی مدد کو پہچانیں اور اسی گریٹیٹیوڈ میں ہمارا بھی ذہن جائے جس گریٹیٹیوڈ میں حضرت موسیٰ کا گیا۔ یعنی جو ہے کس طرح اللہ تعالیٰ جو ہے ایمانی معاملات اور مادی معاملات کس طرح ڈفرنٹ انداز سے مینج کرتا ہے ہر انڈیویجول کی نسبت سے، ہر فرد اور انڈیویجول کی نسبت سے کس طرح ڈفرنٹ فارم میں جو ہے اس کے ایمانی ارتقاء اور مادی ہیلپ کا کس طرح ارینجمنٹ ہوتا ہے۔ اس کی یہ پیراگراف جو ہے اچھی مثال بن سکتی ہے۔</w:t>
      </w:r>
    </w:p>
    <w:p>
      <w:pPr>
        <w:jc w:val="right"/>
        <w:bidi/>
      </w:pPr>
      <w:r>
        <w:rPr>
          <w:rFonts w:ascii="Noto Nastaliq Urdu" w:hAnsi="Noto Nastaliq Urdu" w:eastAsia="Noto Nastaliq Urdu" w:cs="Noto Nastaliq Urdu"/>
          <w:sz w:val="26"/>
          <w:rtl/>
          <w:lang w:bidi="ur"/>
        </w:rPr>
        <w:t>السلام علیکم خیال صاحب، بہت ہی بیوٹی فل اینگل آپ نے بتایا ان اس پیراگراف کا ۔ ایک یہ کہ موسیٰ علیہ السلام کا جو ڈسیژن تھا وہاں سے جانے کا، اس میں بھی انہوں نے بہت ہی بیٹر آپشن کو دیکھا کہ کیسے میں کسی ایسے علاقے میں جاؤں جہاں ایمانی جو ہے کچھ کیفیات میں اضافے کا موقع ملے۔ اور داؤں کے سہارے وہ چلتا رہا اور یہ تو زبردست چیز ہے کہ دوسری چیز یہ کہ اللہ دونوں چیزوں کو مینج کرتے ہیں، انسان کے اندر تڑپ ہو ایمان کی تو اللہ اس سلسلے میں ہیلپ کرتے ہیں۔ انسان محتاج ہو تو اس میں بھی مٹیریل ہیلپ کرتا ہے۔ دونوں چیزیں بہت اہم بتائی آپ نے، جزاک اللہ۔</w:t>
      </w:r>
    </w:p>
    <w:p/>
    <w:p>
      <w:pPr>
        <w:pStyle w:val="Heading1"/>
      </w:pPr>
      <w:bookmarkStart w:id="131" w:name="vg46"/>
      <w:bookmarkEnd w:id="131"/>
      <w:r>
        <w:t>The Story (Al-Qasas) - 28:25-28</w:t>
      </w:r>
    </w:p>
    <w:p>
      <w:bookmarkStart w:id="132" w:name="cl84"/>
      <w:bookmarkEnd w:id="132"/>
      <w:r>
        <w:rPr>
          <w:i/>
          <w:color w:val="77786F"/>
          <w:sz w:val="20"/>
        </w:rPr>
        <w:t>25 Jul 2026 (Urdu)</w:t>
      </w:r>
    </w:p>
    <w:p>
      <w:pPr>
        <w:jc w:val="right"/>
        <w:bidi/>
      </w:pPr>
      <w:r>
        <w:rPr>
          <w:rFonts w:ascii="Noto Nastaliq Urdu" w:hAnsi="Noto Nastaliq Urdu" w:eastAsia="Noto Nastaliq Urdu" w:cs="Noto Nastaliq Urdu"/>
          <w:sz w:val="26"/>
          <w:rtl/>
          <w:lang w:bidi="ur"/>
        </w:rPr>
        <w:t>شاہ صاحب مول انا نے اپنے لٹریچر میں ایک واقعہ لکھا ہے، یعنی وہ واقعہ جو ہے، اچھا کردار آدمی کے لیے جو ہے، سکسیس کی کی ہے۔ مفتاح الفلاح ہے، وہ بتاتا ہے واقعہ کہ کلکتہ میں جو ہے، کوئی فارما کی کمپنی تھی، میڈیسن بنانے والی کمپنی، تو اس میں ایک صاحب کا اپوائنٹمنٹ ہوا، مولانا نے نام بھی لکھا ہے۔ تو جب انٹرویو میں ان سے سیلری پوچھی گئی تو انہوں نے ڈبل ڈیمانڈ کی کہ میں ڈبل سیلری لوں گا، اور پھر اس کے علاوہ بھی مزید جو ہے، چیزیں انہوں نے ڈیمانڈ کیں کہ میں ہوائی سفر ہی کروں گا، ٹرین سے نہیں کروں گا، وغیرہ وغیرہ، اس طرح کی کچھ باتیں۔ تو مینجمنٹ نے پوچھا کہ جو ہے، آپ کیوں اتنا زیادہ ڈیمانڈ کر رہے ہیں، جبکہ عام طور پر اتنی سیلری نہیں دی جاتی ہے۔ تو انہوں نے کہا کہ جو ہے، اس کا میں آپ کو فائدہ بھی پہنچاؤں گا۔ تو بہرحال جو ہے، ان کا اپوائنٹمنٹ ہوا، تو ایگزیکیوشن کے لیے جو ہے، بزنس پروموشن کے لیے وہ سفر کیو، احمد آباد گئے تھے وہ، وہ صاحب جن کا اپوائنٹمنٹ ہوا تھا۔ تو مولانا لکھتے ہیں کہ جو ہے، فلائٹ میں ان کی جہاں سیٹ تھی، تو ان کے سائیڈ میں جو ہے، پڑوس میں ایک بوڑھی خاتون بیٹھی ہوئی تھی۔ تو وہ بوڑھی خاتون جو ہے، اچانک اس کو کھانسی اور اس طرح کی چیزیں ہوئیں۔ تو بہت بوڑھی ہونے کی وجہ سے اس کا بلغم وغیرہ سب نکلنے لگا، کھانسی کی زیادتی سے۔ تو انہوں نے جو ہے، اپنی کرچیف نکالی اور اس خاتون کا جو ہے، بلغم وغیرہ صاف کیا، اور باتھ روم میں جو ہے، لے جا کر اپنی کرچیف وغیرہ دھو دی۔ تو وہ بوڑھی خاتون جو ہے، بہت ان کو دعائیں دی وغیرہ وغیرہ۔ پھر جب احمد آباد ایئرپورٹ پر اترے وہ لوگ، وہ بوڑھی خاتون بھی اتری تو اس خاتون کو کوئی لینے نہیں آیا، جو لینے آنے والے تھے۔ تو وہ صاحب نے جو ہے، ایڈریس پوچھا اور کہا کہ جو ہے، میں اپنے ہوٹل سے پہلے راستے میں جو ہے، آپ کو ڈراپ کر سکتا ہوں۔ انہوں نے وہ بوڑھی خاتون کو جو ہے، اس کے گھر پر جو ہے، ڈراپ کر دیا۔ تو بوڑھی خاتون کہتی ہے کہ جو ہے، بیٹا آپ اپنا کارڈ دے دو مجھے، میری بیٹی جو ہے، لینے آنے والی تھی، وہ نہیں آ سکی، آپ اپنا کارڈ تو دیجیے تاکہ ہم شکریہ تو ادا کریں آپ کا، وغیرہ جو بھی۔ تو انہوں نے کارڈ دیا اور پھر اپنے کام پر جو ہے، وہ چلے گئے ہوٹل میں رکنے کے لیے۔ تو کہتے ہیں کہ جو ہے، اس خاتون کا جو ہے، دوبارہ فون آیا ان کو، اس خاتون کی ڈاٹر کا ، لڑکی کا جو ہے، فون آیا، اور اس نے فون پر ان کو بتایا کہ جو ہے، میں تھوڑا سا لیٹ ہو گئی، اس لیے ٹائم پر نہیں پہنچ سکی تھی، آپ نے میری والدہ کو میرے گھر تک پہنچایا، اور انہوں نے وہ سب باتیں بتائیں، اور کہا کہ آپ ہمارے ساتھ لنچ یا ڈنر کیجیے۔ تو یہ لنچ اور ڈنر پر پہنچے، تو معلوم ہوا کہ جو ہے، وہ احمد آباد کی کوئی بہت ہی فیمس لیڈی ہے، اور اس کا اپنا بڑا ہاسپٹل ہے، اور اس لیڈی کے بارے میں یہ مشہور تھا کہ جو ہے، وہ کسی بھی میل جو ہے، ریپریزنٹیٹیو سے نہیں ملتی ہے، جو کمپنیوں کے ریپریزنٹیٹیو ہوتے ہیں دواؤں کے، وہ کسی سے نہیں ملتی، اس کے کچھ ریزن تھے وہ۔ لیکن جو ہے، اس خاتون نے بتایا کہ میرا بڑا کاروبار ہے، اور ہمیں ہزاروں روپے کی دواؤں کی ضرورت پڑتی ہے، تو یہ ساری ڈیل اس کے بعد جو ہے، صرف آپ سے ہوگی۔ اس خاتون نے بتایا، اس بوڑھی عورت کی لڑکی تھی وہ، تو اس نے پہلا آرڈر دیا بہت بڑے اماؤنٹ کا، اور کہا کہ پھر یہ مسلسل جاری رہے گی یہ ہماری ڈیلنگ۔ تو وہ جو ریپریزنٹیٹیو جو تھے کمپنی کے، انہوں نے فوراً اپنی کمپنی کو فون کیا، اور کہا کہ جو ہے، فوراً اتنا اتنا مال بھیج دیں۔ تو کمپنی والوں کو بہت تعجب ہوا کہ وہ تو کسی میل ریپریزنٹیٹیو سے ملتی ہی نہیں، وہ ڈاکٹر، تو آپ کو کیسے یہ ہو گئی؟ تو پھر انہوں نے یہ سارا قصہ سنایا، تو اس سے یہ پتہ چلتا ہے کہ جو ہے، اگر آدمی کے اندر ان کنڈیشنل لوگوں کی مدد کرنے کا اگر یہ ہو، یعنی عام طور پر جو ہے، یہ دیکھا جاتا ہے کہ جو ہے، جہاں سے ریٹرن کی کچھ امید ہے، آدمی وہاں ایکٹیو ہوتا ہے لوگوں کے معاملے میں۔ لیکن جو ہے، جہاں اس طرح کا کوئی ریٹرن نہ ہو، تو پھر لوگ جو ہے، مدد نہیں کرتے ہیں۔ لیکن موسیٰ کے کیس میں، اور یہ کلکتہ والے ریپریزنٹیٹیو کے کیس میں، یہ لگتا ہے کہ وہ خالص انسانیت کی بنیاد پر مدد کیے تھے، اور کوئی ان کا مائنڈ نہیں تھا ریٹرن کا، کہ کچھ ملے گا، آؤٹ آف ہیومینٹی انہوں نے وہ مدد کی تھی۔ لیکن یہ دونوں کیسوں میں جو ہے، ان کو جو ریٹرن ملا، وہ بہت ہی ان امیجنیبل ہے، یعنی بہت بڑا دونوں کو ریٹرن ملا۔ تو حضرت موسیٰ نے جو ہے، جب ان دونوں خواتین کی مدد کی تھی، تو ایسا لگتا ہے کہ صرف آؤٹ آف ہیومینٹی تھا، ایسا نہیں تھا کہ جو ہے، کچھ ریٹرن چاہتے ہوں۔ لیکن ان ایکسپیکٹڈ جو ہے، بہت بڑا ریٹرن ملا حضرت موسیٰ کو۔ تو حضرت ابن عباس کہتے ہیں، عصا ربیع یحدی یعنی سوا سبیل، تو اس کا مطلب حضرت ابن عباس بتاتے ہیں کہ جو ہے، کوئی ان کے پاس جو ہے، نہ راستے کا علم تھا، نہ کوئی ایمرجنسی میں نکلنے کی وجہ سے، نہ کوئی سرمایہ تھا ساتھ میں، کچھ نہیں، سوائے جو ہے، اللہ تعالیٰ سے حسن ظن کہ میرا رب جو ہے، مجھے ضائع نہیں کرے گا۔ تو حسن ظن کی جو ہے، یہ لے کر، دولت لے کر ہی حضرت موسیٰ نکلے تھے، اس کے علاوہ کچھ بھی نہیں تھا ان کے پاس۔ تو اپنے رب سے حسن ظن جو ہے، ان کے لیے یہی سب سے بڑی چیز تھی۔ تو پھر جو ہے، قرآن میں جیسا کہا گیا ہے، قرآن میں کئی جگہ یہ بات آئی ہے کہ ہم اہل ایمان کو جو ہے، دنیا میں بہترین یہ کریں گے، ان کے رہن سہن کا جو ہے، پروٹیکشن کا، ان کے رہن سہن کا بہترین انتظام کریں گے۔ قرآن میں یہ بات کئی جگہ ہے، تو لٹرلی حضرت موسیٰ کے حق میں وہ پورا ہوا، یعنی صرف ایک ملازم نہیں تھے، بلکہ ایک کوزی ہوم دیا گیا ان کو، ایک نرم گرم جو ہے، پروٹیکشن۔ تو یہ بہت عجیب ہے، ان کو جو ہے، کھانے پینے پروٹیکشن کی ضرورت تھی حضرت موسیٰ کو ، لیکن اللہ تعالیٰ نے جو ہے، اس سے بھی زیادہ ان کو دے دیا، یعنی پورا ایک ، پوری ایک فیملی ہی دے دی ان کو۔ تو یہ جو ہے، کسی بھی انسان کے لیے اس کی ایکسپیکٹیشن سے بھی زیادہ ہے۔ حضرت موسیٰ کے ساتھ جو ہوا، گویا کہ اللہ تعالیٰ نے مدین کی طرف حضرت موسیٰ کو جو ہے، اسی لیے لگا دیا تھا کہ وہاں ان کو جو ہے، فیوچر کی تربیت ملے، یعنی اسی صحرا میں جو ہے، اس کے قریبی پڑوسی صحرا میں بنی اسرائیل کو لانا تھا۔ بنی اسرائیل جو تقریباً 10-15 لاکھ کی تعداد میں ہے، اسی صحرا کی طرف ان کو لوٹنا تھا، خلیج عقبہ کے قریب میں۔ تو گویا کہ اللہ نے جو ہے، جو مدین کے راستے پر جو لگا دیا تھا، اس کا ریزن یہ تھا کہ فیوچر میں جو رول پلے کرنا ہے، اس کی جو ہے، صحیح تربیت ہو، اس ماحول کی اور ان حالات کی اور صحراؤں کی زندگی کیسے ہوتی ہے، اس کی تربیت دینے کے لیے جو ہے، ایسا لگتا ہے کہ اللہ تعالیٰ نے کسی دوسری جگہ لے جانے کے بجائے مدین کا رخ کروایا تھا حضرت موسیٰ کا، کسی اور بھی رخ پر وہ نکل پڑ سکتے تھے۔ لیکن اللہ تعالیٰ نے جو ہے، ایسا لگتا ہے کہ ان کو انٹینشنلی اس صحرائی راستے کی طرف ڈال دیا، کیونکہ جو فیوچر کا جو یہ تھا پلان ایگزوڈس کا، عروج کا بنی اسرائیل کا مصر سے، وہ اسی علاقے کی طرف ہونے والا تھا فیوچر میں۔ تو حضرت موسیٰ جو ہے، بنی اسرائیل کو اس صحرا میں لانے سے پہلے، گویا کہ خود جو ہے، وہاں فیلڈ ورک کر رہے ہیں، وہاں کے حالات اور وہاں کی اقوام، وہاں کا کلائمیٹ، ریسورسز وغیرہ، یہ سارے کی جو ہے نا، گویا کہ حضرت موسیٰ کو اٹھ دس سال ٹریننگ ہو رہی ہے، اور بہت اچھا جو ہے، سیکھنے کا موقع مل رہا ہے صحرائی زندگی کے بارے میں۔ ہاں، فائض صاحب، بہت ہی زبردست بات کہی۔ تو میں قرآنی آیت ذہن میں آئی، تو میں سوچا تھا تقویٰ کی ایکسپلینیشن بھی نکل آئی، مثلاً جو توجہ سے سمجھ میں آتا ہے کہ موسیٰ علیہ السلام نے اس آپشن کو اڈاپٹ کیا، جس میں وہاں سمجھ رہے تھے کہ یہاں مجھے فائدہ ملے گا، تقویٰ کا فائدہ یا اللہ کی ہدایت کا فائدہ، ایک ایسی سرزمین جہاں شاید ایمان کی رمک موجود ہو۔ اور دوسرا جو آپ نے یہ بتایا کہ جیسے اللہ نے فیلڈ ورک کے لیے ان کو چن لیا، وہ بھی زبردست ہے، بہت ہی صحیح انالیسز آپ نے، اور یہ جو واقعہ آپ نے ملتا جلتا سنا، اس سے بہت ہی وضاحت ہوئی کہ ہاں، پریکٹیکل میں انسان ہمیشہ بے لوس ہو، بے لوسی بہت زبردست چیز ہے۔ جزاک اللہ ۔</w:t>
      </w:r>
    </w:p>
    <w:p/>
    <w:p>
      <w:bookmarkStart w:id="133" w:name="cl85"/>
      <w:bookmarkEnd w:id="133"/>
      <w:r>
        <w:rPr>
          <w:i/>
          <w:color w:val="77786F"/>
          <w:sz w:val="20"/>
        </w:rPr>
        <w:t>26 Jul 2026 (English)</w:t>
      </w:r>
    </w:p>
    <w:p>
      <w:pPr>
        <w:jc w:val="right"/>
        <w:bidi/>
      </w:pPr>
      <w:r>
        <w:rPr>
          <w:rFonts w:ascii="Noto Nastaliq Urdu" w:hAnsi="Noto Nastaliq Urdu" w:eastAsia="Noto Nastaliq Urdu" w:cs="Noto Nastaliq Urdu"/>
          <w:sz w:val="26"/>
          <w:rtl/>
          <w:lang w:bidi="ur"/>
        </w:rPr>
        <w:t>شاہ صاحب، سورہ یوسف میں ہے: وَقَالَ الَّذِي اَبْتَرَاهُ مِنْ مِثْرَ لِامْرَأَتِهِ أَكْرِمِ مَسْوَابٌ عَسٰى أَن يَنْفَعْنَا وَنَتَّخِذَهُ وَلَدًا. حضرت یوسف کے بارے میں یہ آیتیں آئی ہیں: وَنَتَّخِذَهُ وَلَدًا، وَكَذَلِكَ مَكَّنَّا لِيُوسُفَ فِي الْأَرْضِ وَلِنُعَلِّمَهُ مِنْ تَأْوِيلِ الْأَحَادِيثِ، وَاللَّهُ غَالِبٌ عَلَى أَمْرِهِ وَلَٰكِنَّ أَكْثَرَ النَّاسِ لَا يَعْلَمُونَ. سورہ یوسف میں 21 آیت۔ تو اس آیت میں بتایا گیا ہے حضرت یوسف کے بارے میں کہ جب ان کو کنویں سے نکال کر کاروان والے لے گئے تو عزیز مصر نے، یعنی وہاں کے کسی اہم پوسٹ، وزیر وغیرہ، کوئی تھے، انہوں نے خرید لیا حضرت یوسف کو۔ تو وہ حضرت یوسف کو اپنے محل نما گھر میں لے گئے اور اپنی وائف سے کہا کہ جو ہے، اس کا اچھا خیال رکھنا، اس لڑکے کا، اس لڑکے سے ہم کو جو ہے بہت فائدہ ہو سکتا ہے۔ تو اللہ تعالیٰ یہ نیریٹ کرنے کے بعد کہتا ہے کہ جو ہے، كَذٰلِكَ مَكَّنَّا۔ ہم نے اس طرح جو ہے یوسف کو مصر میں جو ہے سیٹل کرنے کا یہ بنایا، راستہ بنایا، سیٹل ہونے کا۔ تو حضرت یوسف کے کیس میں جو ہے ایک فارم میں ہے وہ کیسے اللہ تعالیٰ جو ہے سیٹل کرتا ہے بندوں کو اپنے۔ اور یہاں جو ہے ایسے ہی ایک واقعہ ہے یہاں بھی حضرت موسیٰ کے کیس میں کہ مصر سے محرومی کے بعد جو ہے اس کنویں کے پاس پہنچنا ، اور پھر جو ہے آؤٹ آف مرسی ان دونوں خواتین کی مدد کرنا۔ تو یہاں بھی ہم کہہ سکتے ہیں کہ جو ہے اس طرح ہم نے موسیٰ کو جو ہے کرائسز میں سیٹل کیا، ان کی زندگی کو۔ رسول اللہ کے اس میں بھی ایسا ہی واقعہ سمجھ میں آتا ہے۔ رسول اللہ جو ہے حضرت خدیجہ کے بزنس میں کام کرتے تھے۔ جو حضرت خدیجہ کا جو غلام جو تھا، وہ سفر سے واپس آنے کے بعد، شاید ملک شام کا سفر تھا، رسول اللہ کا، حضرت خدیجہ کے بزنس ایمپلائی کی حیثیت سے، تو وہاں سے لوٹے تو کافی فائدہ ہوا۔ تو غالباً میسرا اس کا نام تھا، وہ غلام کا، حضرت خدیجہ کے۔ حضرت خدیجہ نے جو ہے حساب کتاب لینے کے بعد جو ہے بہت خوشی کا اظہار کیا اور پوچھا کہ جو ہے کیسے ہیں یہ انسان محمد۔ تو میسرا نے کہا کہ وہ بہت عجیب صفات کے آدمی ہیں۔ تو اس طرح جو ہے رسول اللہ کی میرج ہوئی حضرت خدیجہ سے۔ اس طرح کا ایک واقعہ تھا۔ تو یہ بھی ہم کہہ سکتے ہیں کہ كَذٰلِكَ مَكَّنَّا محمد۔ اس طرح ہم نے محمد کی زندگی کو جو ہے سیٹل کیا۔ حضرت یوسف کی اس طرح سیٹل ہوئی ، حضرت موسیٰ کی اس طرح، اور حضرت محمد کی اس طرح۔ تو گویا کہ اللہ تعالیٰ یہ کہنا چاہ رہا ہے قرآن کے بارے میں جیسا بتایا گیا ہے کہ یہ جو ہے ذکرہ ہے، ذکر سکھانے والی کتاب ہے انسان کو۔ تو خدا کا ذکر کیسے کرے کوئی آدمی؟ تو اس میں بتایا گیا كَذٰلِكَ کہ اس طرح ہم جو ہے لوگوں کو سیٹل کرتے رہتے ہیں۔ یوسف کو ہم نے اس طرح کیا، محمد کو اس طرح کیا، اور حضرت موسیٰ کو اس طرح کیا۔ تو گویا کہ اللہ تعالیٰ یہ کہہ رہا ہے کہ جو ہے وَاٹ اَبَاؤٹ یو؟ تمہیں کیسے سیٹل کیا؟ اس کو یاد کرو۔ تو ہر ایک کے لیے جو ہے ایک كَذٰلِكَ ہے زندگی میں۔ ہر صاحب ایمان کے لیے جو ہے ایک كَذٰلِكَ ہے، كَذٰلِكَ مَك َّنَّا۔ تو اپنے كَذٰلِكَ مَكَّنَّا کو جو ہے اگر ہم یاد کریں گے تو یہ سارے پیراگراف نیریشن کے بجائے جو ہے سیلف ایکسپیرینس بن جائیں گے۔ یہ ساری آیتیں، یعنی اللہ تعالیٰ ریپیٹیشن کے ساتھ اس طرح کے واقعات کا قرآن میں ذکر کیا ہے۔ تو وہ پڑھنے کے اعتبار سے جو ہے ایک پاسٹ نیریشن ہے، ماضی کی ایک سٹوری ہے۔ لیکن اگر اس میں انسان جو ہے اپنے كَذٰلِكَ کو جوڑ لے کہ میری زندگی میں اللہ نے کیسے انٹروین کیا، تو پھر یہ جو ہے تاریخ کی جو تاریخ کے جو واقعات ہیں، ہمارے لیے سیلف ایکسپیرینس بنتے ہیں۔ اور یہی ذکر ہے اصل میں۔ ان آیتوں کی روشنی میں جو ہے اپنی زندگی کو دیکھنا۔ تَبْسِرَتَهُ وَذِكْرَى لِكُلِّ عَبْدٍ مُّنِيبٌ یعنی ذکرہ قرآن کس طرح سے ہے، اس کی وضاحت ہوئی کہ جس طریقے سے یوسف کا ایک كَذٰلِكَ ہے، پیغمبر اسلام کا ایک كَذٰلِكَ ہے، ویسے ہم میں سے ہر شخص اپنے اپنے كَذٰلِكَ کو پہچانے۔ تو اس طرح سے وہ ذکرہ بن جائے گا۔ یعنی اگرچہ کہ كَذٰلِكَ، جس كَذٰلِكَ کا ذکر قرآن کرتا ہے، وہ اگرچہ کہ ماضی کا كَذٰلِكَ ہے، مگر وہ حال کا كَذٰلِكَ بن جائے گا اگر ہم اپنے كَذٰلِكَ کو ڈسکور کریں۔ تو اس سے قرآن، قرآن کے ریپیٹیشن کی حکمت بھی اس سے واضح ہوتی ہے۔ جیسے جو ہے مولانا کی زندگی کے جو واقعات ہیں، مولانا جو ہے اس کے بعد ندوہ کے بعد ندوہ کے بعد جو ہے غالباً مولانا اس کو چلے گئے تھے واپس اپنے گاؤں کو، بڈریا غالباً گئے تھے۔ تو وہاں جو ہے جمعیت علماء والے پہنچے مولانا کے لیے کہ آپ دلی چلیے اور الجمیعہ کا جو ہے ایڈیٹر بنا دیا مولانا کو۔ تو مولانا خود جو ہے لکھنے پڑھنے والے آدمی تھے، اس طرح نہیں سوچتے تھے کہ میں جو ہے وہاں رہوں، یہاں رہوں، وہاں سیٹل ہو جاؤں۔ یہ مولانا کا نہیں تھا مائنڈ سیٹ، مولانا کا مائنڈ سیٹ تدبر، تفکر والا تھا۔ تو ندوہ کے بعد جو ہے یہ الجمیعہ والے لے گئے، جمعیت علماء والے۔ تو اس طرح جو ہے مولانا کی انٹری ہوئی دلی میں۔ لیکن جو ہے یہ بھی ایک كَذٰلِكَ ہے قرآن میں، جیسے وہ حضرت یوسف کے بارے میں ہے: كَذٰلِكَ مَكَّنَّا لِيُوسُفَ فِي الْأَرْضِ وَلِنُعَلِّمَهُ مِنْ تَأْوِيلِ الْأَحَادِيثِ تاکہ ہم جو ہے یوسف کو ولیج لائف جو ہے کنان کی، وہاں رہتے تو وہ کچھ بن نہیں پاتے، مائنڈ اس طرح نہیں کھلتا۔ تو اللہ تعالیٰ نے جو ہے تعلیم کے لیے مصر جیسی سویلائز اس میں پہنچا دیا کنٹری میں، اور وہ بھی جو ہے وقت کے بہترین لوگوں کے پاس، عزیز مصر کے پاس۔ تو مولانا جو ہے الجمیعہ کے ذریعے دلی میں آئے، لیکن جو ہے وہ مولانا کا مستقل یہ بن گیا مشن کا مرکز بعد میں۔ تو غالباً جو ہے یہ بھی ایک كَذٰلِكَ ہی ہے۔</w:t>
      </w:r>
    </w:p>
    <w:p>
      <w:pPr>
        <w:jc w:val="right"/>
        <w:bidi/>
      </w:pPr>
      <w:r>
        <w:rPr>
          <w:rFonts w:ascii="Noto Nastaliq Urdu" w:hAnsi="Noto Nastaliq Urdu" w:eastAsia="Noto Nastaliq Urdu" w:cs="Noto Nastaliq Urdu"/>
          <w:sz w:val="26"/>
          <w:rtl/>
          <w:lang w:bidi="ur"/>
        </w:rPr>
        <w:t>واقعی قیاس صاحب، یہ كَذٰلِكَ بہت تھرلنگ بن گیا۔ دراصل كَذٰلِكَ کو ڈسکور نہ کر کے ہم ذکر کی وہ چاشنی سے محروم ہوتے ہیں جو اصل ذکر ہے، جس کا آپ نے ابھی حوالہ دیا۔ ورنہ ذکر خشک عمل وہ بلکہ کوئی چیز ہے ہی نہیں اگر اس میں كَذٰلِكَ شامل نہ ہو جائے۔ بہت ہی صحیح یہ اینگل ہے۔ حضرت یوسف، حضرت موسیٰ اور پرافٹ طلسم اور مولانا سے متعلق جو كَذٰلِكَ اس کی وضاحت ہوئی، تو اپنے كَذٰلِكَ کو اسی طرح پہچاننا ہے۔ جزاک اللہ۔</w:t>
      </w:r>
    </w:p>
    <w:p>
      <w:pPr>
        <w:jc w:val="right"/>
        <w:bidi/>
      </w:pPr>
      <w:r>
        <w:rPr>
          <w:rFonts w:ascii="Noto Nastaliq Urdu" w:hAnsi="Noto Nastaliq Urdu" w:eastAsia="Noto Nastaliq Urdu" w:cs="Noto Nastaliq Urdu"/>
          <w:sz w:val="26"/>
          <w:rtl/>
          <w:lang w:bidi="ur"/>
        </w:rPr>
        <w:t>ڈاکٹر ثانی حسنین صاحب کہتے ہیں کہ جو ہے وہ جس ٹرین سے آئے تھے، ابھی بھی ذہن میں جو ہے اس کی پکچر ہے۔ وہ فلاں ٹرین تھی، کوئی لکھنو سے کہیں پنجاب جاتی تھی۔ تو ڈاکٹر صاحب نے ایک مرتبہ بتایا تھا کہ جب آئے تھے تو ہاتھ میں جو ہے ایک بٹی تھی، باسکٹ، جس میں اپنا کپڑا وپڑا کچھ لے کر آئے تھے۔ اس وقت کوئی ٹرین تھی جو امرتسر غالباً جاتی تھی لکھنو سے۔ تو ڈاکٹر صاحب کو وہ منظر یاد ہے، کون سی ٹرین سے آئے تھے وہ۔ تو یہ بہت بڑا كَذٰلِكَ ہے، کیونکہ یہ كَذٰلِكَ نہ ہوتا تو بہت ساری باتیں کھلتی ہی نہیں۔ خود یہ ہم جو جس ذکر كَذٰلِكَ کا یہ کر رہے ہیں، ذکر كَذٰلِكَ ذکر کا، وہ بھی ہم کو پتہ نہیں چلتی۔ کہ خدا کا ذکر جو ہے اس طرح کیا جاتا ہے، نہ کہ اوراد اور وظائف۔ تو یہ بھی مولانا جو ہے، مولانا سے ہم نے جو سیکھا، اس کے پیچھے بھی یہی بات ہے۔ اگر غالباً مولانا دلی نہیں آتے تو کوئی انٹرنیشنل مشن بھی جو ہے غالباً کھڑا نہیں ہوتا، رسالہ جیسا۔ تو جمعیت علماء والوں کو جو ہے اس کا یہ جاتا ہے، اس کا تشکر۔ ہماری امت کے لوگ جو ہیں، کیسے بھی ہوں، ملی مائنڈ ہو، کچھ بھی ہو، لیکن ان کا کنٹریبیوشن بہت بڑا بڑا ہوتا ہے کسی بھی دینی کام میں۔ ہماری ملی جماعتوں، جمعیتوں کا، وہ بڑے بڑے مدارس قائم کرتے ہیں اور جو ہے تعلیم کا انتظام کرتے ہیں، تحریکیں چلاتے ہیں۔ اگرچہ کہ ان کے اندر کمیاں ہیں مختلف ٹائپ کی، لیکن بڑے بڑے رول پلے ہوتے ہیں ان کے ذریعے۔ تو کسی اینگل سے جو ہے ہم ان سے ڈس ایگری کرتے ہیں، لیکن بہت بڑے بڑے اینگل ہیں، جس کی وجہ سے ہم ان کا شکر کرنا چاہیے۔ اگر یہ سب تنظیمیں، تحریکیں اور یہ علماء، یہ سب نہ ہوتے تو ہم جو ہے نتھنگ ہوتے، کچھ نہیں ہوتے۔ تو اس لیے مولانا نے جب پہلی مرتبہ یہ لکھا تھا، مذہب اور جدید چیلنج، اس کے مقدمے میں جو ہے نا کھل کے اہل ندوہ کا اور وہاں کے جو شیخ جو ہیں، ان کا مولانا مودودی صاحب کا، سب کا جو ہے کھل کر اعتراف کیا تھا کہ ان لوگوں کی رفاقت کی وجہ سے جو ہے میرے اندر دین کی خدمت کا ایک اونچا جذبہ پیدا ہوا تھا۔ اگرچہ کہ کسی اینگل سے ہم ان سے ڈس ایگری نہیں کرتے ہیں، لیکن بہت سارے اینگل ہیں جس میں وہ ہمارے شکر کے اور ہماری ہمارے اعتراف کے جو ہیں، یہ ہیں حقدار ہیں۔</w:t>
      </w:r>
    </w:p>
    <w:p/>
    <w:p>
      <w:pPr>
        <w:pStyle w:val="Heading1"/>
      </w:pPr>
      <w:bookmarkStart w:id="134" w:name="vg47"/>
      <w:bookmarkEnd w:id="134"/>
      <w:r>
        <w:t>The Story (Al-Qasas) - 28:29-32</w:t>
      </w:r>
    </w:p>
    <w:p>
      <w:bookmarkStart w:id="135" w:name="cl86"/>
      <w:bookmarkEnd w:id="135"/>
      <w:r>
        <w:rPr>
          <w:i/>
          <w:color w:val="77786F"/>
          <w:sz w:val="20"/>
        </w:rPr>
        <w:t>29 Jul 2026 (Urdu)</w:t>
      </w:r>
    </w:p>
    <w:p>
      <w:pPr>
        <w:jc w:val="right"/>
        <w:bidi/>
      </w:pPr>
      <w:r>
        <w:rPr>
          <w:rFonts w:ascii="Noto Nastaliq Urdu" w:hAnsi="Noto Nastaliq Urdu" w:eastAsia="Noto Nastaliq Urdu" w:cs="Noto Nastaliq Urdu"/>
          <w:sz w:val="26"/>
          <w:rtl/>
          <w:lang w:bidi="ur"/>
        </w:rPr>
        <w:t>دوسرا: حضرت موسیٰ کے واقعے میں یہ "لا تخف" جو ہے، کافی جگہ آتا ہے قرآن کے اندر۔ جیسے حضرت موسیٰ کی جب پیدائش ہوئی تو حضرت ام موسیٰ سے، مدر آف موسیٰ سے جو ہے، کہا گیا: "لا تخافي ولا تحزني"۔ تو وہاں بھی "لا تخف" کا لفظ ہے، مت ڈرو، ڈونٹ وری۔ جب بہت زیادہ ڈر محسوس ہو تو تابوت میں رکھ کے جو ہے، دریا میں ڈال دو۔ وہاں بھی "لا تخ افي ولا تحزني" ہے۔ اسی طرح جب موسیٰ جو ہے، شیخ مدین کے شیخ کے پاس پہنچے تو شیخ نے بھی یہی کہا: "لا تخف، نجوت من القوم الظالمين"۔ وہاں بھی "لا تخف" کی بات ہے۔ اور جب موسیٰ جو ہے، واپس مصر جا رہے ہیں تو یہاں بھی پھر اللہ تعالیٰ کہہ رہا ہے کہ "لا تخف، إنك من الآمنين"۔ تو حضرت موسیٰ کے قصے میں جو سنٹرل ورڈ ہے، یہ "لا تخف" بہت زیادہ لگتا ہے کہ ڈرو مت، غمزدہ نہ ہو۔ یہ اس سورہ کا جو ہے، یا حضرت موسیٰ کے واقعے کا ایک بہت سنٹرل ورڈ لگتا ہے: "لا تخف، لا تخف، لا تخافي ولا تحزني"۔ اس کا مطلب یہ ہوا کہ جو ہے، حضرت موسیٰ کو اللہ تعالیٰ اپنے مشن کے معاملے میں جو ہے، وری فری بنانا چاہتا تھا۔ یعنی کیسے ہوگا، کیا ہوگا، معاملات کیسے ڈیل ہوں گے، اس طرح کی جو ہے، وری سے فری کرنا چاہتا تھا اللہ تعالیٰ۔ تو شروع سے ہی جو ہے، موسیٰ کی مدر اور خود موسیٰ سے ہمیشہ یہ دو باتیں کہی جا رہی ہیں کہ ڈرنے کی ضرورت نہیں، ڈر سے خالی سوچ ڈویلپ کرو اپنے اندر۔ تو جیسا کہا گیا، اس طرح جو ہے، ان کو ایکسپیرینس بھی کروایا گیا، پریکٹیکل۔ یعنی ام موسیٰ سے کہا گیا ہے کہ جب بہت زیادہ ڈر ہو جائے تو پھر معاملہ ہماری طرف کر دو، ہمارے حوالے کر دو، تابوت میں ڈال دو، باقی ہم دیکھ لیں گے۔ تو "إن رادو إليك بجاہل من المرسلين"۔ ہم پھر تم کو واپس لوٹا دیں گے۔ اور اس بچے کو جو ہے، پیغمبروں میں سے بنائیں گے۔ تو اللہ نے وہ وعدہ پورا کیا، لوٹانے کا۔ تو ایک عملی تجربہ ہو گیا، گویا کہ ام موسیٰ کو۔ اور جب حضرت موسیٰ مدین پہنچے تو پروٹیکشن اور جو ہے، ایک فیملی دے کر اللہ نے جو ہے، ایکسپیرینس کروایا، پریکٹیکل کہ میں جب "لا تخف" کہتا ہوں تو صرف وہ الفاظ نہیں ہوتے، بلکہ یہ کروایا جاتا ہے پر سنل ایکسپیرینس اس کا۔ تو وہاں ام موسیٰ کو پرسنل ایکسپیرینس دیا گیا، یہاں بھی جو ہے، حضرت موسیٰ کو پرسنل ایکسپیرینس دیا گیا، مدین میں، ایک فیملی اور ایک پروٹیکشن کے ذریعے۔ تو اس طرح گویا کہ اللہ تعالیٰ جو ہے، پرسنیلٹی کو ڈویلپ کر رہا تھا حضرت موسیٰ کی۔ پھر یہاں بھی جو ہے، "لا تخف" کہا گیا، واپسی کے وقت مصر کی طرف ۔ تو ایسا لگتا ہے کہ جو ہے، یہ اس کے بعد جو ہے، حضرت موسیٰ کا کانفیڈنس بہت ڈویلپ ہو گیا۔ اس کے بعد کے واقعات میں جو ہے، خوف اور یہ دکھائی نہیں دیتا حضرت موسیٰ میں۔ تو جب بنی اسرائیل نے کہا: "إن لم يدركون" تو حضرت موسیٰ نے کہا: "کلا، نیور، کبھی نہیں ہو سکتا اس طرح، تم جو کہہ رہے ہو"۔ تو گویا کہ جو ہے، پرسنیلٹی چینج کا واقعہ پیش آیا حضرت موسیٰ میں۔ اس کے بعد یہ "لا تخف" کے واقعات دیکھنے کے بعد تو سائرہ نے، موسیٰ نے جو ہے، لاٹھیاں ڈال دیں۔ تو حضرت موسیٰ نے بھی جو ہے، اس وقت خوف کا اظہار نہیں کیا، بلکہ خدا نے کہا کہ ڈرنے کی ضرورت نہیں، اپنی لاٹھی ڈال دو۔ اور فرعون سے گفتگو میں بھی جو ہے، حضرت موسیٰ نے بہت ہی کانفیڈنس کا اظہار کیا اس کے بعد ۔ اور پھر باقی پورے واقعات پیش آتے رہے، خوف سے فری ہو کر جو ہے، اپنا مشن جاری رکھنے کے۔ گویا کہ لیسن یہ نکلا انسان کے لیے، قاری قاری قرآن کے لیے، ریڈر کے لیے جو ہے، قرآن کے لیے گویا کہ سبق نکلا کہ جب تمہیں زندگی میں جو ہے، اس طرح کی کیورٹی مل جائے واقعات کی شکل میں، تو اس کے بعد اپنے آپ کو وری فری کر دو۔ یعنی جب تم ان ایکسپیرینس تھے خدا کی مدد کے معاملے میں، جب خوف اور فرسٹریشن سمجھا جا سکتا ہے، لیکن جب تم نے زندگی میں جو ہے، پرسنل ایکسپیرینس کر لیا، تو اس کے بعد جو ہے، تمہارا مائنڈ سیٹ ڈویلپ ہو جانا چاہیے خدا کے بارے میں، اعتماد کے معاملے میں خدا پر۔ جب تم نے ایک دو چار اس طرح کے ایکسپیرینس کر لیے، تو اب تم جو ہے، اس سے اوپر اٹھنا چاہیے، تمہاری پرسنیلٹی۔ ہر بار ایسا نہیں ہونا چاہیے کہ پھر زیرو لیول پر پہنچے، ہر موڑ پر، ہر ٹوسٹ پر زیرو لیول پر نہیں پہنچنا چاہیے۔ جب تم نے دو تین مرتبہ ایکسپیرینس کر لیا کہ خدا کی نصرت آتی ہے اور عین وقت پر آتی ہے، تو پھر تم اب جو ہے، پرسنیلٹی پھر اس سے اوپر ڈویلپ کرنا چاہیے، نہ کہ بار بار تمہارا کانفیڈنس ریشو جو ہے، پھر واپس زیرو پر بار بار چلا جائے۔ ایسا نہیں ہونا چاہیے۔ تو حضرت موسیٰ کو جو ہے، یہ تین امپورٹنٹ ایکسپیرینس کروائے گئے: ایک جو ہے، تابوت میں ڈال کر محل میں پالنا، اور پھر اپنی ریئل مدر سے جو ہے، جڑے رہنا، اور پھر جو ہے، کرائسز کے وقت جو ہے، مدین میں پروٹیکشن دینا، اور پھر جو ہے، پیغمبر بنا کر جو ہے، دو نشانیاں دینا۔ تو یہ حضرت موسیٰ کی زندگی کے جو ہے، بڑے ایکسپیرینس ہیں حضرت موسیٰ کے لیے۔ تو اس کے بعد ایسا لگتا ہے کہ حضرت موسیٰ کا جو ہے، کانفیڈنس اس کے بعد اونچا ہی ہوتا گیا، اللہ پر نیچے نہیں گیا۔ پھر وہ انتہائی بحران کی حالت میں بھی جو ہے، کبھی بھی وہ پھر واپس نہیں گیا نیچے۔ تو ہر انڈیویجول کو جو ہے، اس طرح کے اس سے گزرنا ہے زندگی میں۔ جب وہ ایکسپیرینس کر لے، تو پھر وہ اس کے آگے سے جو ہے، اپنا بلڈ اپ کرنا چاہیے، نہ کہ پھر نیچے کی طرف وہ بار بار پہنچ جائے۔ قرآن میں "لن سبّت به فواد" غالباً اسی لیے، یعنی اس طرح کے واقعات جو ہے، قرآن اس لیے اپنے پیغمبر کو اور اپنے قاری کو سناتا ہے تاکہ ان کا دل جو ہے، کنسولیڈیٹ ہو جائے، دل میں کانفیڈنس اور اعتماد پیدا ہو جائے۔ "لن سبّت به فواد" مضبوطی دل کے لیے جو ہے، قرآن رسول اللہ کو یہ سنایا ہے اور اپنے ریڈر کو یہ سناتا ہے۔</w:t>
      </w:r>
    </w:p>
    <w:p/>
    <w:p>
      <w:bookmarkStart w:id="136" w:name="cl87"/>
      <w:bookmarkEnd w:id="136"/>
      <w:r>
        <w:rPr>
          <w:i/>
          <w:color w:val="77786F"/>
          <w:sz w:val="20"/>
        </w:rPr>
        <w:t>30 Jul 2026 (English)</w:t>
      </w:r>
    </w:p>
    <w:p>
      <w:pPr>
        <w:jc w:val="right"/>
        <w:bidi/>
      </w:pPr>
      <w:r>
        <w:rPr>
          <w:rFonts w:ascii="Noto Nastaliq Urdu" w:hAnsi="Noto Nastaliq Urdu" w:eastAsia="Noto Nastaliq Urdu" w:cs="Noto Nastaliq Urdu"/>
          <w:sz w:val="26"/>
          <w:rtl/>
          <w:lang w:bidi="ur"/>
        </w:rPr>
        <w:t>شاہ صاحب، کل جس امّہ کی بات ہو رہی تھی کہ موسیٰ کی تربیت میں ، حضرت موسیٰ کی تربیت میں، لا تخف کا میسج جو ہے، لا تخف کی ٹریننگ، ڈونٹ بی افریڈ، جو ہے، بہت ہی زیادہ جو ہے امپورٹنس ہے۔ کل ہم نے اس پر گفتگو کی تھی کہ کئی جگہ ان سے کہا گیا لا تخافی ولا تازنی، ڈونٹ بی افریڈ اور ڈونٹ بی سیڈ، اور یہاں بھی جو ہے لا تخف ہے، اور شیخ مدین نے بھی جو ہے لا تخف کہا۔ تو یہاں جو وادی طور میں جو گفتگو ہو رہی ہے، تو اس گفتگو میں جو ہے ایک حضرت موسیٰ کی زندگی میں ایک نیا ٹوسٹ آ رہا ہے۔ تو اب تک جو حضرت موسیٰ کی جو مدد کی گئی، اس پر غور کرنے سے لگتا ہے کہ جو ہے وہ ود ان لا اف نیچر تھی، یعنی جس کو ہم کہتے ہیں جو ہے روایت نصرت، ٹریڈیشنل سپورٹ، یعنی تابوت میں ڈالنا اور محل کو پہنچنا، اور مصر سے نکلنا اور مدین میں جو ہے مدد کا ملنا وغیرہ۔ تو یہ جو مدد تھی یا جو واقعات جو تھے، وہ ود ان لا اف نیچر تھے، یا ہم کہہ سکتے ہیں کہ جو ہے روایتی ٹائپ کے کی نصرت تھی وہ۔ لیکن یہاں جو ہے ید بیضہ اور عصا جو ہے غیر روایتی لگتے ہیں، یعنی نصرت کا ایک غیر روایتی ورژن۔ تو میں بہت دن سے سوچتا تھا کہ جو ہے اس طرح کی چیزیں حضرت موسیٰ کو دیے جانے کے پیچھے کیا حکمت ہے، یعنی لاٹھی کا سانپ بن جانا اور ہاتھ کا جو ہے شائننگ وائٹ ہو جانا۔ تو کیوں اس طرح کی یہ دی گئی نشانی؟ تو غور کرنے سے جو ہے سمجھ میں آ رہا ہے کہ جو ہے یعنی حضرت موسیٰ سے اللہ تعالیٰ یہ کہہ رہا ہے کہ جو ہے ہم تمہاری ان ایکسپیکٹڈ ہیلپ کریں گے، یعنی روایتی ورژن نصرت کا، مدد کا جو ہے روایتی ورژن وہ تو تم کو ملا ہی رہے گا، اس کے علاوہ جو ہے غیر روایتی ورژن بھی ملے گا، یعنی جو عام طور پر ہوتا نہیں ہے دنیا میں، وہ بھی تم کو جو ہے ہم دیں گے۔ تو گویا کہ جو ہے عصا اور ید بیضہ جو ہے اس کے ٹوکن ہیں، غیر روایتی ورژن اف نصرت کے جو ہے وہ ٹوکن ہیں۔ تو بعد کے واقعات میں جو ہے وہ دکھائی دیتے ہیں یہ دو نشانیوں کا اثر، یعنی فرعون کے ساتھ جب یہ ہوا، مقابلہ ہوا، تو پانی کا جو ہے خون بن جانا اور ہر طرف جو ہے بائیولوجیکل ڈسٹربنس پیدا ہو جانا، یا سمندر کے پاس پہنچتے ہیں تو جو ہے سمندر کا عصا کے ذریعے پھٹ جانا، یا بنی اسرائیل کو جب پانی کی ضرورت پڑتی ہے تو پتھر سے چشموں کا نکلنا۔ تو یہ سب باتوں سے غور باتوں میں جو ہے غور کرنے سے لگتا ہے کہ جو ہے اب تک ہم تمہیں نصرت کا جو ہے روایتی ورژن، کنونشنل ورژن دے رہے تھے، اب اس کے بعد جو ہے ہم تمہیں نان کنونشنل ورژن بھی دیں گے ہماری مدد کا۔ تو اس کے ٹوکن کے طور پر جو ہے یہ دو چیزیں جو ہے ہماری طرف سے تمہیں دی جا رہی ہیں، گویا کہ جو ہے غیر روایتی نصرت کے ورژن کا جو ہے یہ ٹوکن تھے، یہ دو نشانیاں، عصا اور ید بیضہ۔ گویا کہ یہ بتایا جا رہا تھا کہ جو ہے نیا نئے حوصلے کے ساتھ آگے بڑھو۔ لا تخف کا مطلب ہوا نیا حوصلہ پیدا کرو اپنے اندر، غم اور کمپلینٹ چھوڑ دو، فرسٹریشن کو جو ہے ترک کرو، نئی حوصلہ مندی کے ساتھ آگے بڑھو۔ تو اس کے ٹوکن کے طور پر یہ دیا گیا کہ روایتی مدد تو ملتی ہی رہے گی، ایک دم غیر روایتی ٹائپ کی جو ہے وہ مدد بھی تم کو دی جائے گی۔ اس کے یہ ٹوکن ہیں، یہ دو چیزیں، یعنی یہ صرف دو نہیں ہیں بلکہ اس ٹائپ کے جو بھی چیزیں آ رہی ہیں، اس کا یہ ٹوکن ہے، یہ دو چیزیں۔ تو بعد کے واقعات میں جو ہے یہ غیر روایتی نصرت کے بہت سارے واقعات پیش آئے حضرت موسیٰ کی زندگی میں، جو کہ عام طور پر جو ہے روایتی نصرت میں نہیں ملتے ہیں کسی کو۔ یعنی ود ان دا لا اف نیچر کچھ نصرتیں ہوتی ہیں انسانوں کی، اور کچھ نصرتیں جو ہے اللہ تعالیٰ نے حضرت موسیٰ سے یہ وعدہ کیا کہ آؤٹ سائیڈ دا لا اف نیچر ہوں گی۔ عام طور پر ایسا ہوتا نہیں ہے، لیکن ہم تمہارے لیے وہ بھی بطور ہیلپ کے دیں گے۔ شاہ صاحب، ایسا کہنا ٹھیک ہے، یعنی عصا اور ید بیضہ کا مطلب ہے غیر روایتی نصرتوں کا ٹوکن ۔</w:t>
      </w:r>
    </w:p>
    <w:p>
      <w:pPr>
        <w:jc w:val="right"/>
        <w:bidi/>
      </w:pPr>
      <w:r>
        <w:rPr>
          <w:rFonts w:ascii="Noto Nastaliq Urdu" w:hAnsi="Noto Nastaliq Urdu" w:eastAsia="Noto Nastaliq Urdu" w:cs="Noto Nastaliq Urdu"/>
          <w:sz w:val="26"/>
          <w:rtl/>
          <w:lang w:bidi="ur"/>
        </w:rPr>
        <w:t>ہاں، بالکل صحیح ہے، بالکل صحیح ہے۔ جو بات کی ہے اس کی، جی جی، بہت اہم وضاحت ہوئی ہے کہ یہ میریکل جو ہیں، ان کنفرم وے اف ہیلپ تھی، گاڈ المیڈ کی طرف سے۔ بہت زبردست، صحیح بات ہے۔ بلکہ جب ایکسٹینڈڈ وے میں دیکھا دیکھا جائے تو دم جدید میں ظاہر ہے گاڈ المیڈ اپنے میسج کو پہچانا، انسانیت تک انسانوں کو پہچان چاہتے چاہتے ہیں۔ تو جو بھی فیسلیٹیٹ کیا جاتا ہے دم جدید میں، وہ ہم سوئے ہوئے ہیں، ہمارے لیے بھی اس طرح اس طرح کی فیسلیٹیز میسر گاڈ اپنی کر رہے ہیں۔ بہت ہی صحیح بات ہے، بہت جزاک اللہ۔ ایک اور بات، فیاض صاحب، میں سوچ رہا تھا کہ عنایات میں بہت ساری باتیں کہی جاتی ہیں جو سائیڈ لائن میں کہی جاتی ہیں۔ مثلاً ایک جگہ کہا گیا کہ مہیمن علیہ، یہ کتاب جو ہے مہیمن ہے، اور کہیں جہاں کہا گیا فرقان ہے، اور بائبل میں موسیٰ علیہ السلام کے ہاتھ سے متعلق یہ کہا گیا کہ اس میں کوئی پرابلم تھی تو اس وجہ سے وہ ہاتھ ایسے آ گیا سفید۔ اس طرح جو وہاں جو واج الایمن من الشجر المبارک کا، میں کشمیر میں جو پہاڑوں کو دیکھتا ہوں تو جو پہاڑ کا جو حصہ سن شائن کے سامنے رہتا ہے، وہاں زیادہ پیڑ نہیں اگتے ہیں۔ جو تھوڑا شیڈی ایریا میں رہتا ہے تو وہاں پہاڑ اگتے ہیں۔ ایسا لگ رہا ہے کہ شاید وہ بھی کہا جاتا ہے۔ تو مجھے کوئی پوری ٹوپوگرافی کا اندازہ نہیں، لیکن بہت ساری چیزیں جو ہیں سائیڈ لائن میں ہمارے تحقیق کے لیے رکھی گئی ہیں۔ اور جو اہم بات آپ نے کہی، وہ بہت ہی صحیح ہے۔ جزاک اللہ۔</w:t>
      </w:r>
    </w:p>
    <w:p>
      <w:pPr>
        <w:jc w:val="right"/>
        <w:bidi/>
      </w:pPr>
      <w:r>
        <w:rPr>
          <w:rFonts w:ascii="Noto Nastaliq Urdu" w:hAnsi="Noto Nastaliq Urdu" w:eastAsia="Noto Nastaliq Urdu" w:cs="Noto Nastaliq Urdu"/>
          <w:sz w:val="26"/>
          <w:rtl/>
          <w:lang w:bidi="ur"/>
        </w:rPr>
        <w:t>جی ۔</w:t>
      </w:r>
    </w:p>
    <w:p/>
    <w:p>
      <w:pPr>
        <w:pStyle w:val="Heading1"/>
      </w:pPr>
      <w:bookmarkStart w:id="137" w:name="vg48"/>
      <w:bookmarkEnd w:id="137"/>
      <w:r>
        <w:t>The Story (Al-Qasas) - 28:33-35</w:t>
      </w:r>
    </w:p>
    <w:p>
      <w:bookmarkStart w:id="138" w:name="cl88"/>
      <w:bookmarkEnd w:id="138"/>
      <w:r>
        <w:rPr>
          <w:i/>
          <w:color w:val="77786F"/>
          <w:sz w:val="20"/>
        </w:rPr>
        <w:t>31 Jul 2026 (Urdu)</w:t>
      </w:r>
    </w:p>
    <w:p>
      <w:pPr>
        <w:jc w:val="right"/>
        <w:bidi/>
      </w:pPr>
      <w:r>
        <w:rPr>
          <w:rFonts w:ascii="Noto Nastaliq Urdu" w:hAnsi="Noto Nastaliq Urdu" w:eastAsia="Noto Nastaliq Urdu" w:cs="Noto Nastaliq Urdu"/>
          <w:sz w:val="26"/>
          <w:rtl/>
          <w:lang w:bidi="ur"/>
        </w:rPr>
        <w:t>اور میرا بھائی ہارون، وہ مجھ سے زیادہ فصیح ہے زبان میں۔ پس تو اس کو میرے ساتھ مددگار کی حیثیت سے بھیج ، کہ وہ میری تائید کرے۔ میں ڈرتا ہوں کہ وہ لوگ مجھے جھٹلا دیں گے۔ فرمایا کہ ہم تمہارے بھائی کے ذریعے تمہارے بازو کو مضبوط کر دیں گے، اور ہم تم دونوں کو غلبہ دیں گے، تو وہ تم لوگوں تک نہ پہنچ سکیں گے۔ ہماری نشانیوں کے ساتھ تم دونوں اور تمہاری پیروی کرنے والے ہی غالب رہیں گے۔ تشریح : خدا جب کسی کو اپنی دعوت کے کام پر مامور کرتا ہے، تو لازمی طور پر اس کو وہ تمام اسباب بھی دیتا ہے جو کارِ دعوت کی مؤثر ادائیگی کے لیے ضروری ہیں۔ چنانچہ حضرت موسی کو ان کے حالات کے لحاظ سے متعدد چیزیں دی گئیں : آپ کو ماموریت کی سند کے طور پر خارخِ عادت معجزے عطا کیے گئے، آپ کو مددگار دیا گیا جو اعلانِ حق کے کام میں آپ کا معاون ہو ، آپ کو شخصی ہیبت دی گئی تاکہ فرعون کی قوم آپ پر ہاتھ ڈالنے کی جرات نہ کرے۔ خدا کی طرف سے یہ مقدر کر دیا گیا کہ حضرت موسی اور آپ کے ساتھیوں، یعنی بنی اسرائیل ہی کو آخری غلبہ حاصل ہو۔ تشریح دوبارہ: خدا جب کسی کو اپنی دعوت کے کام پر مامور کرتا ہے، تو لازمی طور پر اس کو وہ تمام اسباب بھی دیتا ہے جو کارِ دعوت کی مؤثر ادائیگی کے لیے ضروری ہیں۔ چنانچہ حضرت موسی کو ان کے حالات کے لحاظ سے متعدد چیزیں دی گئیں ، آپ کو ماموریت کی سند کے طور پر خارخِ عادت معجزے عطا کیے گئے ، آپ کو مددگار دیا گیا جو اعلانِ حق کے کام میں آپ کا معاون ہو۔ آپ کو شخصی ہیبت دی گئی تاکہ فرعون کی قوم آپ پر ہاتھ ڈالنے کی جرات نہ کرے۔ خدا کی طرف سے یہ مقدر کر دیا گیا کہ حضرت موسی اور آپ کے ساتھیوں، یعنی بنی اسرائیل ہی کو آخری غلبہ حاصل ہو ۔</w:t>
      </w:r>
    </w:p>
    <w:p>
      <w:pPr>
        <w:jc w:val="right"/>
        <w:bidi/>
      </w:pPr>
      <w:r>
        <w:rPr>
          <w:rFonts w:ascii="Noto Nastaliq Urdu" w:hAnsi="Noto Nastaliq Urdu" w:eastAsia="Noto Nastaliq Urdu" w:cs="Noto Nastaliq Urdu"/>
          <w:sz w:val="26"/>
          <w:rtl/>
          <w:lang w:bidi="ur"/>
        </w:rPr>
        <w:t>قال رب إني قتلت منهم نفسًا فأخاف أن يقتلون. یہ حضرت موسی کے واقعے میں بہت کثرت سے اس ایونٹ کا ذکر ہے، وہ جو ایک قبطی کا جو قتل ہوا تھا، تو حضرت موسی بھی اس کو بار بار کوٹ کرتے ہیں، اور بعد میں جو ہے فرعون بھی اس کو کوٹ کرتا ہے اس واقعے کو۔ فَأَنْتَ الْتَّقِي الَّتِي فَأَنْتَ مِنَ الْكَافِرِينَ. جب موسی دربار میں گئے تو اس نے اس ایونٹ کا ذکر کیا، حضرت موسی بھی جو ہے اس ایونٹ کا بہت زیادہ یہ کرتے ہیں، تکرار کے ساتھ ذکر کرتے ہیں اس کو ۔ اس میں غالباً جو ہے یہ بات چھپی ہوئی ہے کہ حضرت موسی جو ہے لاء اینڈ آرڈر سے جو ہے واقف تھے، چونکہ پیلس میں بڑے ہوئے تھے حضرت موسی۔ تو حضرت موسی کو جو ہے لاء اینڈ آرڈر جو ہے کس طرح یہ کرتا ہے، ورک کرتا ہے کسی معاملے میں، کیا اس کا نیچر آف ورک ہے، اس سے جو ہے ایسا لگتا ہے حضرت موسی بہت زیادہ الرٹ تھے۔ یہ جو سوشل، یہ جو ہوتے ہیں سوشل اپیول جن کو کہتے ہیں، سوشل کرائم یا سوشل جو ہے ڈسٹربنس، اس کی جو فائل بنتی ہے وہ کبھی بند نہیں ہوتی عام طور پر جب تک اس کا کوئی فائنل یہ نہیں آتا، آؤٹ کم۔ اس وقت تک جو ہے گورنمنٹ ریکارڈ میں جو ہے اس طرح کی چیزوں کی فائل بند نہیں ہوتی۔ یعنی کسی نے کوئی ایسا کرائم کیا جو وائلنس سے تعلق رکھتا ہو یا کسی حصے رکھتا ہو، چاہے وہ اس نے انسیڈنٹل کیا ہو یا انٹینشنل کیا ہو، امدن کیا ہو یا ختان کیا ہو، فائل اس کی عام طور پر بند نہیں ہوتی۔ تو روزانہ جو ہے اخبار میں ایسے ایسے واقعات آتے رہتے ہیں ہمارے ملک میں بھی کہ کسی نے 40 سال پہلے یا 30 سال پہلے جو ہے 100 روپیے کسی کے یہ کر لیے، ہتھیا لیے، اور پھر جب پولیس پکڑنے کے لیے اس کو تلاش کی تو وہ وہاں سے نکل گیا۔ تو اس تھانے کے اندر جو ہے وہ فائل کے اندر وہ بند ہے ابھی تک۔ تو اچانک 50 سال کے بعد وہ 100 روپے والا مجرم ملتا ہے پولیس کو، تو باقاعدہ اس کی پکڑ ہوتی ہے 40 سال، 50 سال کے بعد بھی۔ حالانکہ کوئی معمولی بات ہوتی ہے، اور 50 سال کے بعد بھی جو ہے وہ پرانی فائل کے حساب سے جو ہے پولیس پھر اس کو ڈیل کرتی ہے، اس ایونٹ کو ڈیل کرتی ہے، اور اس کو فائنل اس تک کنکلوژن تک پہنچاتی ہے اس کو۔ تو ایسا لگتا ہے کہ قدیم زمانے سے یہی ہے کہ گورنمنٹ فائل میں اگر کوئی شکایت پہنچی تو وہ جب تک جو ہے اس کے نیچرل اینڈ کو نہیں پہنچتی، اس کو بند نہیں کیا جاتا اس فائل کو۔ تو موسی جو ہے اس بات سے جو ہے اچھی طرح واقف ہیں، ایسا لگتا ہے واقعات سے کہ 10 سال کے بعد بھی جب لوٹ رہے ہیں، اور وہ رام سیز فرسٹ کا انتقال بھی ہو گیا ہے، دوسرا جو ہے کنگ آ گیا ہے اس کی جگہ، اس کے باوجود موسی جو ہے اس مسئلے میں کافی الرٹ ہیں۔ تو ان ڈائریکٹ جو ہے لیسن یہ ہے ریڈر کو، قاری کو کہ یہ سب معاملات کو جو ہے بہت ہی سینسٹیوٹی کے ساتھ دیکھنا چاہیے کہ کوئی ایسی بات جو ہے کسی انسان سے واقع نہ ہو، چاہے وہ انسیڈنٹل ہی کیوں نہ ہو، اس سے وہ بچے ہو۔ یعنی انٹینشنلی اگر وہ ایسا نہ بھی کیا ہو، اس سے جو ہے بغیر ارادے کے بھی ایسی بات ہو گئی ہو، تو وہ فائل بند ہونے والی نہیں ہے جب تک کہ وہ اس کے صحیح حصے کو نہ پہنچے، صحیح کنکلوژن کو۔ تو گویا کہ لاء اینڈ آرڈر کو لے کر قرآن یہ کہہ رہا ہے کہ جو ہے آدمی سینسٹیو رہے، حضرت موسی سینسٹیو تھے اس مسئلے میں۔ ایک امپورٹنٹ لیسن جو ہے غالباً اس پیراگراف میں ہے کہ ایسے کسی بھی معاملے میں جو ہے انوالومنٹ نہ رہے آدمی کا جو لاء اینڈ آرڈر سے تعلق رکھتا ہو۔ ابھی دو دن پہلے، کچھ دن پہلے جو ہے یہ بات ہو رہی تھی کہ جو ہے دبئی میں کسی کو انٹری جو ہے پروہیبیٹڈ تھی۔ تو اس سلسلے میں جو ہے مولانا جو ہے بار بار پوچھ رہے تھے، کیا ریزن سے پروہیبیٹڈ تھی؟ رجسٹر صاحب نے یا کسی نے سنایا تھا کسی کے بارے میں؟ مجھے یاد نہیں آ رہا ہے کسی کی انٹری جو ہے پروہیبیٹڈ تھی وہاں پر، کوئی بڑے آدمی۔ تو مولانا بار بار پوچھ رہے تھے کہ جو ہے ریزن کیا ہے؟ ریزن کیا ہے؟ تو گویا کہ جو ہے یہ قرآن جو ہے اپنے ریڈر کو جو ہے الرٹ انسان بنانا چاہتا ہے لاء اینڈ آرڈر کو لے کر ۔</w:t>
      </w:r>
    </w:p>
    <w:p/>
    <w:p>
      <w:pPr>
        <w:pStyle w:val="Heading1"/>
      </w:pPr>
      <w:bookmarkStart w:id="139" w:name="vg49"/>
      <w:bookmarkEnd w:id="139"/>
      <w:r>
        <w:t>The Story (Al-Qasas) - 28:36-38</w:t>
      </w:r>
    </w:p>
    <w:p>
      <w:bookmarkStart w:id="140" w:name="cl89"/>
      <w:bookmarkEnd w:id="140"/>
      <w:r>
        <w:rPr>
          <w:i/>
          <w:color w:val="77786F"/>
          <w:sz w:val="20"/>
        </w:rPr>
        <w:t>03 Aug 2026 (English)</w:t>
      </w:r>
    </w:p>
    <w:p>
      <w:pPr>
        <w:jc w:val="right"/>
        <w:bidi/>
      </w:pPr>
      <w:r>
        <w:rPr>
          <w:rFonts w:ascii="Noto Nastaliq Urdu" w:hAnsi="Noto Nastaliq Urdu" w:eastAsia="Noto Nastaliq Urdu" w:cs="Noto Nastaliq Urdu"/>
          <w:sz w:val="26"/>
          <w:rtl/>
          <w:lang w:bidi="ur"/>
        </w:rPr>
        <w:t>اس اس پیراگراف میں غور کرنے سے جو ہے ایک بات یہ سمجھ میں آ رہی ہے کہ جو ہے حضرت موسیٰ کی جو انٹلیکچول ہائٹ جو ہے وہ فرعون سے زیادہ ہے۔ یعنی دونوں کی کنورزیشن جو قرآن میں نوٹ کی گئی ہے، بتائی گئی ہے کہ حضرت موسیٰ نے یہ کہا، فرعون نے یہ کہا، تو ان باتوں کو جو ہے غور کرنے سے لگتا ہے جیسے اس آیت کے اندر ہے: فلما جاءهم موسى بآياتنا بينات کلیئر کنورزیشن اور کلیئر ٹاک کے ساتھ موسیٰ اس کے پاس گئے۔ اس کے جواب میں اس نے جس ٹائپ کی باتیں کیں، اس سے یہ پتہ چلتا ہے کہ جو ہے فرعون مٹیریل، اس کی مٹیریل ہائٹ زیادہ ہے۔ یعنی اس کے پاس پاور ہے اور بڑی بڑی وہ بلڈنگیں بنا سکتا ہے وغیرہ وغیرہ، لیکن موسیٰ کے پاس جو چیز ہے وہ وزڈم ہے اور ان کی انٹیلیجنس جو ہے فرعون سے زیادہ ہے۔ سوجب وفررتم منكم لما خفتكم فوهبلی ربی حکما تو میرے رب نے مجھے جو ہے حکمت دی ہے، تو اس سے پتہ چلتا ہے کہ جو ہے فرعون اگر اس کی مٹیریل ہائٹ زیادہ تھی تو موسیٰ کی جو ہے انٹلیکچول ہائٹ زیادہ تھی۔ تو موسیٰ علیہ السلام جو بھی اس سے باتیں کر رہے ہیں، وہ یونیورسل اپیل ہے اس کے اندر۔ افاقی یہ اپ یل ہے اس کے اندر، لیکن فرعون اس کے مقابلے میں جو بھی بات کرتا ہے، وہ سیکٹیرین ہے اور پروووکنگ ہے اور لوگوں میں جو ہے فیئر پیدا کرنے والی ہے کہ یہ تم کو تمہاری زمینوں سے نکالنا چاہتے ہیں وغیرہ وغیرہ۔ وہ اسی طرح کی بات کرتا ہے بروقت، اور موسیٰ جو بھی بات کرتے ہیں، وہ افاقیت ہے اس کے اندر۔ یعنی فرعون کو جو ہے مٹیریل ڈویلپمنٹ تو ملا ہوا ہے، لیکن انٹلیکچول ڈویلپمنٹ نہیں ملا ہوا ہے۔ اور موسیٰ کے پاس جو ہے مٹیریل ڈویلپمنٹ نہیں ہے، لیکن انٹلیکچول ڈویلپمنٹ جو ہے بہت زیادہ ہے فرعون کے اور اس کے منسٹر اور اس کے جو بھی یہ ہیں، ان کے مقابلے میں۔ تو اس سے پتہ چلا کہ جو ہے ایک داعی یا ایک قاری قرآن جو ہے، وہ اگر لوگوں کو جو ہے پریچ کرنے کے لیے، لوگوں کو ٹیچ کرنے کے لیے نکلے، تو اس کے پاس جو ہے اس کی انٹلیکچول ہائٹ امپروو ہونا چاہیے۔ ایسا نہیں ہو سکتا کہ جو ہے وہ لوگوں کے پاس جائے اور اس کے پاس نہ بصائر ہو، قرآن جس کو کہتا ہے ہم نے موسیٰ کو جو ہے بصائر دیے، وزڈم دیا حضرت موسیٰ کو۔ اور یہاں کہتا ہے کہ آیات بینات دیں ان کو ہم نے۔ تو اس پیراگراف میں غالباً میسج یہ ہے کہ جو ہے جب تم ملک قوم میں جا رہے ہو اور لوگوں کے پاس جا رہے ہو، تو جو ہے جانے سے پہلے اپنی اس کو بڑھاؤ، سوچ کو بڑھاؤ، اپنی انٹیلیجنس کو جو ہے شارپ کرو، پھر لوگوں کو جو ہے ایڈریس کرو۔ اگر آپ کے پاس ایڈریس کرنے کے لیے جو ہے بصائر نہ ہو، بینات نہ ہو، تو پھر جو ہے لوگوں کا لوگوں کا ذہن ایڈریس نہیں ہوگا اس صورت میں۔ تو ایک بات تو اس میں یہ معلوم ہو رہی ہے کہ اپنی انٹلیکچول ہائٹ کو بڑھاؤ، اگرچہ کہ تمہاری مٹیریل ہائٹ کم ہی کیوں نہ ہو۔ دوسری بات یہ ہے کہ جو ہے کس کی جو ہے انٹلیکچول ہائٹ بڑھتی ہے اور کس کی نہیں بڑھتی ہے۔ تو اس پیراگراف سے لگ رہا ہے کہ جو ہے فرعون کی اس لیے نہیں بڑھ پا رہی ہے کہ جو ہے وہ ایروگنس کی باتیں کر رہا ہے۔ اور موسیٰ کا معاملہ جو ہے بالکل ہمبل معاملہ ہے۔ موسیٰ جو ہے عاقبۃ الدار کی بات کر رہے ہیں اور جو ہے اس کو سمجھا رہے ہیں کہ جو ہے سرکشی کا راستہ ٹھیک راستہ نہیں ہے۔ کسی کے لیے بھی سرکشی ٹھیک نہیں ہے۔ تو ایک کے اندر جو ہے ایروگنس ہے جو اس کی انٹلیکچول گروتھ کو روک رہا ہے، اور دوسری طرف جو ہے ہومیلٹی ہے۔ تو اس کی وجہ سے جو ہے ان کا جو ہے گروتھ ہو رہا ہے، ان کی سوچ میں اور ان کی فکر میں جو ہے مسلسل گروتھ ہو رہا ہے۔ تو معلوم یہ ہوا کہ جو ہے ایگریشن اور ایروگنس جو ہے ہماری اس کو کم کر دیتا ہے انٹلیکچول گروتھ کو، جیسے فرعون کے کیس میں ہے۔ فرعون کے کیس میں بتایا گیا ہے کہ وہاں امر فرعون برشید، فرعون کا معاملہ جو ہے کوئی اس کا میچورٹی کا معاملہ نہیں تھا۔ فرعون کا کیس جو ہے انٹلیکچول امیچورٹی کا کیس تھا۔ تو پہلی بات تو یہ ہے کہ جو ہے قاری قرآن جو ہے اپنی انٹلیکچول ہائٹ کو بڑھائے، وہ انٹلیکچول ڈارفزم میں نہ پھنسے ہو، جیسے کہ فرعون یہاں پھنسا ہوا ہے۔ وہاں سمعنا بھذافی آ بائنا الاولین کہہ رہا ہے کہ ہمارے فور فادرز سے ہم نے نہیں دیکھا یہ سب، اس لیے ہم نہیں مانیں گے۔ تو قاری قرآن جو ہے وہ اس طرح کی باتیں نہ کرے، وہ جو ہے مسلسل فکری ترقی اور جو ہے انٹلیکچول گروتھ کے راستے پر جائے۔ اور دوسرا پیغام یہ ہے کہ جو ہے انٹلیکچول گروتھ کا راستہ جو ہے ایگریشن کے ساتھ نہیں ہو سکتا، ایروگنس کے ساتھ نہیں ہو سکتا، وہ ہومیلٹی کے ساتھ ہی ہو سکتا ہے۔ اگر ہومیلٹی آئے گی تو انٹلیکچول گروتھ آئے گا، اگر ایروگنس آئے گا تو انٹلیکچول گروتھ رک جائے گا۔ تو یہ دو امپورٹنٹ باتیں اس میں لگ رہی ہیں کہ داعی اپنی انٹلیکچول ہائٹ بڑھائے، اور اس کے لیے جو ہے سب سے پہلے جس چیز سے بچنا ہے وہ ایروگنس ہے۔ اور فرعون جو ہے مٹیریل ہائٹ رکھنے کے باوجود جو ہے انٹلیکچول ہائٹ اس لیے نہیں رکھ پایا کہ وہ ایروگنس کا شکار ہو گیا۔ اور جہاں ایروگنس ہوگا، وہاں انٹلیکچول گروتھ بہت زیادہ ہونے کے چانسز کم ہوتے ہیں۔</w:t>
      </w:r>
    </w:p>
    <w:p>
      <w:pPr>
        <w:jc w:val="right"/>
        <w:bidi/>
      </w:pPr>
      <w:r>
        <w:rPr>
          <w:rFonts w:ascii="Noto Nastaliq Urdu" w:hAnsi="Noto Nastaliq Urdu" w:eastAsia="Noto Nastaliq Urdu" w:cs="Noto Nastaliq Urdu"/>
          <w:sz w:val="26"/>
          <w:rtl/>
          <w:lang w:bidi="ur"/>
        </w:rPr>
        <w:t>بہت بڑی باتیں تھیں، دونوں باتیں۔ پہلی بات یہ کہ دونوں کا جو فرق جو آپ نے بتایا کہ ایک کا معاملہ مٹیریل ہائٹ کا معاملہ ہے اور دوسرے کا معاملہ وزڈم ہائٹ والا معاملہ ہے۔ فرعون کو مٹیریل ہائٹ تو دی گئی تھی مگر انٹلیکچول ہائٹ سے وہ محروم تھا، اور حضرت موسیٰ انٹلیکچول ہائٹ کے مالک تھے۔ اور اس بات کو نصا جو آپ نے واضح کیا: فوهبلی ربی حکما وجعلنی من المرسلین اور دوسری جو بات آپ نے بتائی کہ اس کا ریزن کیا ہے کہ ایک انسان انٹلیکچولی ہائٹ کا مالک بن جاتا ہے اور دوسرا شخص اس سے محروم ہو جاتا ہے اور مٹیریل ہائٹ کے اندر رہ جاتا ہے، اس کی وجہ کیا ہے، اس کا ریزن کیا ہے، وہ بھی آپ نے نصا بتایا کہ کبر، تکبر، ایروگنس اور اس کے مقابلے میں ہیومیلٹی، عاجزی، عجز۔ واقعی کس طرح کا انسان قرآن بنانا چاہ رہا ہے ایک مومن کو، بہت بڑی بات واضح ہوئی اس سے۔ میرے محلے میں ایک صاحب رہتے ہیں، جگہ جگہ ان کے پلاٹس ہیں، جگہ جگہ ان کی بلڈنگ اور عمارتیں ہیں۔ اس کے اوپر سے گزر ہوتا ہے تو عجیب احساس ہوتا ہے کہ مٹیریل چیزیں ہیں مگر مقصد نہیں ہے، گول نہیں ہے۔ اے اللہ، مجھے نیڈ کے اعتبار سے دنیاوی چیزیں دینا مگر خواہش کے اعتبار سے وزڈم اور انٹلیکچولی ڈیولپ کرنا ، یہ احساس ہوتا ہے جب ان کی پراپرٹی کے اوپر سے گزر ہوتا ہے۔</w:t>
      </w:r>
    </w:p>
    <w:p>
      <w:pPr>
        <w:jc w:val="right"/>
        <w:bidi/>
      </w:pPr>
      <w:r>
        <w:rPr>
          <w:rFonts w:ascii="Noto Nastaliq Urdu" w:hAnsi="Noto Nastaliq Urdu" w:eastAsia="Noto Nastaliq Urdu" w:cs="Noto Nastaliq Urdu"/>
          <w:sz w:val="26"/>
          <w:rtl/>
          <w:lang w:bidi="ur"/>
        </w:rPr>
        <w:t>تو اسی لیے جو ہے مولانا جو یہ کرتے تھے، اپنا پریپریشن، اپنے آپ کو ہر وقت مولانا جو ہے پریپیئر کرتے تھے، ہر وقت پڑھتے، ہر وقت سوچتے اور ہر وقت جو ہے لوگوں سے سنتے۔ تو پھر جب مولانا جو ہے اپنے اسیسمنٹ اور اپنے اس کے ساتھ جو ہے جہاں کہیں بھی گفتگو کی ہے تو لوگ حیرت میں پڑ گئے کہ اچھا، ایسی بات ہے، ہم تو یہ بالکل جانتے نہیں۔ تو کسی مجلس میں گئے تھے مولانا جس میں کرن تھاپر تھے، 2000 شاید 13 14 کی بات ہے، تو مولانا نے جو ہے اس کی رپورٹنگ کرتے ہوئے بتایا کہ وہ جو ہے بڑے بڑے لوگوں کا انٹرویو لیتے ہیں کرن تھاپر، تو ڈائریکٹ نام سے بولتے ہیں، گفتگو کرتے ہیں۔ لیکن جب وہ مولانا کی طرف آئے تو انہوں نے مولانا سے کہا کہ مولانا جو ہے ہمارے ملک کے روسو ہیں، فرینچ جو یہ تھے تھنکر بڑے، تو ان کا بڑا نام مانا جاتا ہے روسو کا۔ تو انہوں نے مولانا کے بارے میں کہا ہے کہ he is roso of india he is roso of our nation انڈین نیشن۔ تو آدمی جو ہے اگر مسلسل اپنے آپ کو گروتھ، انٹلیکچول گروتھ کے راستے پر ڈالے اور ایروگنس سے وہ بچے تو لوگوں پر اس کا جو ہے واضح اثر دکھائی دیتا ہے کہ یہ آدمی جو ہے جو گفتگو کرتا ہے وہ بالکل ڈفرنٹ ہے۔ تو وہ مسلسل سیکھنے اور جو ہے ع اجزی اختیار کرنے کی وجہ سے ایسا واقعہ پیش آتا ہے کہ بڑے بڑے لوگوں کے سامنے اللہ تعالی انٹلیکچول ہائٹ آپ کی بڑی کر دیتا ہے اور وہ آپ کو روسو کا ٹائٹل دیتے ہیں، حالانکہ وہ کسی کے سامنے سرینڈر نہیں ہوتے وہ۔ لیکن مولانا نے بتایا کہ وہ بالکل جو ہے مجھ سے جب گفتگو کرتا تھا تو بہت ہی ریسپیکٹ فلی ایڈریس کرتا تھا مجھے اور میری باتوں کو جو ہے بہت ہی اس کے ساتھ کوٹ کرتا تھا، قیمتی چیز کی طرح۔ اب ہمارے جو مسلم علماء اور جو لوگ ہیں جو اسلام کو ریپریزنٹ کرتے ہیں، ان کا کوئی انٹلیکچول گروتھ ہوتا نہیں، مختلف ریزن سے۔ اس میں سے ایک ریزن یہی ہے کہ وہ اپنے لادری کو نہیں جانتے، وہ ہمیں کیا جاننا چاہیے اور کس ٹائپ کی اپنے اندر صفت ڈیولپ کرنا چاہیے، اس سے ہمارے علماء واقف نہیں ہیں عام طور پر۔ اس لیے ان سب کی انٹلیکچول گروتھ رکی ہوئی ہے۔ مولانا ان باتوں سے بچے ہوئے تھے، اس لیے جو ہے مولانا کی انٹلیکچول ہائٹ جو ہے نا بہت بڑھتی رہی، بڑھتی رہی، یہاں تک کہ آخری دن تک بھی بڑھتی رہی۔</w:t>
      </w:r>
    </w:p>
    <w:p/>
    <w:p>
      <w:pPr>
        <w:pStyle w:val="Heading1"/>
      </w:pPr>
      <w:bookmarkStart w:id="141" w:name="vg50"/>
      <w:bookmarkEnd w:id="141"/>
      <w:r>
        <w:t>The Story (Al-Qasas) - 28:39-43</w:t>
      </w:r>
    </w:p>
    <w:p>
      <w:bookmarkStart w:id="142" w:name="cl90"/>
      <w:bookmarkEnd w:id="142"/>
      <w:r>
        <w:rPr>
          <w:i/>
          <w:color w:val="77786F"/>
          <w:sz w:val="20"/>
        </w:rPr>
        <w:t>04 Aug 2026 (Urdu)</w:t>
      </w:r>
    </w:p>
    <w:p>
      <w:pPr>
        <w:jc w:val="right"/>
        <w:bidi/>
      </w:pPr>
      <w:r>
        <w:rPr>
          <w:rFonts w:ascii="Noto Nastaliq Urdu" w:hAnsi="Noto Nastaliq Urdu" w:eastAsia="Noto Nastaliq Urdu" w:cs="Noto Nastaliq Urdu"/>
          <w:sz w:val="26"/>
          <w:rtl/>
          <w:lang w:bidi="ur"/>
        </w:rPr>
        <w:t>أبو إسحاق، یہ جو آیت ہے، ولقد آتينا موسى الكتاب من بعد ما أهلكنا القرون الأولى بصائر للناس وهدى ورحمة لعلهم يتذكرون. یہ جو ہے بہت ہی امپورٹنٹ اسٹیٹمنٹ ہے قرآن کا ۔ کوئی واقعہ بیان کرنے کے بعد جو قرآن لرننگ کنکلوژن جو نکالتا ہے کہ پورے واقعے سے کیا فائدہ ہوا، تو اس ٹائپ کا اسٹیٹمنٹ لگتا ہے کہ پورے واقعے کے اندر جو انسائٹ فل لیسنز جو ہیں، انسان کی بصیرت کو جو ہے بڑھانے والے لیسنز جو ہیں، اس پر غور کرنے کے لیے اور اس سے نصیحت لینے کے لیے قرآن کہہ رہا ہے۔ تو یہ دیکھنے میں آیا ہے کہ قرآن میں جو ہے موسیٰ اور بنی اسرائیل کا واقعہ، موسیٰ اور فرعون اور بنی اسرائیل کا قصہ جو ہے، تکرار کے ساتھ ہے بہت زیادہ۔ بہت زیادہ اس میں تکرار ہے۔ تو اور رسول اللہ کہتے ہیں کہ أنا حق بموسى، میں جو ہے موسیٰ کا جو ہے زیادہ حقدار ہوں۔ موسیٰ کی جو وراثت ہے، ربانی ٹیچنگز، اس کا میں زیادہ حقدار ہوں۔ رسول اللہ نے کہا تھا مدینہ پہنچنے کے بعد یہود کو دیکھا کہ وہ عاشورے کا روزہ رکھتے ہیں۔ پوچھا کہ جو ہے ریزن کیا ہے؟ کہا کہ اسی دن جو ہے اللہ نے موسیٰ کو فرعون سے نجات دی تھی، اور فرعون کو غرق کر دیا گیا تھا۔ تو رسول اللہ نے کہا کہ أنا حق بموسى، میں موسیٰ کا جو ہے زیادہ صحیح وارث ہوں، صحیح انہیریٹر میں ہوں۔ تو اس کا مطلب یہ ہوا کہ جو ہے موسیٰ اور موسیٰ کے واقعات سے لیسن لینے کا سب سے زیادہ جو یہ ہونا چاہیے اپنے اندر شوق ، وہ رسول اور ان کو ہونا چاہیے۔ رسول کے ماننے والے امت محمد ، محمد اور امت محمد کو جو ہے سب سے زیادہ اس کا اس کی رغبت ہونی چاہیے کہ وہ موسیٰ اور موسیٰ کے واقعے سے کثرت سے لیسن لیں، ہر ہر اینگل میں۔ یعنی وہ بصائر کو دریافت کریں موسیٰ اور فرعون کے واقعات میں۔ جیسے مثال کے طور پر جو ہے حضرت موسیٰ سے جب قتل ہوا تو انہوں نے فوراً کہا ربي إني قتلت نفسا کہ مجھ سے قتل ہو گیا فلن أكون ظهيرا للمجرمين اس کے بعد جو ہے میں ایسی کوئی حرکت نہیں کروں گا۔ میں مجرمین کا سپورٹر نہیں بنوں گا، چاہے وہ میری اپنی کمیونٹی کے ہی کیوں نہ ہوں۔ جیسے وہ اسرائیلی اور قبطی کی لڑائی ہو رہی تھی، تو اس واقعے میں ایک غلطی ہو گئی۔ إن هذا من عمل الشيطان کا یہ جو ہے سیٹینک ایکشن ہو گیا مجھ سے۔ تو گویا کہ لیسن یہ ہے أنا حق بموسى میں کہ جب بھی انسان سے یا کسی مسلمان سے اس طرح کا عمل شیطان ہو جائے، سیٹینک ایکٹ ہو جائے، تو وہ اس کا اعتراف کرے کہ مجھ سے جو ہے شیطانی غلطی ہو گئی۔ نہ کہ جو ہے اپنی شیطانی غلطی کو جو ہے اسلامائز کرے۔ تو حضرت موسیٰ کے واقعے میں جو ہے فرعون اور حضرت موسیٰ کا ماڈل یہی ہے۔ فرعون جو ہے اپنے ہر عمل کو جو ہے جسٹیفائیڈ کرتا تھا، چاہے وہ صحیح ہو، چاہے جسٹیفیکیشن کا وہ جو ہے یہ تھا ملزم۔ اور موسیٰ کی خوبی یہ تھی کہ جو ہے ان سے غلطی ہوئی تو فوراً انہوں نے اس کو پکڑ لیا اس بات کو اور کہا کہ إن هذا من عمل الشيطان یہ عمل شیطانی ہے۔ تو گویا کہ بصائر میں سے اہم بصیرت یہ ہے کہ انسان جو ہے جسٹیفیکیشن کو چھوڑ دے۔ فرعون نے جسٹیفیکیشن کو نہیں چھوڑا تو وہ برباد ہوا۔ اور موسیٰ نے جو ہے إن هذا من عمل الشيطان فلن أكون ظهيرا للمجرمين یہ شیطانی کام ہے اور میں کریمینلز کا سپورٹر نہیں ہوں۔ یہ انہوں نے اوپنلی ایکنالج کیا اپنی مسٹیک کو، یہ کنفیس کیا انہوں نے۔ تو اس کا نتیجہ یہ ہوا کہ ان پر جو ہے ان کا انٹلیکچول گروتھ ہوا، ان کے اندر نئے نئے آئیڈیاز آئے۔ ان کے سارے معاملات کو اللہ تعالی نے بنا دیا۔ اور فرعون نے جو ہے اپنی ساری طاقت اور سارے اس کے باوجود جو ہے جسٹیفیکیشن کا راستہ نکالا اپنی غلطیوں کے لیے، فالس جسٹیفیکیشن کا۔ تو وہ سب کچھ رکھتے ہوئے بھی جو ہے لوزر بن گیا۔ تو گویا کہ لیسن یہ ہے کہ جو ہے فالس جسٹیفیکیشن سے اگر انسان بچے تو خدا کی رحمتیں، ہدایت اور رحمت اس پر نازل ہوگی۔ هدى ورحمة ق ومي تذكرون جیسا اس آیت میں گائیڈنس اینڈ مرسی خدا جو ہے ان پر انڈیلتا ہے جو فالس جسٹیفیکیشن سے بچتے ہیں۔ اور جو اس طرح نہیں کرتے، قیامت تک جو ہے ان کا انجام یہی ہوگا جو فرعون اور فرعون کے لشکر کا ہوا، ہامان اور اس کے لشکر کا۔ تو گویا کہ انسائٹ یہی ہے، لیسن انسائٹ فل لیسن یہی ہے کہ فالس جسٹیفیکیشن سے بچو۔ اور موسیٰ کے فالونگ میں جو ہے اپنے آپ کو زیادہ سے زیادہ فٹ کرو حضرت موسیٰ کی اتباع میں۔ جیسے رسول اللہ کہتے ہیں کہ میں موسیٰ کا زیادہ حقدار ہوں۔</w:t>
      </w:r>
    </w:p>
    <w:p>
      <w:pPr>
        <w:jc w:val="right"/>
        <w:bidi/>
      </w:pPr>
      <w:r>
        <w:rPr>
          <w:rFonts w:ascii="Noto Nastaliq Urdu" w:hAnsi="Noto Nastaliq Urdu" w:eastAsia="Noto Nastaliq Urdu" w:cs="Noto Nastaliq Urdu"/>
          <w:sz w:val="26"/>
          <w:rtl/>
          <w:lang w:bidi="ur"/>
        </w:rPr>
        <w:t>یہ جو آیتیں پڑھی گئیں اس میں بصائر کو آپ نے کوٹ کرتے ہوئے اس کو عاشورہ کے وہ روزے کا جو واقعہ ہے اس سے جوڑا۔ اور حضرت موسیٰ نے یہود سے کہا تھا کہ ہم زیادہ موسیٰ کے زیادہ حقدار اور مستحق ہیں کہ ان کے ٹیچنگز سے ہم زیادہ فائدہ اٹھائیں۔ اس کے ہم زیادہ مستحق ہیں اور حقدار ہیں۔ تو یہ جو واقعہ ہے میرے لیے کلیئر نہیں تھا اس سے پہلے کہ کیا مطلب ہے اس کا کہ ہم موسیٰ کے زیادہ مستحق ہیں۔ کیا مطلب ہے اس کا؟ تو آج بہت زیادہ کلیئر ہوا کہ اس کا مطلب یہ ہے کہ حضرت موسیٰ کی جو ربانی ٹیچنگز ہیں، اس سے ہم عبرت حاصل کریں اور اس کو زیادہ سے زیادہ ہم اپنی لائف میں امپلیمنٹ کریں۔ یہ اس کا مطلب ہے۔ اور قصے موسیٰ اور فرعون کا جو بار بار جو تکرار قرآن کے اندر ہے، اس کا ریزن یہی ہے کہ ہم زیادہ سے زیادہ حضرت موسیٰ کے واقعات سے اپنے لیے ربانی ٹیچنگز حاصل کریں اور اپنی پرسنالٹی کو ربانی پرسنالٹی بنائیں۔ اور اس سلسلے میں آپ نے جو وضاحت کی کہ ایک طرف اسٹرانگ پرسنالٹی ہے اور دوسری طرف ویک پرسنالٹی ہے، تو اسٹرانگ پرسنالٹی کے لیے کیا کرنا ہے اور ویک پرسنالٹی کے لیے کیا کرنا ہے، اس کو واضح کرتے ہوئے آپ نے کہا کہ ویک پرسنالٹی ایسی ہوتی ہے کہ انسان ہر غلطی اور ہر غلطی کو جو ہے نا جسٹیفائی کرنے کی کوشش کرتا ہے تاکہ اپنی غلطی کو چھپایا جائے۔ تو جسٹیفائی کر کے اس غلطی کو چھپانا چاہتا ہے، وہ اس طرح سے اس کی پرسنالٹی ویک بنتی ہے اور اس کا نتیجہ بھی بھیانک ہوتا ہے۔ اس کے مقابلے میں حضرت موسیٰ کی جو اسٹرانگ پرسنالٹی تھی کہ انہوں نے فوری اپنی غلطی کا اعتراف کیا اور جو کچھ ان سے مسٹیک ہوا تھا، فوراً اس کو ایکسیپٹ کیا اور اس سے اس طرح کے حرکتوں سے اپنے آپ کو بچاؤں گا، فوراً انہوں نے ایکسیپٹ کیا۔ تو اس طرح سے آئی واز رانگ جو مولانا بہت زیادہ زور دیتے تھے، اس کی اہمیت سمجھ میں آ رہی کہ کیوں ایسا مولانا کہہ رہے تھے کہ فوری آدمی ایک لمحے کا، ایک سیکنڈ کا انتظار کیے بغیر فوراً اپنی غلطی کو مان لے، تو اس کا مطلب کیا ہے؟ تو اس سے آدمی کی پرسنالٹی سٹرانگ ہوتی ہے جو حضرت موسیٰ کے اندر تھی کہ میں مجھ سے یہ غلطی ہوئی اور میں کریمینل لوگوں کا سپورٹر نہیں بنوں گا۔ اور جب فرعون نے جب اپنے دربار میں یاد دلایا برسوں کے بعد کہ تم نے وہ کام کیا تھا، وہ فعلت فعلت غلطی فعلت، اس وقت بھی حضرت موسیٰ نے فوراً قال فعلت کہہ کر فوراً اپنی غلطی کو ایکسیپٹ کیا۔ تو بصائر ہمیں حضرت موسیٰ اور فرعون کے واقعات میں تلاش کرنا ہے اور اس کو اپنی پرسنالٹی کا حصہ بنانا ہے۔ جزاک اللہ ۔</w:t>
      </w:r>
    </w:p>
    <w:p>
      <w:pPr>
        <w:jc w:val="right"/>
        <w:bidi/>
      </w:pPr>
      <w:r>
        <w:rPr>
          <w:rFonts w:ascii="Noto Nastaliq Urdu" w:hAnsi="Noto Nastaliq Urdu" w:eastAsia="Noto Nastaliq Urdu" w:cs="Noto Nastaliq Urdu"/>
          <w:sz w:val="26"/>
          <w:rtl/>
          <w:lang w:bidi="ur"/>
        </w:rPr>
        <w:t>ہاں، بالکل صحیح ہے۔ جیسے وہ حدیث جو ہے إني لا أستغفر الله سبعين مرة كل يوم کہ میں ہر دن جو ہے 70 مرتبہ استغفار کرتا ہوں۔ اس کا مطلب یہی ہوا ہے کہ جو ہے میرے اندر موسیٰ جیسی پرسنالٹی ہے، جس طرح موسیٰ فوراً کہہ پڑے إن هذا من عمل الشيطان تو اگر مجھے دن میں 70 مرتبہ بھی کہنا پڑے اپنی غلطی کے بارے میں إن هذا من عمل الشيطان تب بھی میں ریڈی ہوں، میں جسٹیفائی نہیں کروں گا۔</w:t>
      </w:r>
    </w:p>
    <w:p>
      <w:pPr>
        <w:jc w:val="right"/>
        <w:bidi/>
      </w:pPr>
      <w:r>
        <w:rPr>
          <w:rFonts w:ascii="Noto Nastaliq Urdu" w:hAnsi="Noto Nastaliq Urdu" w:eastAsia="Noto Nastaliq Urdu" w:cs="Noto Nastaliq Urdu"/>
          <w:sz w:val="26"/>
          <w:rtl/>
          <w:lang w:bidi="ur"/>
        </w:rPr>
        <w:t>یہ بھی نیا اینگل ہے اس حدیث کو سمجھنے کا کہ 70 مرتبہ، 100 مرتبہ استغفار کا مطلب کیا ہے۔ کلیئر نہیں تھی یہ بات، ابھی کلیئر ہوئی کہ جو ہے عمل شیطان ہے یہ۔ یہ اگر مجھے 70 مرتبہ بھی ایک دن کے اندر کہنا پڑے تو میں کہنے کے لیے تیار ہوں اور جسٹیفائی میں ہرگز نہیں کروں گا۔ بڑی بات ہے اگر ۔</w:t>
      </w:r>
    </w:p>
    <w:p>
      <w:pPr>
        <w:jc w:val="right"/>
        <w:bidi/>
      </w:pPr>
      <w:r>
        <w:rPr>
          <w:rFonts w:ascii="Noto Nastaliq Urdu" w:hAnsi="Noto Nastaliq Urdu" w:eastAsia="Noto Nastaliq Urdu" w:cs="Noto Nastaliq Urdu"/>
          <w:sz w:val="26"/>
          <w:rtl/>
          <w:lang w:bidi="ur"/>
        </w:rPr>
        <w:t>ایک چیز اور بھی، فیاض بھائی، یہ آپ نے جو بولا نا، یہ بات بتائی کہ 70 بار استغفار، کہ اس سے یہ بھی ہے کہ انسان کی سینسٹیوٹی جو ہے وہ بڑھتی ہے، باقی رہتی ہے۔ ایک داعی جو ہے اس کے لیے سینسٹیو ہونا بہت ضروری ہے، کیونکہ جب ہم حساس نہیں رہیں گے تو ہم دوسرے جو مدعو ہیں، اس کے لیے ہمارے اندر جو ویل وشنگ والا جو ایسپیکٹ ہے، وہ اتنا ابھر کے نہیں آئے گا۔ سینسٹیوٹی بہت امپورٹنٹ چیز ہوتی ہے۔ مولانا بہت ایکسٹریملی سینسٹیو تھے، چھوٹی چھوٹی چیزیں جو ہیں پکڑ لیتے تھے، ہم لوگوں کو نہیں ریلائز ہوتا تھا لیکن ان کو ریلائز ہوتا تھا۔ تو یہ معافی مانگنا اور یہ جو ہے وہ سینسٹیوٹی کو ہی جو ہے وہ زندہ رکھتا ہے، جو بہت اہم ہے۔</w:t>
      </w:r>
    </w:p>
    <w:p>
      <w:pPr>
        <w:jc w:val="right"/>
        <w:bidi/>
      </w:pPr>
      <w:r>
        <w:rPr>
          <w:rFonts w:ascii="Noto Nastaliq Urdu" w:hAnsi="Noto Nastaliq Urdu" w:eastAsia="Noto Nastaliq Urdu" w:cs="Noto Nastaliq Urdu"/>
          <w:sz w:val="26"/>
          <w:rtl/>
          <w:lang w:bidi="ur"/>
        </w:rPr>
        <w:t>بالکل، سب صحیح ہے۔ اس واقعے میں دیکھیے، موسیٰ نے جو ہے صرف ایک اپنے اس پر جو ہے انتہائی ٹائپ کے ریگریٹ کا اظہار کیا اپنی ایک غلطی پر، اور فرعون نے جو ہے ہزاروں لوگوں کو قتل کیا بنی اسرائیل کے، اس کو کوئی ریگریٹ نہیں تھا۔ تو ایک طرف جو ہے ایک چھوٹا سا عمل پر جو ہے پہاڑ جیسا کنفیشن ہے، اور فرعون کے پاس جو ہے ہزاروں انسانوں کو کل کرنے کے بعد بھی جو ہے کوئی کنفیشن نہیں ہے۔ تو اسی سے پتہ چلتا ہے کہ جو ہے سینسٹیوٹی کتنی امپورٹنٹ چیز ہے کسی بھی فرد کی زندگی میں ۔</w:t>
      </w:r>
    </w:p>
    <w:p/>
    <w:p>
      <w:bookmarkStart w:id="143" w:name="cl91"/>
      <w:bookmarkEnd w:id="143"/>
      <w:r>
        <w:rPr>
          <w:i/>
          <w:color w:val="77786F"/>
          <w:sz w:val="20"/>
        </w:rPr>
        <w:t>05 Aug 2026 (English)</w:t>
      </w:r>
    </w:p>
    <w:p>
      <w:pPr>
        <w:jc w:val="right"/>
        <w:bidi/>
      </w:pPr>
      <w:r>
        <w:rPr>
          <w:rFonts w:ascii="Noto Nastaliq Urdu" w:hAnsi="Noto Nastaliq Urdu" w:eastAsia="Noto Nastaliq Urdu" w:cs="Noto Nastaliq Urdu"/>
          <w:sz w:val="26"/>
          <w:rtl/>
          <w:lang w:bidi="ur"/>
        </w:rPr>
        <w:t>جی شاہ صاحب، اس میں جو "بسائر للناس" ہے، فرعون اور موسیٰ کے قصے میں، آئی اوپنر آئٹم ، اللہ تعالیٰ کہہ رہا ہے کہ موسیٰ اور فرعون کے قصے میں جو ہے، آئی اوپنر آئٹم ہے، چشم کشا حقائق ہیں۔ اس میں گائیڈنس بھی ہے اور رحمت بھی ہے۔ جو لوگ لیسن لینا چاہیں گے، ان کے لیے اس میں گائیڈنس ہے اور آئی اوپنر آئٹم ہے، انسائٹ فل لیسنز ہیں۔ تو غالباً موسیٰ اور فرعون کے قصے میں ایک لیسن یہ ہے کہ جو ہے، خدا اگر کسی کو بچانا چاہے تو ایک تابوت کے ذریعے بھی اس کو بچا لیتا ہے۔ یعنی موسیٰ علیہ السلام کا جب معاملہ کرائسز میں آیا تو اللہ تعالیٰ نے کوئی بہت بڑی فوج اور بہت بڑا کچھ ایسا نہیں بھیجا، صرف ایک تابوت کو جو ہے ذریعہ بنایا بچانے کے لیے۔ اور ایک تابوت کے ذریعے جو ہے موسیٰ کی جان بچ گئی۔ لیکن جب اللہ تعالیٰ جو ہے ہلاک کرنا چاہا تو جو ہے فرعون کو اس کا سارا لشکر مل کر بھی نہیں بچا سکا۔ یعنی وہی پانی ہے اور وہی چیزیں ہیں سب ، لیکن ایک جگہ جو ہے ایک چھوٹی سی چیز سے ایک انسان کی زندگی بچ جاتی ہے۔ اور دوسرے واقعے میں جو ہے اسی پانی میں جو ہے ایک مضبوط لشکر بھی بچ نہیں پاتا۔ تو گویا کہ آئی اوپنر بات یہ ہے کہ جو ہے اگر خدا کسی کی طرف کھڑا ہوا ہو تو ریسورسز کی کمی جو ہے معنی نہیں رکھتی۔ ایک چھوٹا تابوت بھی کافی ہو جائے گا۔ اور اگر خدا کسی کی طرف کھڑا ہوا نہ ہو ، یا کوئی خدا کی طرف کھڑا ہوا نہ ہو، تو بڑے بڑے لشکر بھی جو ہے اس کو بچا نہیں پاتے۔ تو موسیٰ کے واقعے میں جو ہے یہ بہت عجیب آئٹم ہے۔ ایک معمولی تابوت نے موسیٰ کو بچا لیا اور فرعون اپنے سارے ریسورسز اور پاور کے ساتھ بچ نہیں سکا۔ ایک آئی اوپنر آئٹم یہ ہو سکتا ہے اس کے اندر۔ دوسرا ایک امپورٹنٹ پوائنٹ یہ ہے کہ موسیٰ کا واقعہ اتنی تکرار کے ساتھ قرآن میں ہے کہ بہت تعجب ہوتا ہے۔ تقریباً کئی سو آیتیں ہیں غالباً حضرت موسیٰ کو لے کر قرآن میں۔ تو ایک اہم آئٹم یہ لگ رہا ہے کہ جو ہے ڈی جنریٹڈ لوگوں میں جب انسان کام کریں گے تو ان کی سوچ کیسی ہونی چاہیے۔ یعنی وہ لوگ جو اپنے آپ کو جو ہے ججڈ سمجھتے ہیں، اپنے آپ کو جو ہے خدا کے چوزن سمجھتے ہیں، ان لوگوں سے جب انسان کام لینے یا ان کے کریکشن کے لیے نکلے گا تو کتنے ٹائپ کے چیلنج ہوں گے اس کو۔ یہ بھی جو ہے انسائٹ فل لیسنز ہیں قرآن میں اس سلسلے میں۔ مثلاً جو اسرائیلی سے کہا کہ جو ہے "إنك لغوي مبين" کہ تو جو ہے بڑا گمراہ آدمی لگ رہا ہے، کرپٹڈ انسان لگ رہا ہے بہت۔ تو اس نے جو ہے حضرت موسیٰ پر کئی الزام لگا دیے۔ ایک تو اس نے کہا کہ تم جبار بننا چاہتے ہو، جبار یعنی ایروگینٹ، اور تم زمین میں جو ہے فسادی ہو، اور تم نے کل ایک آدمی کو قتل کیا۔ تو اس نے موسیٰ کے بارے میں جو ہے کئی الزامات لگائے، کئی ایلیگیشنز لگائے۔ تو حالانکہ وہ مسلمان تھا، جو موسیٰ سے یہ سب کہہ رہا تھا، وہ مسلمان تھا۔ تو بعد میں بھی جو ہے بنی اسرائیل کی روش ویسی ہی رہی۔ یعنی حضرت موسیٰ بار بار ان کو بتاتے کہ جو ہے خدا نے تم کو مصر سے ایسے اٹھا لایا جیسے عقاب کے پروں پر تم کو لے کر اڑائے۔ بائبل میں ہے کہ جو ہے خدا نے تم کو ایسے بچایا جیسے کسی عقاب کے اوپر بٹھا کر تم کو مصر سے کنعان لے آیا۔ لیکن اس کے باوجود جو ہے بنی اسرائیل میں ایسے کئی ری ایکشن آئے جس کی وجہ سے موسیٰ جو ہے فرسٹریٹڈ ہو جاتے تھے اور بار بار کہتے تھے کہ جو ہے خدا اس قوم کو ٹھیک کرنا جو ہے پوسیبل نہیں لگ رہا۔ تو موسیٰ اور بنی اسرائیل کے ریلیشن کو جب ہم دیکھتے ہیں تو اس میں یہ آئٹم بھی ہے کہ اس طرح کے لوگوں میں کام کریں گے تو کس ٹائپ کے ایکسپیرینس سامنے آئیں گے۔ ساری وہ نشانیاں اور ساری وہ ٹیچنگز وغیرہ دیکھنے کے باوجود جو ہے ان کا جو ری ایکشن ہوگا وہ بڑا ہی عجیب ہوگا۔ کوئی اس میں سامیری ہوگا، کوئی اس میں قارون بن کے آئے گا، کوئی اس میں بتوں کا مطالبہ کرے گا کہ مجھے بھی، ہمیں بھی بت بنا دو۔ قرآن کے اندر ہے کہ بنی اسرائیل نے جو ہے بتوں کو دیکھا کہیں اپنے سفر میں مصر سے واپسی کے وقت تو انہوں نے کہا "إجعلنا آله كما لهم آله" جیسے ان لوگوں کے پاس آئیڈلز ہیں، ہمارے بھی آئیڈلز ہونے چاہیے۔ تو بہت سارے حضرت موسیٰ کے واقعے میں جو ہے ڈس ہارٹننگ ایونٹس ہیں بنی اسرائیل کی طرف سے۔ لیکن اس کے باوجود جو ہے موسیٰ اپنا مشن پورا کرتے ہیں۔ نہ ان کو سامیری روک پاتا ہے، نہ قارون روک پاتا ہے، نہ بنی اسرائیل کا بگاڑ۔ مسلسل اپنا مشن پورا کرتے ہیں۔ قرآن نے پہلے ہی ان سے کہا تھا کہ آگے آپ جو کام کرنے جا رہے ہیں اس میں بہت ہی انوانٹڈ یہ آئیں گے ایونٹس پیش آئیں گے تو اس کی وجہ سے تم کو ڈس ہارٹن نہیں ہونا ہے، اپنا کام نہیں چھوڑنا ہے۔ تو موسیٰ نے جو ہے باقاعدہ اس کو کمپلیٹ کیا اپنے کام کو۔ تو گویا کہ اس دور میں جو بھی انسان مولانا جیسے مولانا جیسا کام کریں گے تو ان کو اس قوم سے جو ہے مختلف اس طرح کی باتیں ملیں گی۔ یعنی کبھی بولیں گے کہ جو ہے نا آپ گمراہ ہیں، کبھی بولیں گے کہ جو ہے اسلاف کے خلاف ہیں، کبھی کچھ کبھی کچھ کہیں گے، کبھی کہیں گے کہ اینٹی مسلم ہیں۔ تو ان سب باتوں کے باوجود جو ہے حضرت موسیٰ کے قصے میں یہ اینگل ہے کہ جو ہے ان باتوں سے ڈس ہارٹن نہیں ہونا ہے۔ یہ تو جو ہے پارٹ آف ورک ہے لوگوں کا، لوگوں کے بیڈ کمنٹس یا غلط ری ایکشن۔ کیونکہ ان سب باتوں کے باوجود جو ہے انہی میں سے جو ہے رجل مومن ملا حضرت موسیٰ کو۔ فرعون کے دربار سے رجل مومن ملا۔ امرات فرعون، فرعون کی جو ہے وائف ملی۔ اور یہی بنی اسرائیل سے جو ہے یوشع بن نون ملے، ہارون علیہ السلام ملے۔ اور بعد میں جو ہے نا کافی ان میں ایسے لوگ پیدا ہوئے۔ بائبل میں ان کے کافی نام ہیں۔ جدون ایک نام آیا ہے جو حضرت موسیٰ کے بعد جو ہے بہت اہم رول پلے کیا۔ سمسون ایک نام آیا ہے۔ جیڈین جن کو کہتے ہیں آج کل۔ اسی طرح جو ہے خواتین میں بھی بڑے بڑے لوگ پیدا ہوئے بنی اسرائیل میں۔ جیسے نام آیا ہے دبورہ، بائبل میں ایک خاتون تھی۔ اس نے بہت اہم رول ادا کیا۔ بعد میں جو ہے حضرت سلیمان اور داؤد پیدا ہوئے۔ داؤد اور سلیمان۔ اور بھی ایسے گریٹ لوگ پیدا ہوئے، وہی ڈی جنریٹڈ لوگ۔ تو معلوم یہ ہوا کہ جو ہے اسٹوری کا جہاں ایک ڈارک سائیڈ ہے، بریٹ سائیڈ بھی ہے حضرت موسیٰ کے واقعات میں۔ جہاں ڈس ہارٹننگ آئٹم ہے، وہیں جو ہے بوسٹنگ ایونٹس بھی ہیں انہی لوگوں کے اندر۔ جیسے یوشع بن نون ہے، حضرت ہارون ہے، اور حضرت موسیٰ کی جو وائف ہے مدین سے وہ ہیں۔ تو یہ سب واقعات جو ہے آئی اوپنر ہیں، بصائر ہیں قرآن کی زبان میں۔ انسائٹ فل لیسنز ہیں اس میں کہ قیامت تک جو ہے اس رول کو جو لوگ فالو کریں گے ان سب کے ساتھ جو ہے اس طرح کی ساری باتیں پیش آئیں گی۔ جہاں ہرڈلز ہوں گے فرسٹریٹ کرنے کے لیے، وہیں عجیب و غریب ٹائپ کی ہیلپ بھی اللہ کی طرف سے آتی رہے گی۔ جیسے حضرت موسیٰ کو دی گئی ان کنونشنل ہیلپ، عصا اور ید بائزہ اور سمندر کا پھٹنا وغیرہ وغیرہ۔ تو لٹرلی ایسا ہونا ضروری نہیں ہے، لیکن فارم بدل کر اللہ تعالیٰ قیامت تک یہ سب کرتا رہے گا۔ اس طرح کی ان کنونشنل مدد وغیرہ وغیرہ۔ تو غالباً بصائر میں یہ سب باتیں رکھنا چاہیے کہ سامیری، قارون اور فرعون خالی یہ لوگ ذہن میں نہ ہوں، بلکہ ہارون، یوشع بن نون اور رجل مومن ان لوگوں کی طرف بھی جو ہے آدمی کا ذہن رہے۔ تو تب اس کا اس کی لرننگ جو ہے بیلنس لرننگ ہوگی۔ ورنہ انسان جو ہے فرسٹریشن میں پڑ جائے گا اگر صرف وہ اسرائیلی کی طرح کے لوگوں کو دیکھے جس نے حضرت موسیٰ کو قاتل کہا تھا، جبار کہا تھا، متکبر کہا تھا۔ صرف اگر ان لوگوں کو دیکھے تو اس سے فرسٹریشن آئے گا۔ لیکن دوسری طرف جو ہے ہارون اور یوشع بن نون وغیرہ جیسے لوگوں کو دیکھیں اور خدا کی مدد کو دیکھیں۔ سب سے بڑی بات کہ کس طرح جو ہے ٹریڈیشن سے ہٹ کر جو ہے خدا مدد کرتا ہے۔ اس کو اگر دیکھیں تو وہ جو ہے اس کو واقعی بصیرت ملے گی۔ تو مولانا کے کیس میں ایسا لگتا ہے کہ جو ہے مولانا کو یہ بصیرت حاصل تھی۔ سارے اس طرح کے ساروونگ ایونٹس کے باوجود جو ہے مولانا کبھی اپنے مشن سے دستبردار نہیں ہوئے۔ سیکنڈ تھاٹ نہیں آئی مولانا کے اندر کہ یہ سب چھوڑ دو۔ ایسا کبھی نہیں سوچا مولانا نے آخری سانس تک۔ مولانا کہتے تھے کہ اگر جو ہے سارے لوگ چلے جائیں میں اکیلا جو ہے خدا کے ساتھ رہنا پسند کروں گا اور یہی میرے لیے کافی ہے۔ جس جس کو جانا ہے وہ چلا جائے کہتے تھے مولانا۔ لیکن ہم کمپرومائز نہیں کرتے اپنے کام میں۔ رکن نہیں کرتے اور اپنا یہ نہیں چھوڑتے خدا کے ساتھ کھڑے ہونے کا کام۔ تو موسیٰ کے قصے میں جو ہے ایسا لگ رہا ہے ہنڈرڈز آف لیسنز ہیں سیکھنے والے کے لیے۔ بصائر سے بھری ہوئی اسٹوری ہے پوری موسیٰ اور فرعون کی۔</w:t>
      </w:r>
    </w:p>
    <w:p>
      <w:pPr>
        <w:jc w:val="right"/>
        <w:bidi/>
      </w:pPr>
      <w:r>
        <w:rPr>
          <w:rFonts w:ascii="Noto Nastaliq Urdu" w:hAnsi="Noto Nastaliq Urdu" w:eastAsia="Noto Nastaliq Urdu" w:cs="Noto Nastaliq Urdu"/>
          <w:sz w:val="26"/>
          <w:rtl/>
          <w:lang w:bidi="ur"/>
        </w:rPr>
        <w:t>اچھا صاحب، ریلی انسائٹ فل، ریلی آپ نے جو ڈفرنس سائٹس کی سے پردہ کشائی کی وہ زبردست ہے۔ تو مولانا کو بھی ہم نے کبھی مایوس نہیں دیکھا جہاں لوگ مایوسی کی سٹوریاں سنا رہے تھے۔ تو مولانا ہمیشہ صحیح رہنمائی کرتے رہے اور مایوس نہیں تھے۔ اپنوں کو جھڑکنا پڑا، کبھی حق سے ادھر ادھر نہیں گئے۔ سچی بات کہی چاہے کوئی ناراض ہو جائے۔ زبردست انسائٹ فل مولانا کا بھی رہا سفر۔ اور موسیٰ علیہ السلام کے واقعے میں جو جو آپ نے بہت ہی زبردست چیزیں بتائیں ان پر غور نہیں کیا تھا میں نے آج تک تو بہت ہی وضاحت ہوئی۔ جزاک اللہ۔</w:t>
      </w:r>
    </w:p>
    <w:p>
      <w:pPr>
        <w:jc w:val="right"/>
        <w:bidi/>
      </w:pPr>
      <w:r>
        <w:rPr>
          <w:rFonts w:ascii="Noto Nastaliq Urdu" w:hAnsi="Noto Nastaliq Urdu" w:eastAsia="Noto Nastaliq Urdu" w:cs="Noto Nastaliq Urdu"/>
          <w:sz w:val="26"/>
          <w:rtl/>
          <w:lang w:bidi="ur"/>
        </w:rPr>
        <w:t>جیسے حضرت موسیٰ کے کیس میں اثاثے سمندر پھٹ جاتے ہیں، اثاثے جو ہے پتھروں سے پانی نکلتا ہے ایمرجنسی میں۔ تو یہ ایک دم امیجنیشن سے باہر ہے۔ تو گویا کہ لیسن یہ ہے کہ جو ہے بالکل ہی ان ایکسپیکٹڈ سچویشن میں بھی ہوپ کو لوز نہ کرو۔ ہم جو ہے ان ایکسپیکٹڈ ہیلپ دے دیں گے۔ تو بالکل جو ہے آج کے دور میں بھی اللہ تعالیٰ جو ہے یہ فارم بدل کر یہ سب کر رہا ہے۔ جیسے اے آئی کا آنا، انٹرنیٹ کا آنا، کمیونیکیشن کا دور ، انٹرنیشنل ایک گلوبل لینگویج، سائنٹیفک تھنکنگ، ڈیموکریسی اور ریسورسز کی زیادتی۔ اتنی زیادہ باتیں ہمارے دور میں واقع ہوئی ہیں کہ وہ لگتا ہے کہ جو ہے سارا ہی ایج کو اللہ تعالیٰ نے نان کنونشنل کر دیا ہے۔ سارا ایج جو ہے غیر روایتی بن گیا ہے ایسا لگتا ہے مدد کے معاملے میں۔ تو تو یہاں ڈس ہارٹننگ کی چیزیں کم ہیں اور ہوپ دینے والی چیزیں زیادہ ہیں۔ یعنی تعجب ہوتا ہے کہ جو ہے فی الوقت جو ہے میں دیکھتا ہوں کہیں بھی چلا جائے ہمارا قرآن جو ہے وہ وہاں دکھائی دیتا ہے۔ کہیں بھی انسان کسی بھی مسجد چلے جائے، کہیں بھی چلا جائے، ایئرپورٹس ہیں، بس سٹینڈ ہیں، چھوٹے چھوٹے دیہات ہیں تو وہاں تک جو ہے مولانا کی کتابیں اور مولانا کا قرآن، تذکیر القرآن وغیرہ ہر طرف پھیل گئے ہیں۔ تو ابھی میں کوئی بہت ہی چھوٹے دیہات گیا تھا ایک تو وہاں دیکھا میں مولانا کا انگلش اور کنڑ قرآن رکھا ہوا ہے ایک دیہات میں مسجد میں اور تذکیر القرآن بھی ہے تو مجھے بہت تعجب ہوا وہ دیکھ کر تو اس طرح جو ہے اللہ تعالیٰ بہت ہی نان کنونشنل وے میں جو ہے مولانا کی بات کو پھیلا دیا ہے اصل میں لوگ چونکہ جو ہے آج کل وہ اس کا زمانہ ہے سوشل میڈیا کا تو لوگ یہ زیادہ دیکھتے ہیں بھیڑ کو حالانکہ بھیڑ کی کوئی ویلیو نہیں ہوتی ویلیو ساری ہوتی ہے بلاغ کی کہ لوگوں تک بات پہنچی یا نہیں پہنچی باقی بھیڑ وڑ جو ہے کوئی خاص اہمیت کی چیز نہیں ہے کہیں بھی ۔</w:t>
      </w:r>
    </w:p>
    <w:p/>
    <w:p>
      <w:pPr>
        <w:pStyle w:val="Heading1"/>
      </w:pPr>
      <w:bookmarkStart w:id="144" w:name="vg51"/>
      <w:bookmarkEnd w:id="144"/>
      <w:r>
        <w:t>The Story (Al-Qasas) - 28:44-46</w:t>
      </w:r>
    </w:p>
    <w:p>
      <w:bookmarkStart w:id="145" w:name="cl92"/>
      <w:bookmarkEnd w:id="145"/>
      <w:r>
        <w:rPr>
          <w:i/>
          <w:color w:val="77786F"/>
          <w:sz w:val="20"/>
        </w:rPr>
        <w:t>06 Aug 2026 (Urdu)</w:t>
      </w:r>
    </w:p>
    <w:p>
      <w:pPr>
        <w:jc w:val="right"/>
        <w:bidi/>
      </w:pPr>
      <w:r>
        <w:rPr>
          <w:rFonts w:ascii="Noto Nastaliq Urdu" w:hAnsi="Noto Nastaliq Urdu" w:eastAsia="Noto Nastaliq Urdu" w:cs="Noto Nastaliq Urdu"/>
          <w:sz w:val="26"/>
          <w:rtl/>
          <w:lang w:bidi="ur"/>
        </w:rPr>
        <w:t>پیراگراف میں مولانا جیسا کہ کہہ رہے ہیں کہ جگہ جگہ جو ہے قرآن حضرت موسیٰ کے واقعات بیان کرتے ہوئے عہد نامہ قدیم سے جو ہے اولڈ ٹیسٹمنٹ سے جو ہے جگہ جگہ میننگ فل یہ کرتا ہے ڈیفرنسز۔ اس کی ایک مثال مولانا یہاں دے رہے ہیں کہ موسیٰ سے جو ایکشن ہوا تھا وہ انٹینشنل نہیں تھا، بغیر بغیر ارادے کے اس طرح ہوا تھا۔ لیکن بائبل کے بیان کے مطابق جو ہے ایسا لگتا ہے کہ موسیٰ نے بال ارادہ قتل کیا تھا، باقاعدہ انٹینشنلی مرڈر کیا تھا اس کا۔ تو یہ بائبل کے بیان اور قرآن کے بیان میں فرق ہوا اس لحاظ سے۔ تو اس طرح کے اور بھی کافی ڈیفرنسز ہیں بائبل میں اور قرآن میں۔ قرآن میں ہے کہ موسیٰ جو ہے مدین میں 10 ایئرز کے قریب رہے، اٹھ یا دس سال۔ بائبل میں بتایا گیا ہے کہ 40 سال رہے وہاں پر۔ حضرت موسیٰ جو ہے مدین میں 40 سال رہے کا بیان ہے بائبل کے اندر۔ اسی طرح جو ہے ایک ڈیفرنس یہ ہے کہ قرآن میں ہے کہ بت پرستی جو ہے سامری نام کے کسی شخص نے کی، بچھڑا جو بنایا تھا وہ سامری تھا، اس کا نام آیا ہے۔ لیکن بائبل میں ہے کہ حضرت ہارون نے خود بچھڑا بنایا تھا۔ تو اس طرح کے جو ہے بہت ہی گریو ڈیفرنسز ہیں۔ اسی طرح وہ بھی ہے کہ حضرت موسیٰ کا ہاتھ جو ہے برف کی وجہ سے سفید ہو جاتا تھا، اس طرح کا بیان ہے۔ جو ید بیس جو قرآن جو ذکر کرتا ہے من غیر سوئین کہتا ہے قرآن بغیر کسی ڈیسیز کے۔ تو لیکن بائبل میں ہے کہ وہ جو ڈیسیز سے یہ ہوتا تھا، وائٹ ہو جاتا تھا۔ تو اس طرح کے جو ہے کافی ڈیفرنسز ہیں۔ یعنی سامری کی جگہ جو ہے حضرت ہارون کو بت پرست کہا گیا، حالانکہ یہ پوسیبل نہیں ہے، حضرت ہارون کی شان کے مطابق نہیں ہے کہ حضرت ہارون جو ہے قرآن کے مطابق خدا کے پیغمبر تھے۔ حضرت موسیٰ اور ہارون دونوں۔ تو ایک پیغمبر ہی خود ایڈل ورشپ کرے، ایسا پوسیبل نہیں ہے۔ تو ایسا لگتا ہے کہ جو ہے بعد کے ڈاکومنٹس میں گڑبڑ ہوئی ہے کافی۔ یعنی شاید گڑبڑ اس وقت ہوئی جب نبو قد نظر اس پر حملہ کیا اسرائیل پر حضرت سلیمان کے بعد۔ حضرت سلیمان کے جو ہے شاید پوتے کے وقت رحبام کے بعد جو ہے ایران سے نبو قد نظر کا حملہ ہوا، تو اس نے بائبل کو ڈھا دیا، یہ کر دیا بیت المقدس کو ڈھا دیا، اور جو ہے تابوت سکینہ جو تھا جس میں بائبل وغیرہ رکھی ہوئی تھی، وہ لے کر چلا گیا۔ تو پھر بائبل کے مطابق جو ہے بہت سالوں کے بعد جب نبو قد نظر کی حکومت ختم ہوئی ایران میں، اور دوسرا بادشاہ آ گیا، تو وہ جو ہے یہودیوں پر اس کو رحم آیا، اور اس نے جو ہے پھر دوبارہ یہودیوں کو اجازت دی کہ وہ واپس ایران سے جو ہے جا کر واپس اسرائیل میں سیٹل ہوں اور واپس بیت المقدس بنائیں۔ اور پھر وہ سب تابوت وغیرہ اس نے واپس کیا۔ تو پھر وہ حافظے کی بنیاد پر جو ہے ازرا بائبل کہتی ہے ازرا نے جو ہے اس کو پھر بیت المقدس بھی بنایا اور تورات کو پھر بحال کیا مختلف دوسرے ڈاکومنٹس سے۔ تو شاید اس زمانے میں جو ہے بہت زیادہ ڈاکومنٹیشن میں فرق ہوا ہے نبو قد نظر کے زمانے میں۔ تو اس طرح کے کافی ڈیفرنسز ہیں۔ یعنی ایک ڈیفرنس تو یہی ہوا کہ جو ہے حضرت موسیٰ کا قتل انٹینشنل بتاتی ہے۔ دوسرا ڈیفرنس یہ ہے کہ وہ ید بیضہ جو تھا شائننگ ہینڈ، اس کو ڈیسیز سے بتاتی ہے بائبل۔ تیسرا یہ کہ جو ہے سامری خود سامری کی بجائے حضرت ہارون کو بت پرست بتاتی ہے بائبل۔ اور حضرت موسیٰ کا مدین کا اسٹے جو ہے 40 سال بتاتی ہے۔ اس طرح کے اور بھی کافی ڈیفرنسز ہیں کافی معاملات میں۔ تو اس کے بجائے جو ہے قرآن جو ہے اس کو کریکشن کر کے جو ہے ایگزیکٹ پھر ریویل کرتا ہے واقعہ اس طرح نہیں اس طرح تھا۔ تو ان آیتوں میں وہی بتایا جا رہا ہے گویا کہ یہ جو آپ ایگزیکٹ نریشن جو کر رہے ہیں وہ جو ہے وحی کی وجہ سے ہے جبکہ خود بائبل میں اس طرح نہیں ہے۔ نریشن اولڈ ٹیسٹمنٹ کی نریشن اس سے ڈفرنٹ ہے۔</w:t>
      </w:r>
    </w:p>
    <w:p/>
    <w:p>
      <w:bookmarkStart w:id="146" w:name="cl93"/>
      <w:bookmarkEnd w:id="146"/>
      <w:r>
        <w:rPr>
          <w:i/>
          <w:color w:val="77786F"/>
          <w:sz w:val="20"/>
        </w:rPr>
        <w:t>07 Aug 2026 (English)</w:t>
      </w:r>
    </w:p>
    <w:p>
      <w:pPr>
        <w:jc w:val="right"/>
        <w:bidi/>
      </w:pPr>
      <w:r>
        <w:rPr>
          <w:rFonts w:ascii="Noto Nastaliq Urdu" w:hAnsi="Noto Nastaliq Urdu" w:eastAsia="Noto Nastaliq Urdu" w:cs="Noto Nastaliq Urdu"/>
          <w:sz w:val="26"/>
          <w:rtl/>
          <w:lang w:bidi="ur"/>
        </w:rPr>
        <w:t>پیراگراف میں ایک اہم بات سمجھ میں آ رہی ہے۔ بیچ میں جو ہے یہ بات سمجھ میں آ رہی ہے کہ جو ہے آپ پاسٹ کو جو ہے بہت ہی ایکوریسی سے بیان کرتے ہیں، یعنی محمد رسول اللہ کہ دو ہزار سال پہلے کیا ہوا تھا یا ابراہیم کے جو فرسٹ فیس جو تھا حضرت ابراہیم کا جو حضرت اسحاق سے چلا، حضرت اسحاق سے جو فرسٹ فیس جو مکمل ہوا حضرت عیسیٰ تک، اس کے بارے میں جو ہے رسول اللہ بہت ہی ایکوریسی سے ساری یہ بیان کرتے ہیں۔ ہسٹوریکل نیریشن سارا اس کا دیتے ہیں۔ ہسٹوریکل نیریشن کیا ہے؟ یعنی جب حضرت عیسیٰ کی بات آتی ہے تب بھی رسول اللہ وہاں موجود نہیں تھے، لیکن بہت ہی ایکوریسی سے جو ہے حضرت عیسیٰ کے بارے میں بیان دیتے ہیں کہ معاملہ ایسا نہیں، ایسا تھا، اور حضرت عیسیٰ نے یہ نہیں کہا، وہ کہا۔ اسی طرح داؤد، حضرت داؤد اور حضرت سلیمان، حضرت یحیی، حضرت زکریا، حضرت موسیٰ، حضرت یوسف اور حضرت یعقوب، حضرت اسحاق اور حضرت ابراہیم، ان کے بارے میں جو باتیں رسول اللہ بتاتے ہیں وہ بہت ہی ایکوریسی کے ساتھ ہوتی ہیں اور ان بائس ہوتی ہیں۔ وہ ساری باتیں ایگزیکٹ بیان کرتے ہیں، حالانکہ رسول اللہ وہاں موجود نہیں تھے اس موقع پر۔ یعنی بائبل کے بیانات اور قرآن کے بیانات دونوں کو اگر ہم میچ کریں گے تو قرآن جو ہے جگہ جگہ ڈفرینشیٹ کرتا ہے باتوں کو، ایسے نہیں، ایسا، ایسے نہیں، ایسا، اور جہاں بات صحیح ہوتی ہے وہاں کوآپریٹ بھی دیتا ہے، کوآپریشن بھی دیتا ہے، ایگریمنٹ بھی دیتا ہے کہ ہاں یہ بات ایسی ہے۔ تو اس لیے قرآن کہتا ہے کہ جو ہے میں موہیمن، میرے سے پہلی جو کتابیں ہیں حضرت ابراہیم سے لے کر حضرت عیسیٰ تک، میں اس کے اوپر جو ہے موہیمن ہوں۔ موہیمن ہوں کا غالباً مطلب یہ ہے کہ میں اس میں کیا مسٹیک ہے، وہ اس کو بہت ہی ایکوریسی سے بتاتا ہوں، اور کیا صحیح ایونٹ ہے، کیا صحیح ٹیچنگ ہے، وہ بھی میں بہت ایکوریسی سے بتاتا ہوں۔ یہ مطلب تو دوسری آیتوں کو جوڑ کر سوچنے سے بات اس طرح لگتی ہے کہ میں اپنے ماضی کے بارے میں جو ہے بہت ہی کریکٹ نیریشن دیتا ہوں، اور جو ہے ماضی میرے بارے میں جو ہے بہت ہی کریکٹ انفارمیشن دیتا ہے۔ یعنی میں جب اپنے پاسٹ کے بارے میں بولتا ہوں تو وہ بالکل ایکوریٹ ہے، اور پاسٹ جو ہے جب میرے بارے میں انفارمیشن دیتا ہے تو وہ بھی جو ہے آج کی بائبل میں بھی موجود ہے، تورات اور انجیل میں، جیسے کتاب پیدائش میں جو ہے وہ ساری باتیں موجود ہیں کہ حضرت ابراہیم نے جو ہے دوسری شادی کی حضرت ہاجرہ سے، ان کی اولاد ہوئی، اس کا ذکر ہے باقاعدہ بائبل میں، اور پھر اس میں یہ بھی ہے کہ جو ہے ان کو لے جا کر کہاں بسایا گیا، کس ایریے میں، اور یہ بھی اس کے اندر پیشن گوئی ہے کہ میں جو ہے اسماعیل کو چھوڑوں گا نہیں، بلکہ اس سے بڑی بڑی نیشنز وجود میں لاؤں گا، اس کی نیشن سے جو ہے دنیا بھر جائے گی۔ اسی طرح جو ہے حبک جو ہے اس میں بھی پیشن گوئیاں ہیں، اس میں یہ بتایا گیا ہے کہ جو ہے اس نے نگاہ کی اور زمین تھرا گئی، ازلی پہاڑ ریزہ ریزہ ہو گئے، اس کی راہیں ابدی ہیں۔ تو وہ بھی جو ہے دراصل رسول اللہ کے بارے میں ہی ہے۔ اسی طرح میتھیو میں بھی ہے، انجیل میں بھی کہ میں جاؤں گا اور میرے بعد جو ہے ایک تسلی دہندہ آئے گا، وہ تمہیں جو ہے وہ باتیں بتائے گا جو میں نے ابھی تک تم کو بتائی نہیں۔ تو بائبل کے اندر جو ہے ایسا رسول اللہ کے بارے میں جو ہے بہت ہی ایگزیکٹ انفارمیشن ہے۔ تو ان آیتوں کے اندر جو ہے وہ دونوں باتوں کی طرف اشارہ ہے۔ یہ پیغمبر جو ہے پاسٹ کو بہت ہی ایکوریسی سے بیان کرتے ہیں، ٹیچنگ کو بھی اور ایونٹس کو بھی، اور پاسٹ جو ہے ان کے بارے میں بھی جو ہے بہت ہی ایگزیکٹ انفارمیشن دیتا ہے، پریڈکشن دیتا ہے کہ ایسا ایسا ہوگا۔ تو وہ دونوں باتیں جو ہے پوری ہو گئی، اور رسول اللہ جو ہے زمین پر ایک اسٹیبلش پرسنیلٹی ہے، جیسے اس کا اعتراف بہت لوگوں نے کیا ہے، مولانا کی کتابوں میں ہے، کیسے رسول اللہ کا جو ہے بڑے بڑے ویسٹرن اسکالرز نے اور مختلف لوگوں نے اعتراف کیا کہ رسول اللہ جو ہے ایک گریٹ پرسنیلٹی ہے زمین کے اوپر، جیسے میکائیل ہارٹ کی کتاب ہے "دا 100"، اس نے جو ہے نمبر ون مقام دیا اپنے اسٹڈی کے حساب سے محمد بن عبداللہ کو۔ تو ان آیتوں کے اندر جو باتیں ہیں وہ یہ بتا رہی ہیں کہ جو ہے پہلا عہد جو تھا حضرت ابراہیم سے وہ بھی پورا ہوا، یعنی حضرت موسیٰ اور وغیرہ کے ذریعے، اور دوسرا جو عہد جو تھا وہ بھی خدا نے پورا کیا حضرت محمد بن عبداللہ کے ذریعے۔ تو دونوں ٹیکسٹ جو ہے قدیم ٹیکسٹ اور قرآن اور تاریخ کے واقعات یہ دونوں مل کر بتا رہے ہیں کہ جو ہے رسول اللہ جو ہے خدا کی طرف سے وہ بھیجے گئے پرسن ہیں، جس کا وعدہ پرانی کتابوں میں بھی ہے، اور اب پوری دنیا اس کو ایک بگ فیکٹ کے طور پر مانتی ہے۔ یعنی انظار کا فیس ون جو ہے حضرت موسیٰ وغیرہ کے ذریعے اسٹیبلش کیا گیا، ایک محدود علاقے میں فلسطین اور کنان میں، اور اسی عہد کا جو ہے گلوبل پرومس وہ جو ہے بعد میں پورا ہوا فیز ٹو کی صورت میں۔ فیز ون میں جو ہے ایک لمیٹڈ ایریے میں جو ہے پورا ہوا، فیز ٹو کے اندر جو ہے پورے گلوبل لیول پر اس کو اسٹیبلش کیا گیا، اور اب دونوں جو ہے ایک فیکٹ ہیں ان ظار اور تفسیر کے اور ڈیوائن ٹیچنگ کے، اور دونوں فیس جو ہے ایک دوسرے کے سپورٹر ہیں، ایک دوسرے کو جو ہے وہ بیٹرز کرتے ہیں، ان کی ٹیچنگ، ان کی تاریخ اور ان کے ایونٹس ایک دوسرے کے جو ہے یہ ہیں سپورٹ میں۔ یعنی گلوب کی سپرچول گائیڈنس اور اس کی مٹیریل شیپنگ میں جو ہے حضرت موسیٰ کا جس طرح کنٹریبیوشن ہے فیس ون کے پرسن کے طور پر، حضرت محمد کا جو ہے ویسا ہی ایک بڑے لیول پر ایک کنٹریبیوشن ہے ڈیوائن گائیڈنس اور مٹیریل شیپنگ میں ۔ گلوب کی حضرت موسیٰ کا ایک لمیٹڈ ایریے میں ہے، تو حضرت محمد کا جو ہے گلوبل لیول پر ہے، اور دونوں اب جو ہے ایک سپرچول فگر بھی ہیں، اور ساتھ ہی ساتھ گلوب کی مٹیریل شیپنگ کے ہیڈ بھی ہیں، دونوں حضرت موسیٰ اور حضرت محمد۔ فہد صاحب، آپ ہماری واقعی انسائٹ فل ہیں کہ اللہ تبارک و تعالی نے پرافٹ پر جو کتاب نازل کی، وہ مہیمن بنی، وہ محافظ بنی ایکوریسی کی، اور یہ ایک طرح کا فیسلیٹیشن ہے، واقعی رحمت ہے رب کی طرف سے، جس کو پرافٹ کو رحمت للعالمین کہا گیا، اور خود ان کی کتاب یہود و رحمت۔ تو یہ رحمت جدید میں جو بائبل کا عالمی سطح پر اس کا پھیلاؤ ، یہ ایک طرح کا فیسلیٹیشن ہے قرآن کی ایکوریسی کو زیادہ لوگوں پر بیان کرنے کے لیے۔ تو اس کی ذمہ داری اب ان لوگوں پر جن کے پاس قرآن ہے، جن کے پاس قرآن کی وضاحت ہو چکی ہے، تو ذمہ داری بڑھ جاتی ہے، اور فیسلیٹیشن گاڈ الٹیمیٹلی کی طرف سے یہ فیسلیٹیشن ایک بہت بڑی رحمت ہے، بہت ہی صحیح آپ نے اس کا اکاؤنٹ دیا، جزاک اللہ۔ دو تین باتیں سامنے آئیں، پہلی بات موہیمن کو لے کر تھی کہ قرآن اور اس سے پہلے کی کتابیں، یعنی پاسٹ اور پریزنٹ جو ٹیکسٹ ہیں، آپس میں ایک دوسرے کے معید ہیں، اور قرآن پاسٹ کے لیے محافظ ہے، موہیمن ہے۔ اور دوسری بات یہ آئی کہ موسیٰ کا رول اور پیغمبر اسلام کے رول کے بیچ جو فرق ہے، وہ یہ کہ موسیٰ کا جو رول ہے، وہ ایک لمیٹڈ سینس میں ہے، اور پیغمبر اسلام کا جو رول ہے، وہ گلوبل سینس میں ہے۔ اور تیسری بات، اور بالکل نئی بات، اور بڑی زبردست بات، جس کو مولانا نے ہی جو ہے نا واضح کیا ہے، وہ وہ یہ کہ موسیٰ اور پیغمبر اسلام کا رول جو ہے نا صرف سپرچول سینس میں ہی نہیں ہے، بلکہ مٹیریل سینس میں بھی ہے۔ یہ بہت عجیب بات ہے، اسلام دور جدید کا خالق ایک لمیٹڈ ایریے میں حضرت موسیٰ نے جو کام کیا، رسول اللہ کے ذریعے جو ہے ایک گلوبل لیول پر اس کو کرایا گیا، اور وہ سب باتیں جو ہیں بائبل میں موجود موجود ہیں آج بھی کہ موسیٰ کے ذریعے ایسا ہوگا، اور بنو اسماعیل میں ایک پیغمبر اٹھے گا، اس کے ذریعے اس طرح اور اس طرح ہوگا۔ آج کی بائبل میں بھی تورات اور انجیل دونوں میں یہ باتیں موجود ہیں آج بھی، لفظ تو اس میں گائیڈنس بھی ہے، اور خدائی رحمت بھی ہے ان لوگوں کے لیے جو نصیحت پکڑنا چاہتے ہیں۔ ان ساری باتوں میں، یعنی تورات، انجیل اور قرآن، یہ تینوں کے اندر جو ہے نصیحت، رحمت اور ہدایت کا جو ہے سارا یہ موجود ہے، ساری سٹوری اور اس کے کنٹینٹ ۔</w:t>
      </w:r>
    </w:p>
    <w:p/>
    <w:p>
      <w:pPr>
        <w:pStyle w:val="Heading1"/>
      </w:pPr>
      <w:bookmarkStart w:id="147" w:name="vg52"/>
      <w:bookmarkEnd w:id="147"/>
      <w:r>
        <w:t>The Story (Al-Qasas) - 28:49-51</w:t>
      </w:r>
    </w:p>
    <w:p>
      <w:bookmarkStart w:id="148" w:name="cl94"/>
      <w:bookmarkEnd w:id="148"/>
      <w:r>
        <w:rPr>
          <w:i/>
          <w:color w:val="77786F"/>
          <w:sz w:val="20"/>
        </w:rPr>
        <w:t>09 Aug 2026 (English)</w:t>
      </w:r>
    </w:p>
    <w:p>
      <w:pPr>
        <w:jc w:val="right"/>
        <w:bidi/>
      </w:pPr>
      <w:r>
        <w:rPr>
          <w:rFonts w:ascii="Noto Nastaliq Urdu" w:hAnsi="Noto Nastaliq Urdu" w:eastAsia="Noto Nastaliq Urdu" w:cs="Noto Nastaliq Urdu"/>
          <w:sz w:val="26"/>
          <w:rtl/>
          <w:lang w:bidi="ur"/>
        </w:rPr>
        <w:t>شاستا، ان آیتوں کے اندر یے جو بات بتائی گئی ہے کہ انسان پہلے جو ہے اپنی ایک گڈ وش بناتا ہے کہ مجھے جو ہے ایسا ایسا موقع ملے تو میں ایسا کروں گا ، لیکن جب اسکو وہ موقع دیا جاتا ہے تو جو ہے وو ڈیویٹ ہو جاتا ہے، یانی اپنی وش کو خود ہی جو ہے وو یے کر دیتا ہے، چھوڑ دیتا ہے۔ تو ایسا جو ہے پوری تاریخ میں انسانوں نے کیا ہے، یانی بنی اسرائیل مصر کے اندر جو ہے مسائل میں پھنسے ہوئے تھے، تو وو سب یے کہتے تھے کہ جو ہے کوئی آئے جو ہمیں اس مصیبت سے بچا لے اور ہمیں فرعون کی غلامی سے نکال لے ۔ لیکن جب حضرت موسیٰ آے ان کے پاس تو ان ہوں نے کہا کہ جو ہے ہم مصر میں ہی اچھے تھے، تم نے خام خا ہم کو جو ہے صحرا میں پھنسا دیا لا کر، کم سے کم جو ہے مصر میں ہمیں روزی روٹی تو مل رہی تھی، کھانا اور پانی تو مل رہا تھا، تم نے خام خا ڈیزرٹ میں پھنسا دیا ہم کو۔ تو اگر فرعون کی وہ غلامی پسند نہیں تھی تو اس کا راستہ تو یہی ہے کہ ڈیزرٹ میں چلے جائے، صحرا میں جہاں آزادی سے رہے۔ لیکن جب آزادی ملی تو ان ہوں نے کہا کہ وہی غلامی بہتر تھی۔ تو اس طرح جو ہے قدیم انسان بھی اور آج کا انسان بھی ایسی ہی باتیں کرتے ہیں، یانی اپنی ایک ہائی وش بناتے ہیں کہ میں اس لیول کا آدمی ہوں، اس ٹائپ کا آدمی ہوں، خدا اگر مجھے وو لیول دے، وو ٹائپ دے تو میں جو ہے ایسٹیبلش کروں گا اپنا سچا ہونا۔ لیکن جب اس کا ٹائم آتا ہے، اس اپرچونٹی کو پورا کرنے کا، تو اکثر انسان جو ہے پیچھے ہٹ جاتے ہیں، بہت ہی ریئر جو ہے اس کو پورا کرتے ہیں۔ جیسے مثال کے طور پر ہمارے ملک میں جو دینی تالیم کے ادارے ہیں، سبھی لوگ یے بولتے ہیں کہ ہمیں جو ہے قدیم روایتی علم کے ساتھ جدید علم بھی چاہیے، اصلی تقاضوں کے مطابق جو ہے ہم اپنے طلبا کو تیار کرنا چاہتے ہیں۔ لیکن کہتے ہیں کہ جو ہے ہمارے پاس کوئی آدمی نہیں ہے جو ہمکو ماڈرن ایڈیم میں تیار کرے، ہماری باتوں کو اور لوگوں کو سمجھائے وو باتیں۔ جیسے ایک بڑے عالم دین تھے لکھنؤ کے، انہوں نے کہا تھا کہ جو ہے رِدت والا ابا بکرلا ، یانی ہر طرف جو ہے دین بیزاری ہے، لیکن کوئی ابو بکر نہیں ہے، یانی رسول اللہ کے بعد جو ہے عرب کے بہت سارے قبیلے جو ہے یہ ہو گئے تھے، مرتد ہو گئے تھے، دین سے پھر گئے تھے۔ تو حضرت ابو بکر نے جو ہے اپنی ڈیٹرمنیشن اور اپنی وائس پلاننگ کے ذریعے انہیں واپس پھر اسلامک فولڈ میں لا لیا تھا۔ تو اس طرف اشارہ کرتے ہوئے انہوں نے کہا کہ جو ہے بڑے پیمانے پر جو ہے دنیا میں الحاد ہے، اپوسٹیسی ہے، دین بیزاری ہے، لیکن کوئی بندا ہے نہیں جو ان کے مائنڈ کو ایڈریس کر سکے۔ ایک صاحب نے کتاب یے لکھی تھی، رِدت والا ابا بکرلا، لیکن جو ہے جب ایک ایسا آدمی ملا ان کو جو ماڈرن مائنڈ کو ایڈریس کر سکتا تھا، سائنٹیفک اسلوب میں باتوں کو سمجھا سکتا تھا، اور غیر مسلم سٹیج پر کھڑے ہو کر جو ہے اصلی اسلوب میں ان کو پریزنٹ کرتا کر سکتا تھا، ایسا ایک آدمی ملا تو جو ہے سب اس کے یے ہو گے اگینسٹ، خود ہی اپنی بات کے خلاف میں چلے گے۔ سب کا یہی ہے، جتنے بھی ہمارے ملک میں سارے بڑے ادارے ہیں، سب یہی بولتے ہیں کہ ہمارا کوئی سپوک پرسن نہیں ہے اور ہمارے اندر یے کوئی صلاحیت نہیں ہے کہ ہم اسلام کو پریزنٹ کر سکے۔ سب نے یے کہا، لیکن جب ایسا ایک آدمی اور ایسا ایک لٹریچر وہاں ایولیبل ہو گیا تو سارے ملکے اس کے مخالف ہو گئے۔ یہاں سے لیکن جو ہے عرب دنیا تک، امریکہ تک، اس کے خلاف جو ہے جھوٹا پروپوگنڈا کرنے لگے سارے لوگ ، ہالانکہ وو وہی تھی جس کا وو اظہار کر رہے تھے، جس خواہش کا اللہ تالا نے اس کا ارینجمنٹ کیا تھا رسالہ کی صورت میں۔ لیکن عجیب بات ہے کہ جو ہے ون ٹو آل سب جو ہے اس کے اگینسٹ ہو گئے۔ تو گریبن آیتوں کے اندر یہی بتایا جا رہا ہے کہ ایک آدمی کہتا ہے کہ اگر مجھے مال دیا جائے تو میں مال خرچ کروں گا، لیکن جب مال آتا ہے تو بخل دو بھی قرآن کہتا ہے کہ انہوں نے کہا کہ اگر ہمیں مال دیا جائے تو ہم خدا کی راہ میں مال لٹائیں گے، لیکن جب مال ملا تو قرآن کہتا ہے بخل دو بھی۔ اسی طرح کچھ لوگ کہتے ہیں کہ علم اگر خدا ہمکو دے تو ہم لٹائیں گے علم خدا کے لیے، لیکن جب علم آتا ہے تو خود ہی اس کے تقاضوں سے پیچھے ہٹتے ہیں۔ اس طرح جو ہے ڈفرنٹ فارم میں انسان کی یے ویکنس جو ان دو آیتوں میں بتائی گئی کہ جو چیز نہیں ہے اس کی خواہش کرنا اور وو چیز دی جائے تو جو ہے اس کا استعمال نا کرنا، وہاں فالس آرگومنٹ اور فالس ایکسکیوز میں پڑ جانا ۔ ہمیشہ سے انسان ایسے رہے، کوئی نا کوئی ایکسکیوز نکال لیں گے، کوئی نا کوئی کمپلینٹ، کوئی نا کوئی نیگیٹویٹی، اور اصل اپنی ہی بات سے جو ہے پھر جائیں گے۔ جیسے یہود کہتے تھے کہ ایک نبی آنے والا ہے اس مکہ کی وادی سے، وو جب آئے گا تو ہم جو ہے اس کا ساتھ دیں گے، لیکن وو جب آیا تو سارے ہی جو ہے مخالف ہو گئے۔ ایک مرتبہ عبداللہ بن سلام رسول اللہ کے پاس آئے اور ایمان لے آئے، تو رسول اللہ نے ان کو جو ہے مسجد کے اندر طرف روکوایا اور یہود کو بلایا مدینے کی مسجد میں، اور ان سے پوچھا کہ جو ہے عبداللہ بن سلام کیسے آدمی ہے۔ تو ان ہوں نے کہا کہ وو تو عالم ہے اور عالم کے بیٹے ہیں، عالم نا وو ابن عالمینا، یے ان ہوں نے تاریف کی عبداللہ بن سلام کی۔ تو رسول اللہ نے کہا کہ اگر عبداللہ بن سلام میری تائید کرے تو تم کیا کروگے؟ اور عبداللہ بن سلام کو جو ہے رسول اللہ نے بلایا باہر یہود کے سامنے، تو ان ہوں نے رسول اللہ کی تصدیق کر دی۔ تو فوری ان ہوں نے کہا کہ جاہل نا وو ابن جاہل نا، جاہل آدمی ہے اور جاہل کا بیٹا ہے۔ تو اسی طرح جو ہے ہمارے بھی سارے لوگوں کا جو ہے اس دور میں کسہ بن گیا کہ پہلے تو کہیں گے کہ جو ہے یے تو بہت بڑے یے ہیں، لیکن جو ہی ان کی کسی بات کے خلاف کوئی سٹیٹمنٹ آ جائے تو فوراً یے بولیں گے نہیں یے تو کچھ بھی نہیں ہے، بس یے جاپان کی باتیں کرتے ہیں، یے عالم دین نہیں ہے، یے تو کوئی جاپان جاپانی اسکے جو ہے ایکسپرٹ ہے، وو بس اس سے زیادہ کچھ بھی نہیں۔ تو گویا کہ پیراگراف یے کہ رہا ہے کہ جو ہے قرآن کا ریڈر اس ٹائپ کی منٹالٹی سے اپنے آپ کو بچائے کہ پہلے تو وو خدا سے ایک بڑی چیز مانگے، پھر وو جب مل جائے تو کوئی کمپلینٹ نکال لے اس میں۔ تو یے روش جو ہے انسان کو برباد کر دے گی، ملی ہوئی چیز کو کھو دے گا۔ ایک تو یے ہے، دوسری بات یے ہے کہ ایسے انسانوں کے بیچ میں رہنے کا آرٹ سیکھے ، جو خود ہی جو ہے اپنی بلڈنگ بناتے ہیں اور خود ہی گرا دیتے ہیں۔ تو ایسے انسانوں کے بیچ میں رہ کر آدمی فرسٹریٹڈ نا ہو اور اپنے مشن سے دسپردار نا ہو، صرف اس لیے کہ جو ہے اطراف میں اس ٹائپ کے لوگ رہتے ہیں۔ تو اسلیے جو ہے حضرت موسیٰ کو جب بھیجا گیا تو پہلی ہی وہی میں بتایا گیا، جو آدمی کو ان باتوں پر یقین نہیں ہے، وہ تمہارے لیے رکاوٹ نہ بن پائے، اسکا خیال رکھنا۔ جو اپنی خواہشات کے اوپر چلتا ہے اور ہلاک ہونے والا ہے، تو ایسے ہلاک ہونے والوں سے جو ہے انفلوئنس نہ ہونا ۔ غالباً یہ بتانے کے لیے جو ہے یہاں اس بات کا ذکر کیا گیا کہ خود ایسے نہ بنو اور ایسے لوگوں کے بیچ میں جو ہے ان سے افیکٹڈ مت رہو، انکو اپنی اس پر رہنے دو اور تم اپنا کام کرتے رہو، کیونکہ ایسے لوگوں کا انجام تو جو ہے تباہی ہی ہے۔ اگر تم انسے انفلوئنس ہو جائیں گے تو تمہارا بھی انجام تباہی کا ہی ہوگا۔ تو ہمارا جو لکھنؤ کا بڑا ادارہ جو ہے، انکے جو موٹوز ہیں، مقاصد تعلیم کے جو آبجیکٹوز ہیں، اسمیں یے بتاتے ہیں وو لوگ ، قدیم صالح و جدید نافع، یانی ہمارا تالیمی پیٹرن یے ہے کہ جو ہے ماجی کے جو بہتریں علوم ہے، یوزفل یے انکو سکھانا اور ماڈرن دور کے جو ہے بینیفٹنگ اسپیکٹس کو لینا ، یے ہمارے تالیم کا موٹو کہتے ہیں۔ ہمارے سٹوڈنٹ کو ہم اس طرح بنانا چاہتے ہیں، روایتی علم کا ماہر بھی اور جدید یوزفل چیزوں کا بھی جو ہے ایکسپرٹ۔ لیکن جو ہے انکے پاس ابھی تک کوئی بھی ایسا آدمی نہیں ہے، 100 سال آدمی میں، 100 سال ان کی جو ہسٹری ہے، ایک بھی آدمی وہ ایسا پیدا نہیں کر سکے۔ ایک آدمی ایسا پیدا ہوا تو جو ہے ان ہوں نے اسکو ایکسیپٹ بھی نہیں کیا۔ سیّد احمد شہید وغیرہ اسی میں پڑے رہے، ہالانکہ جو ان کا میں موٹو تھا، اس کے لیے اللہ تالا نے ایک بہت ہی پاورفل پرسنالٹی دی تھی ان کو اپنے ارادے کو پورا کرنے کے لیے، لیکن اس موقے کو جو ہے ابھی تک ان ہوں نے استعمال نہیں کیا۔ یہ دونوں باتیں بہت اہم تھی کہ پہلی بات یہ کہ آدمی اس طرح کے مزاج سے اپنے آپ کو بچائے کہ اس کی خواہش اور اس کے ارادوں کے مطابق کوئی چیز ملے تو اس کے اندر کمپلین اور شکایت کرکے اس سے فائدہ نہ اٹھائے۔ اور دوسری چیز یہ کہ اس قسم کے مزاج کے لوگوں کے بیچ رہ کر اپنے آپ کو کیسے مینج کرنا ہے، وہ آرٹ وہ سیکھے، ورنہ وہ فرسٹریشن کا شکار ہو جائے گا۔ یہ دونوں باتیں بھی بہت اہم تھی۔ جزاکاللہ، اس طرح وقت قلیل یہ لگتا ہے کہ انسان اپنی دنیاوی مفادات کو مدِ نظر رکھتے ہوئے بڑی چیز کا اعتراف نہیں کر پاتا ہے کہ اگر میں اعتراف کروں تو پھر میرا مقام کم ہو جائے گا ، میری ہیسیت کم ہو جائے گی۔ تو ایسا لگتا ہے کہ یے اشتراء وقت خلیل ہے کہ بڑی چیز کے مقابلے میں آپ چھوٹی چیز کو اس کی یے اچھی تاؤجی ہو سکتی ہے۔ قرآن میں جو ہے نا اس کو میجر ریزن بتایا گیا، لوگوں کی اس طرح کی سوچ کا جو ہے میجر ریزن یے بتایا گیا کہ بڑے فائدے کے بجائے جو ہے چھوٹے فائدے کو کا پیچھا کرنا ، جیسے اس کے بعد کی آیتوں میں وہی ہے۔ قریش نے کہا کہ جو ہے پیغمبر ہم تجھے فالو کریں تو زمین میں ہم اچک لیے جائیں گے۔ اچک لیے جائیں گے کا مطلب یے ہے کہ ہمارے انٹریسٹ جو ہے خطرے میں پڑ جائیں گے۔ عرب میں انٹریسٹ جو ہے ہمارا پروبلم میں آ جائے گا، اس لیے ہم جو ہے تمہارا فالو نہیں کرتے۔ تو یے گالبن جو ہے قرآن کے حساب سے اچھی توجی ہے۔ انسان جو ہے اشتراء سمنے خلیل میں پڑتا ہے، چھوٹے فائدے میں جو ہے ٹریپ ہو جاتا ہے اور بڑے فائدے کو سمجھ نہیں پاتا۔ اپنے کیوں ہیومن بیہیویئر اس طرح ہے، تو اس کا ریزن یہی ہو سکتا ہے۔ امیڈیٹ انٹریسٹ کو جو ہے وو پریفر کرتا ہے اور بڑے انٹریسٹ کو اگنور کرتا ہے انسان آمتور پر۔</w:t>
      </w:r>
    </w:p>
    <w:p/>
    <w:p>
      <w:bookmarkStart w:id="149" w:name="cl95"/>
      <w:bookmarkEnd w:id="149"/>
      <w:r>
        <w:rPr>
          <w:i/>
          <w:color w:val="77786F"/>
          <w:sz w:val="20"/>
        </w:rPr>
        <w:t>10 Aug 2026 (Urdu)</w:t>
      </w:r>
    </w:p>
    <w:p>
      <w:pPr>
        <w:jc w:val="right"/>
        <w:bidi/>
      </w:pPr>
      <w:r>
        <w:rPr>
          <w:rFonts w:ascii="Noto Nastaliq Urdu" w:hAnsi="Noto Nastaliq Urdu" w:eastAsia="Noto Nastaliq Urdu" w:cs="Noto Nastaliq Urdu"/>
          <w:sz w:val="26"/>
          <w:rtl/>
          <w:lang w:bidi="ur"/>
        </w:rPr>
        <w:t>عبدالسلام صاحب، عام طور پر جو ہے لوگ جس معاملے میں جو ہے انکار کرتے ہیں وہ جو ہے اپلیکیشن کا معاملہ ہوتا ہے۔ عام طور پر یعنی آپ کوئی بات جو ہے نص کی لوگوں کو بتائیں تو نص سے عام طور پر کسی کو اختلاف نہیں ہوتا۔ جو خدائی جو یہ ہوتی ہے نص جو ہوتی ہے جیسے تورات ہے اور قرآن ہے حدیث ہے وغیرہ تو عام طور پر جو ہے لوگ نص سے اختلاف نہیں کرتے لیکن جب نص کا جو اپلیکیشن ہے کرنٹ اپلیکیشن انطباق جو ہے اس کی جب بات کرتے ہیں اور اس کی عزت ان پر پڑ رہی ہو تو جو ہے وہاں وہ مخالف ہو جاتے ہیں۔ تو کسی کو بھی آپ جو ہے کوئی تذکیر کے بعد کوئی نصیحت سنا دیں ان جنرل تو عام طور پر غصہ نہیں ہوتا لیکن اگر آپ جونہی انطباقی تذکیر کریں یا نص کا جو ہے اپلیکیشن کریں آپ تو وہاں سے لوگوں کے جو ہے ریجیکشن آتے ہیں عام طور پر جیسے مثال کے طور پر جو ہے جیسے مثال کے طور پر اگر آپ وا علم ان النصر مع الصبر یہ لوگوں کو بتائیں آپ کہ صبر کی اہمیت یہ ہے کہ صبر سے نصرت ملتی ہے تو کوئی اس اس کو یہ نہیں کرتا ہے ریجیکٹ نہیں کرتا ہے اس کو کوئی اس بات کو ریجیکٹ نہیں کرتا لیکن جب آپ جو ہے کسی اسپیسیفک کیس میں لوگوں کو جو ہے صبر کی بات بتائیں تو فوراً جو ہے وہ غصہ ہو جاتے ہیں لوگ جیسے مولانا کے لٹریچر میں صبر کو بہت زیادہ مولانا اس کی وکالت کرتے ہیں تو سارے ہی لوگ جو ہے یہ کہتے ہیں کہ یہ مولانا جو ہے بزدلی سکھاتے ہیں لوگوں کو ان ایکٹونس سکھاتے ہیں یہ فوراً الزام لگاتے ہیں جبکہ مولانا کا کہنا یہ ہوتا ہے کہ جو ہے صبر جو ہے ایک عبادت ہے مولانا جب ہمارے ادارے کو آئے تھے ساؤتھ میں تو ایک مجلس میں جو ہے ایک بڑے عالم دین نے کہا تھا آپ جو ہے ہر وقت صبر صبر کہتے ہیں ان کو یہ بات سمجھ میں نہیں آتی آپ کی صبر کی صبر آخر کب تک اس کے جواب میں مولانا نے کہا تھا کہ جو ہے صبر تو ایک عبادت ہے عبادت کب تک یہ تو کوئی سوال نہیں ہوتا صبر تو جو ہے انسان کو مرنے تک کرنا ہے تو تو مولانا کا کہنا یہ تھا کہ جو ہے صبر عبادت ہے اور صبر جو ہے دعوت کے لیے لازمی پارٹ ہے اگر صبر نہیں ہوگا تو دعوت بھی نہیں ہوگی یہ مولانا کا کہنا تھا اور یہ ساری بات جو تھی پوری بیس کرتی تھی قرآن اور حدیث پر اور جو صاحب یہ کہہ رہے تھے کہ جو ہے صبر کا پیمانہ لبریز ہو جاتا ہے انہوں نے کہا کہ صبر کب تک صبر کا پیمانہ لبریز بھی تو ہوتا ہے انہوں نے کہا تو مولانا نے کہا کہ دیکھیے صبر کا پیمانہ لبریز ہونا ایک شاعرانہ جملہ ہے یہ کوئی قرآن و حدیث کی بات تھوڑی ہے یہ کوئی قرآن و حدیث کی بات نہیں ہے صبر کا پیمانہ لبریز ہونا میں جو کہہ رہا ہوں وہ قرآن اور حدیث پر بیس کرتا ہے تو اس کا مطلب یہ تھا کہ جو ہے ایک طرف ٹیکسٹ تھا اور ایک طرف ایک شاعرانہ کلام تھا صبر کا پیمانہ لبریز لیکن وہ وہی کہتے رہے ہمیں سمجھ میں نہیں آئی تو جب بھی ہم جو ہے لوگوں کو قرآن حدیث وغیرہ سنائیں گے تو اس سے کوئی اختلاف نہیں کرتا جونہی آپ اس کا اپلائیڈ ورژن بتائیں گے تو فوراً آدمی جو ہے بپھر جاتا ہے تو اس پیراگراف میں جو ہے یہ آرگیومنٹ کیا گیا ہے کہ جو ہے جب ایسا ہو اپلائیڈ ورژن سن کر لوگ جو ہے بپھر جائیں تو ان سے کہا جائے گا کہ جو ہے اس سے بہتر اپلائیڈ ورژن لاؤ قرآن حدیث یا وحی پر بیس کرتا ہوا کوئی اور اپلائیڈ ورژن بتاؤ پھر تو اس صورت میں اس کو مانا جائے گا لیکن یہ دیکھنے میں آتا ہے کہ جو ہے لوگوں کے پاس کوئی بہتر اپلائیڈ ورژن ہوتا نہیں اصل میں صرف ٹیکسٹ ٹیکسٹ کرتے ہیں لیکن ٹیکسٹ کو سمجھتے نہیں ٹیکسٹ کا جب انطباقی ورژن آتا ہے تو جو ہے سارے بپھر جاتے ہیں عام طور پر تو اس کا مطلب یہ ہوا کہ جو ہے ان لوگوں کو مقبولیت ملتی ہے جو اپلائیڈ ورژن کی بات نہ کریں صرف جو ہے قرآن کی تعریف کرے حدیث کی تعریف کرے ٹیکسٹ پڑھ کر سنائے تو ان کو عام طور پر ریزسٹنس کا سامنا نہیں ہوتا ریزسٹنس کا سامنا تو مجتہد انسان کو ہوتا ہے کریٹیو انسان جو قرآن و حدیث کو کریٹیوٹی سے پڑھ رہا ہے اور اس کا کریٹیو اپلیکیشن ڈھونڈ رہا ہے لوگ عام طور پر اس کے اگینسٹ ہوتے ہیں اگر آپ یہ نہ کریں کریٹیو ورژن والی بات اجتہادی ریڈنگ نہ کریں قرآن کی صرف آپ جو ہے محبت رسول پر تقریر کریں قیامت کے آنے پر تقریر کریں تو عام طور پر لوگ ایسے لوگوں کو بہت زیادہ اپریشیٹ کرتے ہیں لیکن جونہی آپ کسی روش پر انطباق کریں قرآن اور حدیث کا کسی انسان کی فرد یا کسی کمیونٹی کی تو اس میں اکثر لوگ جو ہے اہواء پرستی کی وجہ سے اپنے مائنڈ کو فالو کرنے کا جو یہ ہوتا ہے ٹرینڈ لوگوں میں اس کی وجہ سے آپ کے اگینسٹ ہو جائیں گے گویا کہ پیراگراف میں یہ کہہ رہا ہے کہ جب بھی اجتہاد کرو گے تو ریزسٹنس آئے گا اور جب اجتہاد چھوڑو گے تو مقبولیت ملے گی پاپولیرٹی ملے گی لیکن اس پاپولیرٹی کا کوئی فائدہ نہیں جس کے اندر پروڈکٹیوٹی نہ ہو کریٹیوٹی نہ ہو انطباق نو نہ ہو تو ایسے پڑھنے ایسے لکھنے اور ایسی ایکٹیوٹی کا جو ہے وہ تو ان پروڈکٹیو ایکٹیوٹی ہے وہ ساری تو ان پروڈکٹیو بننا لوگوں کو بہت پسند ہوتا ہے اور پروڈکٹیو بننا جو ہے عام طور پر لوگوں کو پسند نہیں ہوتا یہ بات یہود کو پسند تھی موجودہ مسلمانوں کو یعنی حضرت موسی صرف جو ہے فضیلت ابراہیم کی بات کرتے ہیں بنی اسرائیل میں تو ان کو کوئی ریزسٹنس کا سامنا نہیں ہوتا حضرت موسی نے یہ کیا کہ جو ہے ابراہیم علیہ السلام کی تعلیمات کا انطباقی یہ کیا انطباقی دعوت دی اس کی فرعون اور بنی اسرائیل کے سامنے تو اسی وقت ریزسٹنس سامنے آیا اگر وہ صرف فضیلت ابراہیم فضیلت صحف ابراہیم کی باتیں کرتے تو لوگ ان کو نہ ستاتے جتنا انہوں نے ستایا بنی اسرائیل نے بھی اور فرعون نے بھی تو اس کا مطلب یہ ہوا کہ لوگوں کے ایذاء یا ریجیکشن کو دیکھ کر جو ہے پلان نہیں بنایا جاتا پلان صرف جو ہے فیکٹ کو دیکھ کر بنایا جاتا ہے اگر وہ چیز فیکٹ پر بیس کرتی ہے تو وہ صحیح ہے اگر وہ فیکٹ پر نہیں ہے تو کرکشن کی جائے تو ہماری امت میں جو ٹرینڈ ہے تجوید کا اور ختم بخاری کا ختم قرآن کا اس کا ریزن وہی ہے لوگ اجتہاد اس لیے نہیں کرتے تدبر اس لیے نہیں کرتے کہ تدبر کے نتیجے میں جو ہے فرد اور قوم کی غلطیاں سامنے آتی ہیں اور چھوڑنا پڑتا ہے اس کو تو آسان یہ ہے کہ جو ہے تدبر نہ کرو تلاوت کی دھوم مچاؤ اور ختم قرآن ختم بخاری تراویح کی دھوم جو ہے سب کو اچھی لگتی ہے کسی کو بھی جو ہے تدبر تفکر پسند نہیں آتا زوال یافتہ قوموں کی دکھتی رکھ کے قرآن گویا انگلی رکھ دیا اس طرح کی بات ہے یہ کہ پروڈکٹیو اصل میں بننا نہیں چاہتے اس لیے کہ پروڈکٹیو بننے میں ان کی ذات اور ان کی قوم ا پر تنقید لازم آتی ہے اور ان کی کمزوری واضح ہوتی ہے اور یہ نہیں چاہتے تو آج کا امت کے جو ایکٹیوٹیز جتنے بھی ایکٹیوٹیز ون ٹو ال ہوتے ہیں یہ پروڈکٹیو بنانے کے نہیں ہوتے ہیں بلکہ اس سے ہٹ کر ہی ہوتے ہیں اسی وجہ سے ان کے اندر تبدیلی دیکھنے کو نہیں ملتی تو اس میں ایک طرف رسالہ مشن اور دوسری طرف اس کے مقابلے میں پوری امت اور امت کے ایکٹیوٹیز یعنی دو طرف ہو جاتے ہیں معاملہ ایک طرف رسالہ مشن اور دوسری طرف ساری اقوام اقوام عالم اور ان کے ایکٹیوٹیز تو مشن سے کسی کو چڑ ہونے کے پیچھے ریزن یہ بھی ہے کہ مشن پروڈکٹیو اپنے آپ کو بنانے کی بات کرتا ہے اور اس کے لیے سچائی کی وکالت لازم ہو جاتی ہے اور سچائی کی وکالت لوگوں کو برداشت نہیں ہوتی ہضم نہیں ہوتی اسی وجہ سے تو لوگ جو ہے نا بزدلی کا الزام لگاتے ہیں کہ بزدلی سکھاتے ہیں صبر صبر بول کے یا نہیں تو ہمارے اکابرین پر اکابرین کی عظمت میں کمی آ جاتی ہے اس طرح کی باتیں جو کرتے ہیں اصل میں اپنے آپ کو پروڈکٹو بنانا نہیں چاہتے ہاں ایسے ہی لگ رہا ہے لوگ یہ چاہتے ہیں کہ قوم کی وکالت ہو قوم کے ایکٹیوٹیز کی وکالت ہو سچائی کی وکالت نہ ہو تو اس کو دوسرے الفاظ میں ایسا کہہ سکتے ہیں کہ ان پروڈکٹیوٹی کی وکالت ہو پروڈکٹیوٹی کی وکالت نہ ہو یعنی جو ہے اگر کوئی جلسہ کیا جائے اس کا موضوع اگر یہ رکھ کے جو ہے فضیلت قرآن قرآن کی سوپر میسی یا پیغمبر کی سوپر میسی تو لوگ خود امڈ امڈ کرائیں گے اور خود جو ہے اپریشیٹ کریں گے کیونکہ اس سے ان کو جو ہے اس کی غذا ملتی ہے فخر کی غذا کہ ہمارا دین جو ہے زمین سے لے کر اسمان تک سپرمیسی رکھتا ہے لیکن اسی قرآن اور حدیث سے کوئی اپلائیڈ ایڈوائس دیں آپ مثال کے طور پر یہ کہیں کہ یہ کتاب جس کو آپ زمین سے لے کر اسمان تک سمجھتے ہیں کتاب سے سوال ہے وہ آپ کو آپ کی ایگو کو جو ہے کچلنے کے لیے کہتی ہے تو اس صورت میں جو ہے وہ فوراً غصہ ہو جائیں گے اس کو اپریشیٹ نہیں کریں گے جہاں اپلائیڈ ایڈوائس کی بات آئے گی صرف آپ اس کی فضیلت کی بات کریں اس کے ان پروڈکٹیو تالے کی بات کریں تو خود تالیاں بجیں گے اور آپ کو لوگ بولیں گے علامہ ہیں بہت بہت جانکار آدمی ہے تو اسی لیے جو ہے مولانا کے مذہب اور جدید چیلنج پورا عرب عجم جو ہے اس پر یہ کرتا ہے اپریشیٹ کرتا ہے کہ تاریخ کی کتاب اسلامی لائبریری کو اگر چھانا جائے اس میں سے چند بہترین کتابوں کو اگر الگ کیا جائے تو اس میں سے ایک سب لوگ کہتے ہیں کہ الاسلام اتحاد ہوں گے قرآن مذہب جدید چلیں وہ لیکن تذکیر جو ہے تذکیر القرآن اس سے بھی زیادہ گریٹ ہے مذہب جدید چاہے صرف اس کی کوئی تعریف نہیں کرتا کیونکہ اس میں جو اپلائیڈ قرآن و حدیث ملتے ہیں لوگوں کو یا تجدید دین کے جس دس پوائنٹ جو ہیں اس کے مقدمے کے کوئی اس کو اپریشیٹ نہیں کیا جدید چیلنج کو جو ہے خود اپریشیٹ کرتے ہیں کیونکہ اس میں ان کو لگتا ہے کہ جو ہے ہماری پرائیڈ جو ہے فیڈ ہو رہی ہے اس میں جہاں پرائیڈ فیڈ ہوگی وہاں لوگ اپریشیٹ کریں گے جہاں جو ہے ان سے آپ اپلائیڈ بات کریں گے تو فوراً غصہ ہوں گے یہ تو بس سکھا رہے ہیں قرآن اینڈ ابائڈنگ ونڈر یہ تو سب پسند آئے گا لیکن مطالعہ قرآن جو ہے پسند نہیں آئے گا یا قیادت نامہ کتاب پسند نہیں آئے گی ہند پاک ڈائری پسند نہیں آئے گی کیونکہ اس میں انطباقی تذکیر ہے اس میں .</w:t>
      </w:r>
    </w:p>
    <w:p/>
    <w:p>
      <w:bookmarkStart w:id="150" w:name="cl96"/>
      <w:bookmarkEnd w:id="150"/>
      <w:r>
        <w:rPr>
          <w:i/>
          <w:color w:val="77786F"/>
          <w:sz w:val="20"/>
        </w:rPr>
        <w:t>11 Aug 2026 (Urdu)</w:t>
      </w:r>
    </w:p>
    <w:p>
      <w:pPr>
        <w:jc w:val="right"/>
        <w:bidi/>
      </w:pPr>
      <w:r>
        <w:rPr>
          <w:rFonts w:ascii="Noto Nastaliq Urdu" w:hAnsi="Noto Nastaliq Urdu" w:eastAsia="Noto Nastaliq Urdu" w:cs="Noto Nastaliq Urdu"/>
          <w:sz w:val="26"/>
          <w:rtl/>
          <w:lang w:bidi="ur"/>
        </w:rPr>
        <w:t>السلام علیکم، فیاض صاحب۔ واقعی یہ انسائٹ پوائنٹ جو آپ نے ایک ترتیب کے ساتھ سنایا، سورہ کے شروع میں قرآن سے متعلق کہا گیا، کتابِ مبین کی آیات ہیں یہ، اور پھر یہ کہا جاتا ہے کہ موسیٰ اور فرعون کا یہ واقعہ صحیح صحیح اہلِ ایمان کے لیے سنایا جا رہا ہے۔ پھر آیت نمبر 43 میں کہا جا رہا ہے کہ موسیٰ پر جو کتاب اتری، وہ بصائر للناس ہے، لوگوں کے لیے واقعی انسائٹ فل ہے، وہ کتاب۔ اور لَعَلَّهُمْ يَتَذَكَّرُونَ وہاں بھی آتا ہے، اور پھر ورس نمبر 46 میں پیغمبر کا اللہ کی وحی کے ذریعے ایکوریٹ اکاؤنٹ دینا اس واقعے کا۔ تو اس کو بھی کہا لَعَلَّهُمْ يَتَذَكَّرُونَ اور آپ نے جو انٹرپریٹیشن دی، وَسَّلْنَا لَهُمُ الْقَوْلَ، لَعَلَّهُمْ يَتَذَكَّرُونَ یہ واقعی ایک کریئیٹیو انٹرپریٹیشن ہے، اور جب ہسٹری اور جدید دور کے جو سائنسی انکشافات ہیں، ان کی روشنی میں دیکھا جائے تو یہ بہت ہی صحیح لگتی ہے، ایک ایسی انٹرپریٹیشن جس کے بعد واقعی ایک تھرلنگ احساس ہوتا ہے کہ کس طرح اللہ کا وعدہ سچا، اللہ نے وعدہ سچا کی ابراہیم کے ساتھ کیا تھا۔ یہ دونوں جو تجربے ہوئے، موسیٰ علیہ السلام کو کتاب دینا یکبار، اور پیغمبر کو ایک لمبے عرصے تک کتاب دینا، اور پھر اس کا اصل چیز کے ساتھ میچ ہونا، یہ واقعی انسائٹ فل ہے۔ جزاک اللہ۔</w:t>
      </w:r>
    </w:p>
    <w:p>
      <w:pPr>
        <w:jc w:val="right"/>
        <w:bidi/>
      </w:pPr>
      <w:r>
        <w:rPr>
          <w:rFonts w:ascii="Noto Nastaliq Urdu" w:hAnsi="Noto Nastaliq Urdu" w:eastAsia="Noto Nastaliq Urdu" w:cs="Noto Nastaliq Urdu"/>
          <w:sz w:val="26"/>
          <w:rtl/>
          <w:lang w:bidi="ur"/>
        </w:rPr>
        <w:t>وصلِ القول کیا ہے؟ وصلِ القول کا غالباً مطلب یہ نکلا کہ کنٹینیوٹی کے ساتھ جو ہے، وارننگ کا پورا ہونا ہر بات میں۔ یعنی رسول اللہ پر ، رسول اللہ تک جو ہے، نبوت چلی، اور جیسے بتایا گیا تھا حضرت ابراہیم سے، اس طرح سے جو ہے، برابر ایک کے بعد ایک واقعات ہوتے رہے، اور پیغمبر بھی آتے رہے وصل کے ساتھ، یعنی کنٹینیوٹی کے ساتھ۔ پھر اس کے بعد رسول اللہ کے بعد جو باتیں کہی گئیں، وہ بالکل جو ہے، ایک کے بعد ایک کنٹینیوٹی کے ساتھ پوری ہو رہی ہیں، رسول اللہ کے بعد بھی۔ یعنی جیسے کہا گیا، ویسے ہی بالکل سارے واقعات جو ہے، رونما ہو رہے ہیں پوری دنیا میں، جیسے وہ حقوق نبی نے کہا تھا بائبل میں کہ اس نے نگاہ کی، زمین تھرا گئی ، اصلی پہاڑ ریزہ ریزہ ہو گئے، اس کی راہیں ابدی ہیں۔ تو بالکل وہ حقوق کی پیشن گوئی کے مطابق جو ہے، رسول اللہ کے بعد جو ہے، بالکل حالات ویسے ہی ہو گئے جیسے حقوق میں ہے۔ اور پھر رسول اللہ نے جو جو کہا تھا، یا قرآن میں جو جو کہا گیا تھا، رسول کے بعد، یعنی محمد رسول اللہ کے بعد، ہم انہیں آفاق و انفس میں نشانیاں دکھائیں۔ نبوت تو ختم کر دی گئی، لیکن آفاق و انفس کا جو ڈیٹا جو ہے، کنٹینیوٹی کے ساتھ جو ہے، وہ سپورٹ کر رہا ہے قرآن اور پیغمبروں کی باتوں کو۔ تو گویا کہ وصل جاری ہے ابھی بھی، رسول اللہ تک جو ہے، نبوت کی شکل میں وصل تھا، اور رسول اللہ کے بعد جو ہے، واقعات، تاریخ، سائنس، پیشن گوئیاں سب کنٹینیوٹی کے ساتھ جو ہے، میچ ہو رہی ہیں۔ تو اللہ تعالیٰ کہہ رہا ہے کہ یہ میچنگ جو ہے، تذکر کے لیے، نصیحت پکڑنے کے لیے جو ہے، ہیلپ فل ہے۔ مور دین انف ایویڈنسز ہیں یہ سب۔ تو وصل جاری ہے، اور وہ وصل جو ہے، بہت ہی حیرت ناک ہے، اس کے میچ ہونا قرآن اور حدیث کی باتوں کے ساتھ، بہت ہی تھرلنگ ایکسپیرینس ہے ایک انسان کے لیے۔</w:t>
      </w:r>
    </w:p>
    <w:p>
      <w:pPr>
        <w:jc w:val="right"/>
        <w:bidi/>
      </w:pPr>
      <w:r>
        <w:rPr>
          <w:rFonts w:ascii="Noto Nastaliq Urdu" w:hAnsi="Noto Nastaliq Urdu" w:eastAsia="Noto Nastaliq Urdu" w:cs="Noto Nastaliq Urdu"/>
          <w:sz w:val="26"/>
          <w:rtl/>
          <w:lang w:bidi="ur"/>
        </w:rPr>
        <w:t>صحیح بات ہے، وصلِ قول سے قاریِ قرآن کے اندر ایک اطمینانِ قلب پیدا ہوتا ہے، اور اس کا کنوکشن بڑھتا ہے کہ کس طریقے سے اللہ نے انبیاء سے وعدے کیے، حضرت ابراہیم سے لے کر نہ صرف پیغمبر آخر الزماں تک، بلکہ اس کے بعد بھی کنٹینیوشن کے ساتھ جو جو وعدے اللہ نے کیے، یا جو جو حالات سے قرآنی آیات کی مطابقت ، یہ جو وصلِ قول ہے، واقعی اس سے اطمینانِ قلب میں اضافہ ہوتا ہے قاریِ قرآن کے لیے، اور کنوکشن اور یقین اس کا بہت بڑھ جاتا ہے۔</w:t>
      </w:r>
    </w:p>
    <w:p>
      <w:pPr>
        <w:jc w:val="right"/>
        <w:bidi/>
      </w:pPr>
      <w:r>
        <w:rPr>
          <w:rFonts w:ascii="Noto Nastaliq Urdu" w:hAnsi="Noto Nastaliq Urdu" w:eastAsia="Noto Nastaliq Urdu" w:cs="Noto Nastaliq Urdu"/>
          <w:sz w:val="26"/>
          <w:rtl/>
          <w:lang w:bidi="ur"/>
        </w:rPr>
        <w:t>یہ ایکسیپٹ ہے، صحیح کہا آپ نے۔ یعنی دنیا کے کلیکٹیو جو حالات ہیں، وہ اور خود فرد قرآن کو جب پڑھتا ہے تو اس میں بہت سارے وعدے ہیں اور وعیدیں ہیں، تو وہ بھی ہم پوری ہوتی ہوئی دیکھتے ہیں اپنی پرسنل زندگیوں میں۔ تو یہ سب وصلِ قول کی ہی جو ہے، ایویڈنس ہے، ہمارا پرسنل ایکسپیرینس اور کلیکٹیو ایکسپیرینس دونوں مل کر جو ہے، اس بات کو اسٹیبلش کر رہے ہیں کہ جو ہے، خدا کی بات اور ان کے پیغمبروں کی باتیں جو ہے، واقعی جو ہے، وہ حق ہے اور واقع ہو کر رہتی ہیں۔ پرسنل ایکسپیرینس بھی ہے ہمارا اور کلیکٹیو ایکسپیرینس بھی ہے۔ یعنی ذاتی ایکسپیرینس اور اجتماعی تجربہ، ذاتی تجربہ اور اجتماعی تجربہ، دونوں جو ہے، وصلِ قول کے طور پر ہمارے سامنے موجود ہیں۔</w:t>
      </w:r>
    </w:p>
    <w:p>
      <w:pPr>
        <w:jc w:val="right"/>
        <w:bidi/>
      </w:pPr>
      <w:r>
        <w:rPr>
          <w:rFonts w:ascii="Noto Nastaliq Urdu" w:hAnsi="Noto Nastaliq Urdu" w:eastAsia="Noto Nastaliq Urdu" w:cs="Noto Nastaliq Urdu"/>
          <w:sz w:val="26"/>
          <w:rtl/>
          <w:lang w:bidi="ur"/>
        </w:rPr>
        <w:t>یعنی وصلِ قول نہ صرف اجتماعی بلکہ انفرادی، یعنی پرسنلائز ہو گیا معاملہ۔ تو جب معاملہ پرسنلائز ہو جاتا ہے تو پھر کنوکشن کا انفارم اور اس کا ریشو بہت بڑھ جاتا ہے۔</w:t>
      </w:r>
    </w:p>
    <w:p>
      <w:pPr>
        <w:jc w:val="right"/>
        <w:bidi/>
      </w:pPr>
      <w:r>
        <w:rPr>
          <w:rFonts w:ascii="Noto Nastaliq Urdu" w:hAnsi="Noto Nastaliq Urdu" w:eastAsia="Noto Nastaliq Urdu" w:cs="Noto Nastaliq Urdu"/>
          <w:sz w:val="26"/>
          <w:rtl/>
          <w:lang w:bidi="ur"/>
        </w:rPr>
        <w:t>جیسے سمجھیں، مولانا جو ہے، اپنے مشن کے لیے نکلے، تو مشن کے لیے جب نکلے مولانا انفرادی طور پر، تو مولانا کی اپنے ڈیفیکلٹیز تھیں سامنے، اور ساتھ ہی ساتھ جو ہے، قرآن کے وعدے تھے۔ تو ڈیفیکلٹیز کو وعدوں نے جو ہے، یہ کر دیا، ختم کر دیا، اور آگے کا راستہ فراہم کیا۔ تو گویا کہ مولانا کو جو ہے، وصلِ قول ملا، پرسنل یا اپنے ذاتی تجربے سے، اس سے مولانا کا کنوکشن بڑھا کہ جو ہے، واقعی خدا کے دین کے لیے نکلنا جو ہے، یہ اپنے آپ کو کامیاب کرنے کا راستہ ہے۔ پھر اسی طرح جو لوگ بھی مولانا کو ساتھ دیتے ہیں، وہ بھی پرسنل ایکسپیرینس کرتے ہیں اپنی زندگی میں۔ تو مولانا نے بھی وصلِ قول کا ایکسپیرینس کیا، ہم نے بھی کیا، اور پوری تاریخ نے بھی کیا۔ تو اس سے زیادہ تھرلنگ بات کیا ہو سکتی ہے کہ آدمی انفرادی اور اجتماعی دونوں تجربوں سے جو ہے، خدا کی باتوں کو یہ کر لے، سرٹیفائی کر لے اپنے ذاتی حصے سے۔ تو یہ بہت ہی تھرلنگ آیت لگ رہی ہے، وصلِ قول والی۔ رسول، اصحابِ رسول، اور تابعین، اور ہم لوگ، بات سب نے جو ہے، قرآن کا اور قرآن کی باتوں کا پرسنل ایکسپیرینس کیا ہے۔ تو یہی جو ہے، تذکر کے لیے کافی چیز ہے، ایمان اور یقین کے کنوکشن کو حاصل کرنے کے لیے کا فی بڑی چیزیں ہیں یہ سب ۔</w:t>
      </w:r>
    </w:p>
    <w:p/>
    <w:p>
      <w:pPr>
        <w:pStyle w:val="Heading1"/>
      </w:pPr>
      <w:bookmarkStart w:id="151" w:name="vg53"/>
      <w:bookmarkEnd w:id="151"/>
      <w:r>
        <w:t>The Story (Al-Qasas) - 28:52-56</w:t>
      </w:r>
    </w:p>
    <w:p>
      <w:bookmarkStart w:id="152" w:name="cl97"/>
      <w:bookmarkEnd w:id="152"/>
      <w:r>
        <w:rPr>
          <w:i/>
          <w:color w:val="77786F"/>
          <w:sz w:val="20"/>
        </w:rPr>
        <w:t>12 Aug 2026 (Urdu)</w:t>
      </w:r>
    </w:p>
    <w:p>
      <w:pPr>
        <w:jc w:val="right"/>
        <w:bidi/>
      </w:pPr>
      <w:r>
        <w:rPr>
          <w:rFonts w:ascii="Noto Nastaliq Urdu" w:hAnsi="Noto Nastaliq Urdu" w:eastAsia="Noto Nastaliq Urdu" w:cs="Noto Nastaliq Urdu"/>
          <w:sz w:val="26"/>
          <w:rtl/>
          <w:lang w:bidi="ur"/>
        </w:rPr>
        <w:t>جی سلام صاحب کل جیسے ہماری گفتگو ہو رہی تھی وصل القول کیا ہے إنذار کی کنٹینیوٹی خود جاننا کہ خدائی إنذار جو ہے ڈیوائن وارننگ جو ہے کنٹینیوٹی کے ساتھ جو ہے تاریخ میں جاری ہے وہ کبھی ختم نہیں ہوئی یعنی ابراہیم سے پہلے بھی اور جو ہے ابراہیم کے بعد جو ہے حضرت محمد تک اور محمد رسول اللہ کے بعد جو ہے آفاق اور انفس کے جو واقعات ہیں جو اس کو سپورٹ کر رہے ہیں وہ بھی جو ہے وصل القول کی ایک قسم ہے یہاں یہ بتایا گیا ہے کہ جو ہے اہل کتاب میں سے جو وصل القول کو دریافت کریں گے ڈسکوری کریں گے اس کی تو گویا کہ وہ جو ہے ان بائس لوگ ہیں انہوں نے جو ہے نا گروپ گروپ ازم سے نکل کر جو ہے سچائی کو دریافت کیا گویا کہ یعنی اسرائیلی گروپ ازم سے نکل کر انہوں نے جو ہے سچائی کو دیکھنے کی کوشش کی جس کی پریڈکشن جو ہے ان کی اپنی خود کتابوں میں موجود ہے جو کہ آج بھی جو ہے انسان جان سکتا ہے تو اہل کتاب میں سے جنہوں نے وصل القول کو دریافت کیا محمد رسول اللہ کی شکل میں تو اللہ تعالی کہہ رہا ہے کہ جو ہے ان کو ڈبل ریوارڈ ملے گا تو ریوارڈ کا ریزن یہ بتایا گیا کہ وصل القول کی خصوصیت ان کی یعنی گروپ سے باہر ہو کر سچائی کو جو ہے نیکڈ شکل میں دیکھنا نہ کہ اپنے گروپ کے چشمے سے دیکھنا سچائی کو تو اس کو جو ہے بہت بڑی صفت بتایا گیا وصل القول کو اور اس کا اجر بھی جو ہے ڈبل بتایا گیا اس طرح کی صفت کا دوسری بات جو ہے اس پیراگراف میں یہ بتائی گئی کہ جو ہے جو انٹرنل جو ہرڈل ہے ایک تو خود آدمی کا اپنا مائنڈ ہے اس کی اپنی ایگو ہے جو یہ بنتی ہے مانع بنتی ہے سچائی کو نیکڈ سچائی کو ماننے میں اور دوسری ہرڈل یہ بتائی گئی کہ جو ہے خود اس کی اپنی کمیونٹی یعنی ایک تو انسان کو اپنی ایگو سے فائٹ کرنا ہے دوسرا جو ہے خود اپنی کمیونٹی سے فائٹ کرنا پڑتا ہے اس کو تو گویا کہ جو ہے اپنے اندر کے ہرڈل کو یہ کرنا ریموو کرنا اور اپنی کمیونٹی کے ہرڈل کو ریموو کرنا اتنا بڑا کام ہے خدا کے پاس جو ہے کہ ایسے کام پر جو ہے ڈبل ریوارڈ کا وعدہ کیا گیا ہے اپنے آپ سے اپنے آپ کو بچانا مولانا کہتے تھے کہ جو ہے کوئی بھی چیز آپ کو بچا نہیں سکتی جب تک کہ آپ اپنے آپ کو اپنے آپ سے نہ بچائیں مولانا یہ کئی جگہ یہ بات لکھا ہے کوئی قانون کوئی پروویژن کوئی ارینجمنٹ آپ کو جو ہے بچا نہیں سکتا جب تک کہ خود آپ اپنے کو اپنے آپ سے نہ بچائیں تو گویا کہ یہاں اپنے کو اپنے آپ سے بچانا میں جو ہے اپنی ایگو سے بچانا اور اپنی کمیونٹی کے اس سے بچانا وسوسوں سے تو اس پر جو ہے دو اجر کا وعدہ کیا گیا ہے تو یہ بہت ہی تھرلنگ فارمولا ہے کہ کوئی ایکسٹرنل چیز آپ کو بچا نہیں سکتی جب تک کہ آپ اپنے آپ سے اپنے آپ کو بچائیں اپنے ایگو سے بھی بچائیں اور اپنی کمیونٹی سے بھی اپنے آپ کو بچائے رکھیں تب جو ہے آدمی سچائی کو ڈسکور کر پاتا ہے اور دوسری بات یہ بتائی گئی کہ جو ہے صرف بیلیونگ ایمان لانا یہ کافی نہیں ہے بلکہ اس کے ساتھ جو ہے اپنے اندر وائس کیریکٹر پیدا کرنا ہوگا اپنے ایمان کے بچاؤ کے لیے یعنی آدمی جو ہے جب تک اعراض کا آرٹ نہ سیکھے آرٹ آف اوائیڈنس نہ سیکھے اس کی جو جرنی جو ہے ایمان کی وہ اپنی منزل تک نہیں پہنچے گی اگر وہ ہر جگہ بھڑتا رہے اور لوگوں سے کانفلکٹ کرتا رہے تو اس طرح کسی کی جرنی جو ہے سکسیس فل جاری نہیں رہتی سکسیس فل سفر کا جو ہے راز یہ ہے کہ آدمی جو ہے اگنورینٹ لوگوں سے اوائیڈنس کرے ان سے بچ کر نکلے ان کے طعنوں سے بھی اور ان کے فزیکل ہارم سے بھی جو اپنے آپ کو اس طرح بچانے والا کریکٹر بنایا وہ جو ہے اپنے ایمان کو سکسیس فل جو ہے اگے لے جا سکے جو کسی بھی کانفلکٹ میں پڑ گیا اور پنے آپ کو فزیکل ہارم سے نہیں بچا سکا اپنی کمیونٹی کے تو گویا کہ وہ اپنے سفر کو جو ہے نامکمل کر لے گا اپنی نادانیوں سے تو جہاں ایک طرف جو ہے وصل القول کی دریافت ہے دوسری طرف جو ہے وائس تھنکنگ اور وائس پلاننگ کی بھی انسان کو ضرورت ہے ورنہ جو ہے اس کا سفر جاری نہیں رہ سکے گا وہ ہر ہر ڈل کے پیچھے پڑا رہے گا اور اس میں پھنس کے رہ جائے گا تو اس کے لیے قران یہ کہتا ہے کہ آدمی کو ارٹ اف ایویڈنس ارٹ اف اوائیڈنس سیکھنا چاہیے اعراض کی پالیسی سیکھنا چاہیے نہ کہ ہر ہر بات کا جواب دینا اور ہر ہر معنی کو جو ہے ریموو کرنے کی کوشش کرنا گویا کہ جو جس طرح اہل کتاب کو جو ہے وصل القول کی دریافت کرنا ہے تو اسی طور پر جو ہے بعد کے مسلمانوں کو بھی جو ہے یہی معاملہ پیش آئے گا یعنی ہر آدمی جو ہے ایک خاص ماحول اور خاص ریلیشن میں بڑا ہوتا ہے بڑھتا ہے جب اس کو اپنے حلقے کے باہر اپنے سرکل کے باہر جو ہے کوئی سچائی ملتی ہے تو جو ہے موجودہ مسلمان بھی جو ہے اس کو سمجھ نہیں پاتے کیونکہ ان کے اپنے بھی کچھ حلقے ہیں جیسے اہل کتاب کے حلقے تھے کوئی کسی آرگنائزیشن سے جڑا ہوا ہے کوئی کسی اسکول آف تھاٹ سے جڑا ہوا ہے تو تو ہر آدمی جو ہے اپنے اسکول آف تھاٹ میں پھنسا ہوا ہے وہ باہر کی سچائیوں کو جو ہے سمجھ نہیں پاتا اپنے اسکول سے باہر کی تو آج بھی جو اس طرح کا یہ دیں گے ری ایکشن اپنے سرکل اور اپنے اسکول آف تھاٹ سے باہر کی سچائی کو پہچاننا ان کے لیے بھی جو ہے توسیع طور پر یہی ریوارڈ ہوگا جو اس آیت کے اندر بتایا گیا ہے اپنے سرکل اور اپنے حلقے سے باہر کی سچائیوں کو جاننا اور اس کا ساتھ دینا تو جہاں بنی اسرائیل پھنس گئے تھے وہیں آج کا موجودہ مسلمان بھی جو ہے پھنسا ہوا ہے تو وہ اپنے سرکل سے باہر کی سچائیوں کو جو ہے وہ دیکھ نہیں پاتا تو جس کے اندر یہ صفت ہے کہ وہ وصل القول کو ماڈرن وصل القول کو پہچانے جدید وصل القول کو پہچانے اور پھر اپنے سرکل سے باہر آکر جو ہے سچائی کا ساتھ دے اس کے لیے بھی جو ہے اسی اجر کی امید کی جا سکتی ہے اور اس کو بھی جو ہے یہی وائس ری ایکشن اپنانا چاہیے وہ ہر ہر بات کا جواب نہ دے وہ ہر ہر اعتراض کو ریموو کرنے کے پیچھے نہ رہے ورنہ لوگ جو ہے اس کو ان نیسیسری کانفلکٹ میں ٹریپ کر لیں گے تو یہ بہت ہی اس معنی میں جو ہے توسیعی طور پر ایکسٹینڈڈ طور پر جو ہے یہ پیراگراف بہت ہی میننگ فل لگتا ہے کہ آج کے وصل القول کو دریافت کرو اور اپنے اندر جو ہے وائس سوچ ڈویلپ کرو تاکہ آج کے ایگو ازم سے اور آج کے گروپ ازم سے باہر نکل سکو اور جو مطلوب رول جو ہے دور جدید کی نسبت سے اس کو پلے کرنے کا تم کو موقع ملے گا اس طرح کا اگر مائنڈ سیٹ ہو تو اگر اپنے اسکول آف تھاٹ میں انسان پھنسا رہے تو پھر وہ کوئی بڑا کام نہیں کر پائے گا دور جدید کی نسبت سے نہ اس کو کوئی بڑا ریوارڈ ملے گا کیونکہ اپنے اپنے اسکول کے جو یہ ہیں رول ہیں وہ ایک دم ٹریڈیشنل ہے اور خدا کو اس دور میں جو ہے ماڈرن رول کی ضرورت ہے خدا کے دین کو جو ہے ایسے رول کی ضرورت ہو ضرورت ہے جو ماڈرن ہے عصری تقاضے کے مطابق ہے نئے اجتہاد کے مطابق ہے تو پوری ہی ہماری امت جو ہے ٹریڈیشنل فالونگ میں لگی ہوئی ہے حالانکہ ہم کو جو ہے دور جدید میں اجتہادی فالونگ کی ضرورت ہے اسلام کی اسلام کا اسلام کی کریٹیو فالونگ کی ضرورت ہے تو اس دور میں لوگ جو ہے ٹریڈیشنل فالونگ میں لگے ہوئے ہیں اور کوئی اپنے اسکول سے نکل کر جو ہے سوچنے کی پوزیشن میں نہیں باتوں کو گویا کہ آیت یہ کہہ رہی ہے کہ جو ہے ٹریڈیشنل تھنکنگ سے باہر آکر جو ہے کریٹیو تھنکنگ کو اپناؤ تمہارے لیے دو ٹائپ کے اجر ملیں گے اس کے ایک ٹریڈیشنل اسلام کے اور ایک اجتہادی اسلام کے ٹریڈیشنل اسلام کا اجر بھی باقی رہے گا اور اجتہادی اسلام کے اجر کا جو ہے اضافہ کر دیا جائے گا اس کے انسانوں کے لیے جو اس طرح کے رول کو پلے کرے یعنی سب لوگوں کو جو ہے ٹریڈیشنل رول پلے کرنے کا موقع ہے تو مولانا اور مولانا کے ساتھیوں کے لیے جو ہے اجتہادی رول پلے کرنے کی اپرچونیٹی ہے جبکہ سارے لوگ جو ہے ٹریڈیشنل رول پلے کریں گے تو ہمارے لیے موقع ہے کہ ہم جو ہے اجتہادی رول پلے کریں عصری تھنکنگ کو اپنائیں اور عصری اسلوب میں جو ہے اسلام کی خدمت کریں اور دو اجر لیں تو یہ ایک گریٹ اپرچونیٹی آئی ہے اسلام کی یا پرافٹک جو یہ ہے پرافٹک مشن میں جو ہے ایک اللہ تعالی نے ایک نئی اپرچونیٹی پیدا کیا ہے ٹریڈیشنل اسلام کے ساتھ جو ہے کریٹیو اسلام اجتہادی اسلام تو اس کو آگے بڑھ کے اپنانا چاہیے انسان تو دو اجر کا مستحق ہوگا اس صورت میں اپنے آپ سے باہر نکلنا اور اپنی کمیونٹی کی سوچ سے باہر نکلنا یا اپنے اسکول آف تھاٹ سے باہر نکلنا سب سے بڑی نفسیاتی قربانی ہے یقینا اس کا دہرا اجر ہونا چاہیے اور رسالہ مشن کو اپنانے کا مطلب ہی یہ ہوا کہ ادمی ٹریڈیشنل سوچ سے یا اسکول آف اپنے اسکول آف تھاٹ سے باہر نکلے تو کبھی وہ الرسالہ مشن میں اس کی انٹری ہوئی .</w:t>
      </w:r>
    </w:p>
    <w:p/>
    <w:p>
      <w:bookmarkStart w:id="153" w:name="cl98"/>
      <w:bookmarkEnd w:id="153"/>
      <w:r>
        <w:rPr>
          <w:i/>
          <w:color w:val="77786F"/>
          <w:sz w:val="20"/>
        </w:rPr>
        <w:t>13 Aug 2026 (English)</w:t>
      </w:r>
    </w:p>
    <w:p>
      <w:pPr>
        <w:jc w:val="right"/>
        <w:bidi/>
      </w:pPr>
      <w:r>
        <w:rPr>
          <w:rFonts w:ascii="Noto Nastaliq Urdu" w:hAnsi="Noto Nastaliq Urdu" w:eastAsia="Noto Nastaliq Urdu" w:cs="Noto Nastaliq Urdu"/>
          <w:sz w:val="26"/>
          <w:rtl/>
          <w:lang w:bidi="ur"/>
        </w:rPr>
        <w:t>السلام علیکم قیاس صاحب، یہ اپنے آپ کو سائیکولوجیکل پریشر یعنی خود اپنے ذاتی جو ہے ایگو سے اور سوشل پریشر سے بچانا، یہ بہت بڑی ٹیچنگ ہے۔ اور ہر شخص اس میں انوالو ہو سکتا ہے۔ قرون اولی میں وہ لوگ جو مسلمان نہ تھے، تو ان کے لیے وہ سوشل پریشرز تھے یا سائیکولوجی۔ تو دور جدید میں بھی ہمارے لیے بھی ایسے ہیں۔ بہت ہی صحیح بات آپ نے فرمائی، جزاک اللہ۔ اور وَلَا يَخَافُونَ لَهُمَ تَلَاعِبٌ کی صحیح تفسیر بھی سمجھ میں آئی، جزاک اللہ ۔</w:t>
      </w:r>
    </w:p>
    <w:p>
      <w:pPr>
        <w:jc w:val="right"/>
        <w:bidi/>
      </w:pPr>
      <w:r>
        <w:rPr>
          <w:rFonts w:ascii="Noto Nastaliq Urdu" w:hAnsi="Noto Nastaliq Urdu" w:eastAsia="Noto Nastaliq Urdu" w:cs="Noto Nastaliq Urdu"/>
          <w:sz w:val="26"/>
          <w:rtl/>
          <w:lang w:bidi="ur"/>
        </w:rPr>
        <w:t>یعنی اس صورت میں معنی اس کا یہ ہوگا کہ چاہے وہ پریویس اہل کتاب ہو یا کوئی عام انسان ہو، اس نے سوشل پریشر کو اور اپنے ایگو کے پریشر کو جو ہے ریجیکٹ کیا، تو اس کو ڈبل اجر ملے گا۔ یعنی معاملہ ایسا نہیں ہوگا کہ اہل کتاب اہل کعبہ میں داخل ہو گئے تو ان کو ڈبل اجر ملا۔ صرف اتنا مطلب نہیں ہوا اس کا۔ یعنی جو کوئی فرد ہیومن سوسائٹی میں اپنے آپ کو جو ہے سوشل پریشر کے سامنے جو ہے سرینڈر نہیں کیا، بلکہ سچائی کو اس کے باوجود مانا اور اس پر اڑا رہا، چاہے وہ اہل کتاب میں سے ہو یا اہل کتاب میں سے نہ ہو، کوئی بھی فرد ہو ان جنرل، تو اس کو جو ہے اس پر ڈبل ریوارڈ دیا جائے گا۔ آیت کا مطلب یہ ہوا۔ اگرچہ کہ بیک گراؤنڈ میں عبداللہ بن سلام وغیرہ جیسے لوگ ہیں، لیکن اس کا ایکسٹینڈڈ میننگ یہ ہوگا کہ جو ہے جس نے اپنی پرسنیلٹی کو ان ییلڈنگ بنایا، سوشل پریشر یا اپنے ذاتی پریشر سے، تو اس کو جو ہے اس ریوارڈ کے لیے چنا جائے گا۔ چاہے وہ کوئی بھی ہو، اہل کتاب ہو یا غیر اہل کتاب، یا خود آج کے مسلمانوں میں کوئی ہو، مختلف اسکول آف تھاٹ کے لوگ وغیرہ وغیرہ، ان سب کو ڈبل اجر دیا جائے گا اگر وہ اپنے آپ کو اس طرح کی پرسنیلٹی بنا لیں۔ حضرت ابوبکر کو جو ہے نمبر ون مقام ملا، اس کا ریزن یہی ہے کہ وہ جو ہے پہلے ہی مرحلے میں رسول اللہ کے سامنے سرینڈر ہو گئے۔ یعنی ابو طالب کی طرح انہوں نے نہیں یہ کہا کہ قریش کی عورتیں کیا کہیں گی کہ قریش کے مرد کیا کہیں گے۔ یہ سب انہوں نے سوچا ہی نہیں۔ تو غالباً جو ہے اصحاب رسول میں جو نمبر ون مقام ہے حضرت ابوبکر کا، اسی وجہ سے وہ ابو طالب کی طرح کا کوئی ارگیومنٹ نہیں کیا انہوں نے کہ قریش کی عورتیں کیا کہیں گے، بوڑھے کیا کہیں گے، بچے کیا کہیں گے، یہ سب نہیں دیکھا انہوں نے۔ باقی جس کسی کو بھی رسول اللہ نے جو ہے سچائی پیش کی، رسول اللہ کہتے ہیں کہ ہر ایک نے کچھ نہ کچھ اف بٹ دکھایا، سوائے حضرت ابوبکر کے۔ تو غالباً جو ہے اسی ریزن سے ان کا مقام جو ہے حضرت عمر، حضرت عثمان اور جو ہے بعد کے جتنے بھی لوگ ہیں، ان سب سے زیادہ ہے اسی ریزن کی وجہ سے۔ کوئی اف بٹ کے بغیر جو ہے انہوں نے ایک ہی اس میں رسول اللہ کی تصدیق کر دی۔ حضرت عمر کو بھی جو ہے ٹائم لگا سچائی کو پہچاننے میں، ان کو مشکل پیش آئی۔ لیکن حضرت ابوبکر کو وہ سب مشکلیں کچھ نہیں تھیں جو دوسروں کے لیے مشکل تھیں، جیسے ابو طالب کے لیے مشکل تھی کہ قریش کی عورتیں اور بوڑھے کیا کہیں گے کہ موت کے خوف میں جو ہے مان لیا۔ تو یہ سب باتوں سے جو ہے حضرت ابوبکر کی پرسنیلٹی پرے تھی، ایسا لگتا ہے۔ اس لیے ان کا مقام جو ہے نمبر ون ڈیکلیئر کیا گیا۔</w:t>
      </w:r>
    </w:p>
    <w:p>
      <w:pPr>
        <w:jc w:val="right"/>
        <w:bidi/>
      </w:pPr>
      <w:r>
        <w:rPr>
          <w:rFonts w:ascii="Noto Nastaliq Urdu" w:hAnsi="Noto Nastaliq Urdu" w:eastAsia="Noto Nastaliq Urdu" w:cs="Noto Nastaliq Urdu"/>
          <w:sz w:val="26"/>
          <w:rtl/>
          <w:lang w:bidi="ur"/>
        </w:rPr>
        <w:t>ابوبکر کی مثال سے بات بہت کلیئر ہو جاتی ہے کہ یہ استثنائی معاملہ ہے کہ انسان نفسیاتی پریشر سے اپنے آپ کو بچائے۔ اس پریشر کا، اس نفسیاتی پریشر کا تعلق خود اپنی ذات سے بھی ہو سکتا ہے اور سوسائٹی سے بھی ہو سکتا ہے۔ تو ہر طرح کے پریشر سے اپنے آپ کو بچانا واقعی ایک استثنائی معاملہ ہے جو کہ ابوبکر کے اندر دکھائی دیتا ہے دوسروں کے مقابلے میں۔ تو بہت عظیم قربانی ہے۔ اسی وجہ سے اس کا ڈبل اجر بتایا گیا ہے۔</w:t>
      </w:r>
    </w:p>
    <w:p>
      <w:pPr>
        <w:jc w:val="right"/>
        <w:bidi/>
      </w:pPr>
      <w:r>
        <w:rPr>
          <w:rFonts w:ascii="Noto Nastaliq Urdu" w:hAnsi="Noto Nastaliq Urdu" w:eastAsia="Noto Nastaliq Urdu" w:cs="Noto Nastaliq Urdu"/>
          <w:sz w:val="26"/>
          <w:rtl/>
          <w:lang w:bidi="ur"/>
        </w:rPr>
        <w:t>یہ جو اصحاب رسول کے بارے میں ہے، وہ لوگ نہ بہت زیادہ نوافل پڑھتے تھے نہ ختم قرآن کرتے تھے۔ یعنی اعمال کی کثرت نہیں تھی ان کے پاس۔ اصحاب رسول کے پاس یہی سب لوگ جو ہیں، پانچ وقت نماز پڑھنا وغیرہ، رمضان کے روزے رکھنا، اتنا ہی تھا۔ زیادہ جو ہے آج کے لوگوں کی طرح جو ہے کثرت عمل نہیں تھا کہ راتوں رات نوافل پڑھ رہے ہیں اور ختم قرآن کر رہے ہیں۔ اس طرح کی اصحاب رسول میں ایکٹیویٹی نہیں تھی۔ لیکن ان کی پرسنیلٹیز جو تھیں وہ اس طرح کی تھیں، کمپلیکس فری۔ یعنی حضرت ابوبکر تو ان میں نمبر ون ہیں، لیکن سارے کے سارے جو ہیں اصحاب رسول میں یہی صفات ہیں۔ سوشل پریشر سے جو ہے اپنے آپ کو آزاد رکھنا، کمپلیکس فری سوچ بنانا، اس کے لیے ریڈی رہنا، کمپلیکس فری رہنے کے لیے۔ تو عمل کی کمی کے باوجود جو ہے وہ لوگ نمبر ون ہیں، چونکہ وہ ذہنی سطح پر جو ہے ڈفرنٹ لوگ ہیں آج کے لوگوں کے مقابلے میں، آج کے دین داروں کے مقابلے میں۔ ان لوگوں کی جو ذہنی سطح جو ہے وہ بالکل ڈفرنٹ ہے۔</w:t>
      </w:r>
    </w:p>
    <w:p/>
    <w:p>
      <w:pPr>
        <w:pStyle w:val="Heading1"/>
      </w:pPr>
      <w:bookmarkStart w:id="154" w:name="vg54"/>
      <w:bookmarkEnd w:id="154"/>
      <w:r>
        <w:t>The Story (Al-Qasas) - 28:57</w:t>
      </w:r>
    </w:p>
    <w:p>
      <w:bookmarkStart w:id="155" w:name="cl99"/>
      <w:bookmarkEnd w:id="155"/>
      <w:r>
        <w:rPr>
          <w:i/>
          <w:color w:val="77786F"/>
          <w:sz w:val="20"/>
        </w:rPr>
        <w:t>14 Aug 2026 (Urdu)</w:t>
      </w:r>
    </w:p>
    <w:p>
      <w:pPr>
        <w:jc w:val="right"/>
        <w:bidi/>
      </w:pPr>
      <w:r>
        <w:rPr>
          <w:rFonts w:ascii="Noto Nastaliq Urdu" w:hAnsi="Noto Nastaliq Urdu" w:eastAsia="Noto Nastaliq Urdu" w:cs="Noto Nastaliq Urdu"/>
          <w:sz w:val="26"/>
          <w:rtl/>
          <w:lang w:bidi="ur"/>
        </w:rPr>
        <w:t>امام صاحب، اس آیت کے اندر جس خوشحالی کا ذکر ہے، وہی جو ہے سورہ قریش میں بھی اس کا ذکر ہے، جس کو ایلاف کہا گیا ہے، الہلاف قریشین۔ کیرن آرمسٹرانگ ایک برٹش لیڈی ہے، آتھر ہے، وہ کئی کتابوں کی آتھر ہے، خاص کر جو ہے اسلام پر بھی وہ کئی کتابیں لکھی ہیں۔ وہ کیرن آرمسٹرانگ، برٹش لیڈی، تو ان کی ایک کتاب ہے " محمد: اے پرافٹ فار اور ٹائم"، تو بہت ہی انٹرسٹنگ بک ہے، وہ کئی اس کے اندر جو ہے نئی ڈسکوریز ہیں، کیرن آرمسٹرانگ کی۔ تو اس میں ایک بات کا وہ ذکر کرتی ہیں، سوخ سائیکل، سوخ یعنی بازار، وہ اس کے اندر یہ بتاتی ہے کہ جو ہے مکے کے اندر جو ہے ہر سال جو ہے ایک اینول ٹریڈ فیئر ہوتا تھا، سالانہ ایگزیبیشن، سالانہ نمائش، کاروباری نمائش۔ تو وہ کہتی ہیں کہ جو ہے یہ جو ہے سال کا آخری ایونٹ ہوتا تھا جو مکے میں ہوتا تھا، وقاص وغیرہ، حج کے موقع پر۔ باقی مہینوں میں وہ بتاتی ہے کہ جو ہے پورا سال اس طرح کہیں نہ کہیں ٹریڈ ایگزیبیشن چلتے تھے، عربوں کے ، کبھی بحرین میں اور کبھی کہیں، اور وہ ہوتے ہوتے سال کے آخر میں جو ہے مکہ میں وہ ختم ہوتے، اور پورے اس ٹریڈ ایگزیبیشن یا ٹریڈ جو سائیکل چلتا، اس کو مانیٹر کرتے تھے قریش، ان کا ڈومیننس تھا پورے عرب میں۔ تو اس کو سوخ سائیکل کہتی ہے، سوخ یعنی بازار۔ ہمارے نارتھ ایسٹ میں جو ہے نا ہارٹ، ہارٹ کہتے ہیں لوگ ، کہیں بھی کوئی بازار لگتا ہے تو ہارٹ لگا ہوا کہتے ہیں، تو اس کو سوخ کہتی ہے، سوخ سائیکل۔ تو اکثر جتنے بھی بدو لوگ ہوتے ہیں یا دوسرے تاجر ہوتے ہیں، یہ ایگزیبیشنز میں وہ شریک ہوتے ہیں اور اپنا مال وہاں وہ ایگزیبیٹ کرتے ہیں، شو کرتے ہیں وہاں۔ تو اس طرح جو ہے عربوں کو جو ہے قریش کو پورے عرب کا جو تجارتی جو ڈومیننس تھا وہ ملا ہوا تھا، پورے تجارت پر جو ہے ان کی سپروائزنگ تھی، گویا کہ سورہ قریش میں اسی کا ذکر ہے، اور وہ ان کی تجارت جو ہے کافی پھیلی ہوئی تھی، یعنی انڈیا سے جو مال جاتا وغیرہ، یہ جو مصالحے وغیرہ جو ہیں، وہ جو ہے سمندر سے وہاں اترتے، عرب کے کسی ساحل پر، پھر وہاں سے وہ پاس ہوتے پورا یورپ تک ۔ تو اس کے اندر بتاتی ہے کہ جو ہے چونکہ ایران اور روم کی ہمیشہ جنگیں چلتی تھیں، اس زمانے میں بھی کبھی ایران جو ہے روم پر حملہ کرتا، کبھی روم ایران پر، تو یہ جو راستہ ہے، خشکی کا راستہ جو ہے ہمیشہ وار زون کے طور پر جو ہے ڈسٹرب رہتا، لیکن عرب ڈیزرٹ جو ہے اس سے ان ایفیکٹڈ رہتا تھا، تو اس واسطے جو ہے تجارتی قافلے بھی یہ پسند کرتے تھے کہ جو ہے عرب تاجروں سے ڈیلنگ کریں، یورپ کے ، یورپ کے تاجر، تاکہ وہ یہ وار زون سے ہٹ کر جو ہے اپنا مال عرب ڈیزرٹ سے پاس کر دیں، ادھر سے ادھر، عربین سی سے لے کر جو ہے یورپ تک پہنچاتے تھے وہ لوگ۔ تو چونکہ ریگستان میں کوئی اس طرح کے حملے حملے نہیں ہوتے تھے ورلڈ پاور کے ، تو ٹریڈ روٹ کے طور پر جو ہے محفوظ سمجھا جاتا تھا عرب کا علاقہ ، تو اس واسطے جو ہے قریش کو وہ کہتی ہے کہ جو ہے ان انٹرپٹڈ اکانومی ملی ہوئی تھی، یعنی دوسرے علاقوں میں جنگیں چلتی رہتی، اس کی وجہ سے اقتصادیات ڈسٹرب رہتی، لیکن عرب ٹریڈ جو ہے ان انٹرپٹڈ جاری رہتا صح را ہونے کی وجہ سے، اور ایران اور اس روٹ سے الگ ہونے کی وجہ سے۔ تو اس طرح قریش کو جو ہے صدیوں تک یہ موقع ملنے سے جو ہے وہ ایک اسٹیبلش یہ بن گئے تھے اکانومی۔ تو کیرن آرمسٹرانگ لکھتی ہے کہ گویا کہ وہ کیپیٹلسٹ ٹائپ کی اکانومی ہو گئی تھی مکے کی، اور لوگوں کے پاس جو ہے کافی پیسہ آ گیا تھا، تو بہت ساری سوشل ایولز ان کے اندر پیدا ہو گئی تھی، جیسے مال کی جمع بندی اور بخالت اور مختلف اس ٹائپ کی جو ان ایکویلٹیز جس کو بولتے ہیں، نامساوی مالی حالت وغیرہ۔ تو خوشحالی کی وجہ سے عربوں کے اندر وہ ساری برائیاں پیدا ہو گئی تھیں جو ایک کیپیٹلسٹ سوسائٹی میں ہوتی ہیں، مال کو جمع کرنا اور اس کو خرچ ہونے سے بچانا، اور اپنے فائدے کے لیے جو ہے کچھ بھی کرپشن کرنا، جیسے بتوں کو لا کے رکھ لیا تھا ان لوگوں نے تاکہ عرب قبیلوں سے بچے رہیں، عرب قبیلے خوش بھی رہیں ان سے۔ تو اس طرح جو ہے ایک محفوظ اس میں تھے وہ حالت میں تجارت اور دنیا داری کے، اور عربوں کو خوش کرنے کے لیے جو ہے بت پرستی بھی انہوں نے جو ہے اس میں اضافہ کر لیا تھا، اور قرآن میں ذکر ہے کہ جو ہے اسی اینول ٹریڈ فیئر کو جو ہے مینٹین رکھنے کے لیے وہ حج کے دنوں کو بھی آگے پیچھے کرتے تھے اپنے حالات کے لحاظ سے، یعنی شمسی کیلنڈر کے حساب سے وہ آگے پیچھے کر لیتے تھے، اور قمری کیلنڈر کو جو ہے اوائڈ کرنے لگے تھے۔ تو ان آیتوں کے اندر جو ہے ان سب باتوں کا ذکر ہے، گویا کہ ان حض رت ابو طالب کہتے ہیں کہ اگر میں محمد کی بات مان لوں تو قریش کی عورتوں کو کیا جواب دوں گا، یعنی قریش کی عورتیں مجھے طعنہ دے گی کہ موت کے ڈر سے ایمان لے آئے ابو طالب۔ اسی طرح مفسرین جو ہیں حارث بن عامر ایک آدمی کا ذکر کرتے ہیں، انہوں نے رسول اللہ سے کہا کہ جو ہے آپ جو کہتے ہیں وہ حق ہے، مجھے معلوم ہے، لیکن جو ہے ہم آپ کی بات مانیں گے تو یہ ہماری بنی بنائی معیشت جو ہے ڈسٹرب ہو جائے گی۔ تو کل جیسے ہماری بات ہو رہی تھی کہ ہدایت اس آدمی کو ملتی ہے جو نفسیاتی پیچیدگیوں سے اپنے آپ کو اوپر اٹھا لے، چاہے اسپرچول یہ ہو اچیومنٹ ہو یا مٹیریل اچیومنٹ، جو لوگ جو ہے لوکل حالات کا شکار ہو جائیں یا کرنٹ افیئرز میں جو ہے پھنس کے رہ جائیں، ان کو کوئی بڑی بات سجائی نہیں دیتی، نہ ایمان کے معاملے میں، نہ مادی معاملات میں۔ تو عربوں کا بھی ذہن جو ہے وہی بن گیا تھا قریش کا، یعنی ایمان کے معاملے میں بھی وہ لوگ آگے سوچ نہیں پا رہے تھے، اور مادی معاملات میں بھی وہی چھوٹی سی عرب اکانومی کو جو ہے پکڑے ہوئے تھے، عرب اقتصادیات کو اس کی سرداری اور اس کی لیڈرشپ کو جو ہے سمجھتے تھے کہ اس کا ڈسٹرب ہونا سارا ان کا معاملہ جو ہے برباد ہونے کی طرح ہے۔ تو اس سائیکالوجی کا ذکر ہے، مفسرین کہتے ہیں ابو طالب کے بارے میں ہی نازل ہوئی ان کے اس قول پر رسول اللہ سے کہ اگر میں آخر وقت میں ایمان لے آیا تو لوگ کہیں گے کہ جو ہے موت کے خوف سے میں ایمان لایا، قریش کی عورتیں مجھے طعنہ دے گی۔ اور یہ جو عامر بن حارث جو ہیں وہ بھی وہی کہہ رہے ہیں کہ آپ کے پیچھے ہم پڑیں گے تو ہماری معیشتوں کا کیا ہوگا جو ہم نے اتنا ٹریڈ سائیکل جو بنا لیا ایگزیبیشنز کا وہ سارا ڈسٹرب ہو جائے گا۔ تو اسی طور پر اگر ہم دیکھیں تو آج کی جو مسلم تنظیمیں ہیں، مسلم ارگنائزیشنز اور مسلم انسٹیٹیوشنز کا یہی معاملہ ہے، سارے جو ہے اسی میں پھنسے ہوئے ہیں کہ اگر آپ ان سے کہیں کہ جو ہے یہ ملی سوچ چھوڑ دیں، انسانی سوچ اپنائیں، اکرام مسلم کے بجائے اکرام انسان کو اپنائیں، تو وہ یہی کہتے ہیں کہ جو ہے پھر ہمارے ریسورسز کہاں سے آئیں گے، ہمارے ملی ایکٹیویٹیز تو جو ہے ملت سے چل رہے ہیں، ملت کے ڈونیشن سے، تو پھر ہم ورکنگ کیسے بنیں گے، رننگ کیسے کریں گے اپنی ایکٹیویٹیز کو ، جہاں قریش اٹکے ہوئے تھے، وہیں عین طور پر جو ہے عمومی طور پر فی الوقت مسلم لیڈرشپ جو ہے اٹکی ہوئی ہے، یعنی سیاسی لیڈر جو ہے دوسروں کا خوف دلاتے ہیں، اور اس پر ہی ان کی ساری ایکٹیویٹیز چلتی ہیں، اس خوف پر مسلمان سمجھتے ہیں کہ یہ ہمارے ویلویشن ہیں، تو وہ ان کا ساتھ دیتے ہیں، مادی اور غیر مادی سب ۔ اسی طرح ہمارے موجودہ دور کے جتنے دینی ادارے ہیں سب کی سائیکالوجی یہی ہے کہ اگر ہم دعوتی ذہن اپنائیں تو پھر جو ہے ملت میں کیوں ساتھ دے گی، ملت کا ساتھ چاہیے تو ملت اورینٹڈ سوچ اپنانا پڑتا ہے، نہ کہ یونیورسل سوچ۔ تو گویا کہ قریش کے واقعے میں جو ہے ہماری اپنی تصویر ہے، اس میں مولانا کے پیچھے جو اکثر لوگ نہیں آتے تھے، علماء اور لیڈر اور قائدین وغیرہ، اس کا ریزن وہی ہے جو اس آیت کے اندر ہے کہ کرنٹ خوشحالی میں اتنا زیادہ مگن ہیں کہ اس کے علاوہ کچھ سجائی نہیں دیتا ان کو۔ مولانا کہہ رہے ہیں کہ جو ہے لوکل سرداری سے اسلام ان کو گلوبل لیڈرشپ کا یہ دے رہا تھا، موقع دے رہا تھا، لیکن وہ اس کو سمجھ نہیں پا رہے تھے۔ تو موجودہ مسلمانوں کا بھی معاملہ ایسے ہی ہے، موجودہ جو مسلمانوں کی جو لیڈرشپ ہے وہ چھوٹی چھوٹی باتوں میں پھنسی ہوئی ہے، چھوٹے چھوٹے فائدوں میں، بڑے فائدوں کی ان کو خبر نہیں ہے۔ مولانا نے جو ہے اپنے لٹریچر میں یہ ذہن توڑنے کی بہت کوشش کی ہے، جو اس آیت میں بتایا گیا ہے کہ چھوٹے فائدوں سے جو ہے ذہن کو اٹھا کر بڑے فائدوں کے پیچھے لے جانا، چھوٹی سوچ سے جو ہے بڑی سوچ کی طرف پش کرنا۔ تو مولانا کا لٹریچر جو ہے اس بات کو بہت اچھا کھولتا ہے، آدمی جو ہے ذہنی پستی سے باہر آئے اور بڑی چیزوں کو دیکھنے لگے۔</w:t>
      </w:r>
    </w:p>
    <w:p/>
    <w:p>
      <w:bookmarkStart w:id="156" w:name="cl100"/>
      <w:bookmarkEnd w:id="156"/>
      <w:r>
        <w:rPr>
          <w:i/>
          <w:color w:val="77786F"/>
          <w:sz w:val="20"/>
        </w:rPr>
        <w:t>15 Aug 2026 (English)</w:t>
      </w:r>
    </w:p>
    <w:p>
      <w:pPr>
        <w:jc w:val="right"/>
        <w:bidi/>
      </w:pPr>
      <w:r>
        <w:rPr>
          <w:rFonts w:ascii="Noto Nastaliq Urdu" w:hAnsi="Noto Nastaliq Urdu" w:eastAsia="Noto Nastaliq Urdu" w:cs="Noto Nastaliq Urdu"/>
          <w:sz w:val="26"/>
          <w:rtl/>
          <w:lang w:bidi="ur"/>
        </w:rPr>
        <w:t>، قرآن جو ہے، ایک بہت ہی اجیبوگریب کتاب ہے۔ یانی اجیبوگریب اس ماینے میں کہ وو مائنڈ کو جو ہے، انلاک کرنے پر بہت زیادہ فوکس کرتی ہے۔ انسانی دماغ کو جو ہے، کھولنا اور اسکے نوٹس جو ہیں، اسکو جو ہے، اوپن کرنا ۔ قرآن کا فوکس سارا جو ہے، اسی پر رہتا ہے، ایسا لگتا ہے۔ قرآن پڑھنے سے۔ تو یہاں جس بات کا ذکر ہے، قرآن میں وو بات جو ہے، ڈفرنٹ انداز سے کہی گئی ہے۔ جیسے ایک جگہ کہا گیا ہے، " تو وہاں بھی جو ہے، ایک اسرائیلی انحراف کا ذکر ہے۔" یانی انحراف کو جو ہے، دو لفظوں میں وہاں بتایا گیا ہے: کہ انسلاخ اور اخلاق۔ انسلاخ کا مطلب جو ہے، ریل ٹیچنگ سے جو ہے، ہٹکر ایک منحرف مانا نکال لینا کسی بات میں۔ انسلاخ مطلب انہیں جو ہے، وہ واقعہ سنائی ہے۔ یانی قریش کو وا قیہ سنائی ہے کہ جو ہے، بنی اسرائیل میں ایک صاحب علم آدمی جو ہے، اپنے علم سے ہٹ گیا تاکہ جو ہے، دنیا جمع کر لے۔ تو اسکو قرآن کہتا ہے کہ جو ہے، وہ ذلت کی خائیوں میں گرنے پر، گویا کہ اسنے تیاری کر لی۔ اس طرح کے عمل کو قرآن کہتا ہے کہ ذلت کی طرف مائل ہونا۔ تو وہاں اس بات کو بتایا گیا کہ ہیومن مائنڈ جو ہے، کس طرح ذلت کی طرف جاتا ہے، اور قرآن اسکو کس طرح اونچائیوں کی طرف لے جانا چاہتا ہے۔ تو یہاں جو حضرت موسیٰ کے بعد جو ہے، قریش سے جو خطاب ہو رہا ہے، وو یہی ہے کہ ہدایت کے بعد کس طرح انسان جو ہے، اس کا ایک منحرف ورژن پیدا کر لیتے ہیں، سوچ سمجھ کا ۔ اور پھر جو ہے، اس پر چل پڑتے ہیں۔ تو بنی اسرائیل میں بھی بہت سارے لوگ اس پر چل پڑے تھے۔ بتلواليهم نباد لجی میں اس کا ذکر ہے کہ بنی اسرائیل میں بھی ایسے لوگ پیدا ہوئے تھے، جیسے سامری ہے اور قارون ہے۔ کہ وو سب جو ہے، ہدایت کے گھرانوں سے تھے۔ ان کے پاس وحی کی تعلیمات تھی۔ لیکن ان ہوں نے جو ہے، دنیا پرستی کے لیے اس میں مینی پولیشن کر لیا۔ سامری نے بھی اور قارون نے بھی، یا اس طرح کے اور بھی لوگ۔ تو ایں یہی کام جو ہے، حجاز میں قریش نے کیا۔ حضرت اسماعیل کے بعد جو ہے، بہت سالوں تک وو توحید اور اس پر قائم رہے۔ لیکن بعد میں انہوں نے جو ہے، وہی اخلاق والا عمل کیا۔ اخلاق الارض۔ ذلتوں کی طرف جو ہے، مائل ہونا۔ تو تب انہوں نے جو ہے، بت وغیرہ سب کا اضافہ کر لیا حرم کے اندر۔ اور پھر جو ہے، بعد کے لوگ یے سمجھ بیٹھے کہ جو ہے، دنیا میں جینے کا غالباً جو ہے، یہی طریقہ ہے۔ کہ دنیا میں عزت اور روزی ایسے ہی ملتی ہے۔ اس طرح کے ذہنی اس سے، ذہنی زوال سے۔ حالانکہ انسان کو جو کچھ بھی ملتا ہے، وو ذہنی ورود سے ملتا ہے۔ لیکن بعد کی نسلیں یے سمجھتی ہیں کہ جو ہے، ذہنی زوال کو فالو کرنے سے ہم کامیاب ہوتے ہیں۔ ہالانکہ جو کچھ انہوں کو شروع میں دیا گیا ہے، وو ذہنی ورود کی بنا پر دیا جاتا ہے۔ تو یے آیتوں کے اندر اسی ذہنی زوال اور ذہنی ورود کی بات کو بتایا گیا ہے، گویا کہ قریش جو ہے، ذہنی زوال کا شکار ہے۔ وو یے سمجھتے ہیں کہ جو ہے، اس طرح بتوں کو جمع کر لینا اور شرک کی ایڈووکیسی کرنا، اس سے کسی کو ورود ملتا ہے۔ تو یے آیتیں جو ہے، اپنے ریڈر کو اس سے نکالنا چاہتی ہیں کہ ترقی کی سیڑھیاں جو ہے، ذہنی زوال نہیں، بلکہ ذہنی ورود ہیں۔ ذہنی اضافہ ہے۔ تو مثال دے کر جو ہے، یہاں بتایا جا رہا ہے کہ جب ہارث بن عامر نے یہ کہا کہ پیغمبر، جو کچھ تم کہ رہے ہو، وہ حق ہے، لیکن آپ کی بات ہم مان لیں گے تو ہمارا زوال ہو جائے گا۔ تو گویا کہ ہارث بن عامر یہ کہ رہے ہیں کہ جو ہے، ترقی جہالت اور انٹیلیکچول ڈیکلائن سے ہم کو ملی ہوئی ہے۔ اور رسول اللہ ان کو بتا رہے ہیں کہ جو ہے، ترقی کا سبب جو ہے، انٹیلیکچول ڈیکلائن نہیں ہے، بلکہ انٹیلیکچول گروتھ ہے۔ سچائی کو فالو کرنا ہے، نہ کہ سچائی کو تر کرنا۔ تو اس طرح قرآن جو ہے، آدمی کے اندر ہوسلہ اور کریج اور ہمت جو پیدا کرتا ہے، وہ بالکل ہی عام سوچ سے وہ ڈفرنٹ ہوتی ہے۔ جبکہ لوگ جو ہے، انٹیلیکچول ڈی گروتھ کو اپنے لیے ترقی کا ذریعہ سمجھتے ہیں۔ قرآن جو ہے، انٹیلیکچول گروتھ کو ترقی کا ذریعہ بتاتا ہے، اپنے قاری کے لیے۔ تو یہاں سے آدمی کی پرسنالٹی جو ہے، ڈفرنٹ ہونا شروع ہوتی ہے، اس طرح کی تھنکنگ اور اس طرح کی سوچ سے۔ تو قرآن یہی تھنکنگ اپنے قاری میں پیدا کرتا ہے۔ یعنی ذہنی زوال کو جو ہے، ترقی کا ذریعہ مت سمجھو۔ ذہنی عروج کو ترقی کا ذریعہ سمجھو۔ پہلے بھی لوگوں کو ایسے ہی ملا تھا، اور بعد میں بھی جو ہے، ایسے ہی ملے گا۔ باقی جس چیز کو پانا سمجھ رہے ہیں، اصل میں وو ترقی میں رکاوٹ ہے۔ جیسے یہاں مولانا پیراگراف میں بتا رہے ہیں کہ جو ہے، کچھ ٹرائبل ریونیو یا ریلیجیس ٹورزم سے جو چھوٹا-موٹا جو پروفٹ ملا ہوا ہے، اسکو کافی بڑی چیز سمجھ رہے ہیں۔ تو اس سوچ سے نکالنا اور کہنا کہ یے کوئی گروتھ نہیں ہے۔ گروتھ کے تو لیولز ہی دوسرے ہوتے ہیں۔ تو ہارس بن امیر کہ رہے ہیں کہ نہیں، گروتھ تو یہی ہے کہ کچھ بتپرستی کی جائے اور بتپرستی کے سہارے جو ہے، اپنے کو ساسٹین کیا جائے۔ قرآن یے کہ رہا ہے کہ یے تو ساسٹینیبلٹی کا کوئی لیول ہی نہیں ہے۔ اس طرح کی چھوٹی چیزوں کو یافت سمجھنا، اچیومنٹ سمجھنا۔ بلکہ اچیومنٹ کے تو لیول ہی دوسرے ہوتے ہیں۔ تو قرآن جو ہے، یے بتانے کے بعد کہتا ہے کہ اکثر ہم لا یعلمون۔ اکثر ریڈرز جو ہے، یا اکثر آڈیئنس جو ہے، یے باتوں کو نہیں جانتے۔ دنیا کے اندر قریش بھی نہیں جانتے تھے، اور بنی اسرائیل میں بھی بہت سارے لوگ اسکو نہیں جانے۔ اور بعد میں بھی اکثریت یے سب باتوں کو جانے گی نہیں کہ گروتھ کسکو کہتے ہیں اور وو کیسے کسی کو حاصل ہوتی ہے۔ یہ اکثر لوگ نہیں جانتے ہیں، قرآن کہ رہا ہے۔ تو قرآن جو ہے، جو باتیں اپنی پیچ کرتا ہے، تو وو ایویڈنس بیسڈ ہوتی ہے۔ ایسا نہیں کہ صرف جو ہے، وو کوئی ایک خیالی ٹیچنگ ہے۔ بلکہ وو جو ہے، ہسٹری کے فیکٹس پر کھڑی ہوتی ہے۔ تو جس وقت جو ہے، قریش رلیجیس ٹورزم سے ملنے والے فائدے کو فائدہ سمجھ رہے تھے، تو اس وقت قرآن یہ کہ رہا ہے کہ یہ تو بہت چھوٹی چیزیں ہیں، جسکو پانے کے لیے جو ہے، ایک غلط چیز کا سہارا لیا گیا۔ تو تاریخ میں جو ہے، یہ بات صحیح بھی ثابت ہوئی۔ صرف 100 سال کے بعد جو ہے، رسول اللہ کی یہ باتوں کے بعد ، اس طرح کی قرآن میں ٹیچنگ کے بعد، صرف 100 سال کے بعد جو ہے، عرب رسول اللہ کی بات مان لینے کی وجہ سے اتنے زیادہ میٹیریل یہ ملے، اچیومنٹس ملے، کہ تاریخ میں کسی کو بھی نہیں ملے اتنے زیادہ ۔ یعنی صرف وہ لوگ جو ہے، پہلے یمن اور شام کے بیچ میں کچھ معمولی سی میٹیریل گین کر رہے تھے، جسکا سورہ کریش میں ذکر ہے۔ باد میں وو اتنا زیادہ ایکسپینشن ہوا ان کا کہ ہارون رشید 100 سال کے بعد یے یے سٹیٹمنٹ کے، یے آیتوں کے 100 سال بعد جو ہے، ہارون رشید خلیفہ بنے۔ ایک ابّاسی خلیفہ۔ تو ان کے بارے میں تاریخ میں آیا ہے کہ جو ہے، ایک مرتبہ وو بغداد میں اپنے محل کی چھت پر بیٹھے ہوئے تھے، اور ساتھ میں جو ہے، ان کی وائف بھی تھی، یعنی ملکہ تھی ساتھ میں۔ ملک اور ملکہ۔ تو ان ہوں نے ایک بادل کو دیکھا، اور بادل کو دیکھ کر مسکراتے ہوئے اپنی ایلیاس کو سنانے کے لیے ان ہوں نے کہا، " بادل سے ان ہوں نے کہا کہ دنیا میں جہاں بھی جا کے برسنا ہے، برس لے۔ تیرا ٹیکس میرے ہی پاس آئے گا۔ لینڈ ریونیو میرے پاس ہی آئے گا۔" یعنی اسپین سے لے کر جو ہے، پنجاب تک سمجھیے ہمارے۔ اور پشتونپونیا سے لے کر نیچے جو ہے، ساؤتھ افریقہ کے قریب تک۔ یہ سارا علاقہ جو ہے، ڈائریکٹ ٹیکس پے کرتا تھا بغداد کو۔ صرف 100 سال کے اندر جو ہے، رسول اللہ کی یہ بات پوری ہوئی کہ یہ بتوں کی ڈونیشن اور بتوں کا پرساد کھانا جو ہے، کوئی کام نہیں ہے۔ اگر کھانا ہی ہے تو جو ہے، نا، دنیا میں بہت زیادہ بڑی بڑی چیزیں ہیں کنزیوم کرنے کی۔ تو قریش جو ہے، پوجا اور پرساد کے بینیفٹ کو بینیفٹ سمجھ رہے تھے۔ قرآن نے جو ہے، اس سے انہیں نکالا۔ اور تاریخ میں ثابت کر کے بتایا کہ قرآن کی ٹیچنگ صرف ایک ایبسٹریکٹ باتیں نہیں ہیں۔ ریئل حکایات ہیں یے سب ۔ جو تاریخ کے اندر جس کسی نے فالو کیا، محمد صلی اللہ علیہ وسلم سے پہلے بھی انکو اس طرح کے اچیومنٹ ملے۔ اور محمد کے وقت بھی ملے، اور محمد کے بعد بھی ملیں گے۔ جو کوئی یے لا یالمن، لا یشورن، لا یاخلن کے اس سے نکلے گا، اپنے ذہن کے جو ہے، اس سانچے سے جو بھی نکلے گا ، اسکو اللہ تالا جو ہے، اتنا زیادہ میٹیریئلی بھی دے گا کہ وو سوچ نہیں سکتا ۔ یانی قریش جو ہے، ریلیجیس یاتری اور ریلیجیس جتروں سے مانے کو جو ہے، کمانا سمجھ رہے تھے، گویا کہ۔ اور اتنی چھوٹی چیز کے لیے رسول اللہ کا انکار کر رہے تھے۔ تو اللہ نے انکو جو ہے، نا، اس طرح کی یاتری اور یاتراؤں سے ملنے والی انکم کو بتایا کہ یے تو بہت ہی چھوٹی چیز ہے۔ اس سے بہت زیادہ بڑی چیزیں ہم تمہیں دیں گے۔ تو وہی دور سچائی کو اپنانے پر دنیا کی جو ہے، آئیڈیولاجیکل لیڈرشپ دیں گے۔ اور پھر اس کا جو ریونیو آئے گا، اور اس کا جو ریٹرن آئے گا، وو جو ہے، خوابو خیال سے باہر ہو گا۔ تو اور ایسا ہوا بھی، تاریخ نے دیکھا بھی ہو اس کو پوری طرح کہ کس طرح جو ہے، یے باتیں صحیح ثابت ہوئیں۔ تو آج کے ہمارے جو ریلیجیس لیڈرشپ جو ہے، وو بھی جو ہے، سامری اور ہارون اور قریش کی طرح ہی سوچتی ہے وو۔ کہ وو قرآن کی صحیح نمائندگی کریں گے، تو سمجھتے ہیں کہ محروم ہو جائیں گے۔ ہالانکہ قرآن اپنے قاری کو یے سکھا رہا ہے کہ وہیں سے سفر شروع ہو گا ترقی کا اور اونچ کا۔ لیکن جو ہے، اللہ کنا اکثر لا یالمن کی طرح جو ہے، پوری امت میں جو ہے، یے یے باتیں نا سمجھنے والے لوگ ہی زیادہ ہیں۔ اس بات کو سمجھ کر جو ہے، اسلام کی صحیح وکالت، صحیح ایڈووکیسی کرنے والے جو ہے، بالکل ہی ایک مائنر گروپ ہے۔ میجارٹی یہی سمجھتی ہے کہ جو ہے، ذہنی زوال ہی ترقی ہے۔ یے مانویی مانویی چیزوں کو اپنانے سے جو مادی چیزیں ملی ہوئی ہیں، ان سے ہاتھ دھونا پڑے گا یا محروم ہونا پڑے گا۔ یے جو سوچ ہے، یے سوچ ذہنی زوال کی سوچ ہے۔ قرآن جو ہے، نا، اس سوچ سے بہت اونچا لے جانا چاہتا ہے۔ وو یے کہ تم جو سوچ رہے ہو کہ ملی ہوئی مادی چیزیں تمسے چھین جائیں گی، اگر مانویی چیزوں کو تم حاصل کروگے تو ۔ تو یہ جو سوچ ہے تمہاری، یہ بہت ذوال یافتہ سوچ ہے۔ اگر تم مانویی چیزوں کو اپنائیں گے، تو نہ صرف تمہاری مادی چیزیں چھوٹیں گی، بلکہ اس سے کہیں زیادہ تم مادی چیزوں سے مالامال ہوتے ہوئے مانویی چیز جو اس سے بھی بڑی ہے، اس کو پاؤ گے۔ اس طرح مطلب بہت مطلب ہے کہ اونچا ذہن قرآن دینا چاہتا ہے، اور بند جو ذہن ہے، اس کو کھول کے اس کو بہت عالیٰ سوچ دینا چاہتا ہے۔ جی جی۔ اور سرف جو ہے، نا، یے کوئی تصورات ٹیچنگ نہیں ہے۔ بلکہ تاریخ حقائق سے اسکو قرآن ایسٹیبلش کرتا ہے کہ موسیٰ کے مقابلے میں سامری اور ہارون نے یے سمجھا کہ جو ہے، اس طرح کی زوال یافتگی جو ہے، اچیومنٹ ہے، اسکی وجہ سے ہمکو ملا ہوا ہے۔ تو حضرت موسیٰ نے انکو اس سے نکالا، سامری کو اور اس طرح کے گروپس کو۔ رسول اللہ جو ہے، قریش کو نکالنا چاہ رہے ہیں اس سے۔ تو بات کی تاریخ جو ہے، دونوں کی، موسیٰ کی تاریخ اور محمد کی تاریخ، صحیح ثابت ہوئی کہ انہوں نے جو بتایا تھا، وو سرف خیالی باتیں نہیں تھیں، بلکہ جو ہے، ہسٹوریکل فیکٹس ہیں کہ کس سوچ کے ذریعے انسان کتنا پاتا ہے۔ اگر وو جھوٹھی اس پر کھڑا ہوا ہو، تو اسکا اچیومنٹ کتنا ہوتا ہے۔ اور ریئل سچائی پر کھڑا ہوا ہو، تو اسکا اچیومنٹ کتنا ہمالین ہوتا ہے۔ یے دونوں جو ہے، تاریخی فیکٹس ہیں یے۔ محمد اور حضرت موسیٰ ۔ تو ہمارے آج کے قاری جو ہے، قرآن کے، وو یہی ہیں۔ اسی میں پھنسے ہوئے ہیں، جہاں سامری اور قریش پھنسے ہوئے تھے۔ یانی کوئی بت پرستی کے کی سنت ایجاد کر لیا ہے، کوئی قبر پرستی اور بزرگ پرستی۔ اور سمجھتا ہے کہ جو ہے، یے بہت بڑی چیز ہے، کوئی اس سے ملنے والا فائدہ۔ کوئی جو ہے، سیاسی شکایت، کوئی عوام کے اندر جو ہے، نیگیٹو تھنکنگ، اس سے اپنی لیڈری چمکا رہے ہیں۔ تو مولانا کہتے تھے کہ یے سب چھوڑ دو۔ وہیں آؤ، جہاں محمد اور موسیٰ آے تھے، لانا چاہتے تھے۔ تو لیکن جو ہے، پوری امت وہی کہ رہی ہے۔ رسالہ کو ہم مان لیں گے، تو ہم زمین سے اپروٹڈ کیے جائیں گے۔ حالانکہ جو ہے، ماننے کے بعد جو ہے، نا، ڈیپ روٹڈ کیے جائیں گے۔ مضبوط کیے جائیں گے۔ یے انکو کہنا چاہیے۔ سارے یے کہ رہے ہیں کہ رسالہ کی بات مانیں گے، تو ہم محروم ہو جائیں گے۔ حالانکہ ماننے سے جو ہے، یافت اور اچیومنٹ ہوگا۔ ویسے جیسے بنی اسرائیل کو ہوا اور قریش کو ہوا ۔</w:t>
      </w:r>
    </w:p>
    <w:p/>
    <w:p>
      <w:pPr>
        <w:pStyle w:val="Heading1"/>
      </w:pPr>
      <w:bookmarkStart w:id="157" w:name="vg55"/>
      <w:bookmarkEnd w:id="157"/>
      <w:r>
        <w:t>The Story (Al-Qasas) - 28:58-59</w:t>
      </w:r>
    </w:p>
    <w:p>
      <w:bookmarkStart w:id="158" w:name="cl101"/>
      <w:bookmarkEnd w:id="158"/>
      <w:r>
        <w:rPr>
          <w:i/>
          <w:color w:val="77786F"/>
          <w:sz w:val="20"/>
        </w:rPr>
        <w:t>16 Aug 2026 (Urdu)</w:t>
      </w:r>
    </w:p>
    <w:p>
      <w:pPr>
        <w:jc w:val="right"/>
        <w:bidi/>
      </w:pPr>
      <w:r>
        <w:rPr>
          <w:rFonts w:ascii="Noto Nastaliq Urdu" w:hAnsi="Noto Nastaliq Urdu" w:eastAsia="Noto Nastaliq Urdu" w:cs="Noto Nastaliq Urdu"/>
          <w:sz w:val="26"/>
          <w:rtl/>
          <w:lang w:bidi="ur"/>
        </w:rPr>
        <w:t>ان کے اپنے چچا زاد بھائی بنو اسماعیل کے، بنو اسرائیل ، تو کنان کے علاقے میں جو ہے، ان کے بھی کھنڈرات ہیں۔ یعنی کھنڈرات کی اگر ہم دو قسمیں کریں، ایک جو ہے، اہل ایمان کے کھنڈرات جنہوں نے سرکشی کی، تو خدا نے ان کو سبق سکھایا، اہل ایمان کو بھی، جیسے بنی اسرائیل کے کھنڈرات جو ہیں۔ اور دوسرے جو ہے، عاد اور ثمود جیسے کھنڈرات جنہوں نے جو ہے، ایمان لانے سے ہی انکار کیا۔ تو اس سے پہلے کی آیت میں قریش یہ کہہ رہے ہیں کہ جو ہے، اگر ہم سچائی کو مان لیں تو زمین میں اچک لیے جائیں گے۔ تو اللہ تعالیٰ کہہ رہا ہے کہ جو ہے، یہ کم علمی ہے۔ لكن أكثرهم لا يعلمون سچائی کے پیچھے جانے سے انسان تباہ نہیں ہوتا، بلکہ سچائی کو چھوڑنے سے تباہ ہوتا ہے۔ گویا کہ اللہ تعالیٰ یہ کہنا چاہ رہا ہے۔ تو اس کی ایک بہترین مثال جو ہے، کنان کا علاقہ ہے، فلسطین کا، جہاں جو ہے، بنی اسرائیل کو عروج ملا اور وہاں انہوں نے جو ہے، ریاستیں قائم کیں، محلات بنائے، پیلسز اور قلعے بنائے۔ تو حضرت سلیمان نے جو ہے، جو اپنا محل بنایا تھا، بائبل میں جو ہے، اس کی تفصیلات موجود ہیں کہ وہ کتنا شاندار تھا۔ اس میں سونا، چاندی اور قیمتی پتھر، ہر چیز انہوں نے لگایا تھا، حضرت سلیمان نے۔ یہاں تک کہ ملکہ صبا نے اس کو دیکھ کر جو ہے، سمجھا تھا کہ جو ہے، پانی ہے وہ۔ انہوں نے بتایا تھا کہ یہ پانی نہیں، بلکہ یہ جو ہے، موتیوں سے اور اس طرح کی چیزوں سے بنایا گیا، شیش محل۔ تو اس شیش محل کے بارے میں جو ہے، اس کی تباہی کا ذکر جو ہے، بائبل میں کہ بعد میں بنی اسرائیل نے جو ہے، داؤد اور سلیمان کے راستے کو باقی نہیں رکھا، بلکہ انہوں نے جو ہے، اس کے اندر شرک، بت پرستی اور دوسری ظلم کی چیزیں شامل کر لیں۔ تو حضرت سلیمان کے بعد جو ہے، بہت ہی کم مدت کے اندر ، یعنی 60، 70 سال سے بھی کم مدت میں، بائبل میں ہے کہ جو ہے، وہ تباہ کر دیا گیا، حضرت سلیمان کا محل اور اس کے دروازے اور اس کا سونا اور اس کے قیمتی پتھر جو ہے، ایرانی اٹھا کر لے گئے، سارے۔ تو بالکل جو ہے، وہ بہت جلد جو ہے، کھنڈر میں تبدیل کر دیا گیا۔ آج بھی جو ہے، بنی اسرائیل کی جو ماضی کی جو عظمت ہے، وہ کہیں باقی نہیں ہے، سوائے کچھ کھنڈر اور کچھ اس طرح کے ویرانوں کے۔ آج کے اسرائیل میں بھی دیوارِ گریا کے نام سے جو ہے، وہ جو عبادت خانہ حضرت سلیمان نے بنایا تھا، اس کی کوئی روئین باقی ہے، بس۔ اس طرح کے جو واقعات ہیں، وہ قریش کے کریکشن کے لیے گویا کہ قرآن کہہ رہا ہے، کافی ہے۔ قریش سے پہلے نہ اہل ایمان کو ان کے ظلم کے بعد چھوڑا گیا، نہ مشرکین کو چھوڑا گیا۔ دونوں کے کھنڈرات جو ہے، آئی اوپنر آئٹم کے طور پر تاریخ میں موجود ہیں۔ تو گویا کہ قریش سے یہ کہا جا رہا ہے کہ بظاہر تمہاری سیٹل لائف میں جو ہے، ایسے ویکنس چھپے ہوئے ہیں جو بہت جلد تمہارے حالات کو بدل سکتے ہیں۔ یعنی عربوں کے اوپر ڈومیننس ہے اور تجارت پر قبضہ ہے اور لوگوں میں جو ہے، ساکھ بنی ہوئی ہے۔ تو یہ ساری ساکھ جو ہے، ہم اس کو اگر اس پیغمبر کی مخالفت کی گئی تو ہم ختم کر دیں گے، جیسے بنی اسرائیل کی ختم ہوئی۔ نہ ان کی عبادت گاہیں محفوظ رہیں، بنی اسرائیل کی، نہ ان کی پولیٹیکل افیسرز، پولیٹیکل بلڈنگز، کوئی بھی بچی نہیں، بنی اسرائیل کی۔ تو تمہاری بھی اس طرح ساری ختم کر دی جائے گی۔ تو قریش یہ سمجھ رہے ہیں کہ جو ہے، اس کو باقی رکھنے کا طریقہ یہ ہے کہ لوگوں کے ساتھ مل کر چلیں۔ اللہ تعالیٰ یہ کہہ رہا ہے کہ لوگوں کے ساتھ مل کر چلنے میں بقا نہیں ہے، خدا کے ساتھ مل کر چلیں گے تو بقا ملے گی۔ قریش اس کو الٹا سمجھ رہے تھے۔ ہم نے چونکہ لوگوں کو بنائے رکھا ہے، ان کی بت پرستی اور ان کی غلط کاریوں میں ہم سپورٹ کر کے جو ہے، اپنی ساکھ بنائے ہوئے ہیں۔ تو اللہ تعالیٰ یہ کہہ رہا ہے کہ یہ اس طرح نہیں چل سکے گی۔ خدا کے ساتھ ہو جائیں گے تو یہ باقی بھی رہے گی، اس میں اضافہ بھی ہوگا۔ اگر پیغمبر کی مخالفت کی گئی اور وارننگز کو لائٹ لیا گیا تو جس طرح بنی اسرائیل کو ختم کر دیا گیا، ان کی شان و شوکت کے باوجود، اسی طرح تم کو بھی ختم کر دیا جائے گا۔ تو موسیٰ کے واقعے کے بعد جو ہے، یہ بات بتانے کا غالباً یہی مطلب ہے کہ ہم نے تمہارے بھائیوں کو جو ہے، زمین پر شان و شوکت دی اور پھر وہ ختم کر دی۔ وہاں سے تمہارا گزر ہوتا ہے ہمیشہ۔ عربوں کا جو ہے، تجارتی سفر میں جو ہے، کنان سے اور فلسطین سے گزر ہوتا تھا اور وہ سب وہ دیکھتے تھے، کیا انجام ہوا۔ تو اس کو گویا کہ جو ہے، مینشن کر کے ان کو سبق دیا جا رہا ہے کہ تمہارے بھائیوں کی طرح تمہارا بھی جو ہے، بربادی کا وقت قریب کر دیا گیا ہے۔ ایک حدیث ہے کہ ایک مرتبہ حضرت جبرائیل آئے رسول اللہ کے پاس، آ کر پوچھا کہ جو ہے، اللہ تعالیٰ آپ کو جو ہے، دو آپشن دیتا ہے، آپ جو ہے، ملک رسول بننا چاہتے ہیں یا عبد رسول بننا چاہتے ہیں؟ یعنی رسول بھی اور پولیٹیکل پاور بھی، بادشاہت بھی، یا صرف جو ہے، آپ عبد رسول بننا چاہتے ہیں، کوئی پولیٹیکل آپ کی یہ نہیں حیثیت نہ ہو کہ آپ پسند کرتے ہیں۔ تو اللہ کے رسول کہتے ہیں کہ جو ہے، میں نے عبد رسول ہونا پسند کیا، ملک رسول کے بجائے۔ یعنی گویا کہ دو آپشن آپ کو دیے گئے، داؤد اور سلیمان کی طرح پولیٹیکل پاور۔ اور دوسرا طریقہ یہ ہے کہ جو ہے، کوئی پولیٹیکل پاور نہیں، صرف عبد رسول، بندہ اور رسول۔ تو اللہ کے رسول نے دوسرا ماڈل اپنایا، کیونکہ پہلے ماڈل کا انجام جو ہے، رسول اللہ کو پتہ تھا کہ سلیمان اور داؤد کے محلات اور ان کے بلڈنگ کے ساتھ کیا ہوا، کس طرح ذلت کے ساتھ جو ہے، بعد میں ان کی نسلوں کو جو ہے، تباہ کر دیا گیا۔ تو اس کا ریزن یہی تھا کہ رسول اللہ یہ جانتے تھے کہ جو ہے، میں نے بھی پولیٹیکل پاور حاصل کیا، محل اور شاندار پیلسز بنائے، تو اس کا انجام تو بعد میں یہی ہونا ہے کہ بعد کے لوگ جو ہے، اس کو برباد ہی کریں گے۔ تو رسول اللہ نے کہا کہ نہیں، میں عبد رسول رہنا پسند کرتا ہوں، کوئی مجھے پولیٹیکل پاور نہیں چاہیے، کوئی مٹیریل یہ نہیں چاہیے مجھے۔ تو غالباً جو ہے، سلیمان اور حضرت داؤد کے بعد میں جو انجام ہوا، ان کے پولیٹیکل پاور اور مادی طاقت کا، اس کو سامنے رکھ کر ہی رسول اللہ نے جو ہے، عبد رسول کا انتخاب کیا۔ ایک دوسری حدیث میں ہے کہ جو ہے، حضرت جبرائیل نے پوچھا کہ آپ چاہیں تو ہم جو ہے، مدینے کے اور مکہ کے پہاڑوں کو جو ہے، سونا بنا دیں۔ تو رسول اللہ نے اس سے بھی منع کیا اور کہا کہ لا یا ربی اذا جوت تضرات شبیہ فشرد کہ اے میرے رب، میں یہ بھی نہیں چاہتا ہوں کہ مجھے بہت زیادہ مالداری ملے، میں تو چاہتا ہوں کہ ایک دن جو ہے، کھاؤں تو شکر ادا کروں اور دوسرے دن شارٹیج ہو تو جو ہے، تضرع کروں، میرے اندر صبر اور تضرع پیدا ہو۔ میں تو اس طرح کا سائیکل چاہتا ہوں، ایسا نہیں کہ مجھ پر خوب بارش ہو اور پھر اپروٹڈ کیا جاؤں، میں اکھاڑ کر جو ہے، زمین سے ہی ختم کر دیا جاؤں۔ اس سے بیٹر یہ ہے کہ میں جو ہے، شکر اور صبر کے سائیکل میں لگا رہوں، یہ زیادہ بیٹر ہے میرے لیے۔ قرآن اعلیٰ اللہ کے ذریعے سے جس طریقے سے تذکیر کرتا ہے، اسی طریقے سے ایام اللہ کے ذریعے سے تاریخی واقعات کے ذریعے سے تذکیر کرنے کا بڑا انوکھا انداز ہے قرآن کا کہ جس کے ذریعے سے آنکھیں کھولنا مقصود ہے۔ دونوں احادیث جو ہمارے سامنے آئیں، ان کی روشنی میں تاریخی جو واقعات ہیں یا ایام اللہ کا جو ذکر ہے، اس کے ذریعے سے ہم کیسے عبرت حاصل کریں، اس کی مثالیں ان احادیث میں ملتی ہیں جو آپ نے دو احادیث پیش کی ں کہ کبر کی طرف لے جانے والی چیزوں سے اپنے آپ کو ہم بچائیں اور عجز کی طرف لے جانے والی چیزوں کے اندر اپنے آپ کو لگا ہے۔ عجز، عاجزی، ہیلپ لیسنس، شکر، صبر ، عبد، عبدیت، ان چیزوں کی طرف اپنے آپ کو لے جائیں۔ اور وہ چیزیں جو پولیٹیکل پاور ہیں یا مادیت ہیں، وہ چیزیں جن کے ذریعے سے انسان کے اندر کبر آ سکتا ہے، ان چیزوں سے اپنے آپ کو بچائے رکھیں۔ یہ سبق ملتا ہے ان احادیث کی روشنی میں۔ جی، یعنی ملک رسول میں بن بھی جاؤں تو انجام کیا ہوگا؟ تاریخ میں جو ہے، بنی اسرائیل کی سٹوری میں جو ہے، وہ بات موجود ہے، کیا انجام ہوا؟ کہ تقریباً جو ہے، 12 یا 16 سال حضرت سلیمان نے محل بنایا تھا، لیکن جو ہے، بعد میں بنی اسرائیل میں جو بگاڑ آیا اور خود حضرت سلیمان کی اولاد میں جو بگاڑ آیا، اس کا انجام کیا ہوا؟ وہ ویرانے میں تبدیل ہو گیا اور دوسری قوموں نے جو ہے، اس کو ذلت کا نشان بنا دیا، سر ممرت جو ہے، سر ذلت بن گیا، ان سر ممرت کہا تھا حضرت سلیمان نے۔ تو سارے سر ممرت جو ہیں، وہ سر ذلت بن جاتے ہیں بعد کے دور میں، کیونکہ بعد کی نسلیں جو ہیں، ان کے اندر خدا ترسی اور وہ سب ختم ہوتی ہے، وہ وہی بولتے ہیں، ان الطبیع الہدیٰ ما کن تخطف، یعنی سمجھتے ہیں کہ ان کی سرکشی سے نعمتیں ملی ہوئی ہیں، حالانکہ اللہ تعالیٰ جو ہے، کسی ریزن سے وہ دیا ہوا ہوتا ہے، تو وہ سمجھتے ہیں کہ جو ہے، یہ سرکشی کا انعام ہے۔ قریش بھی یہی سمجھ رہے تھے۔ تو رسول اللہ نے کہا کہ نہیں، یہ سرکشی کی وجہ سے جو ہے، یہ چیزیں باقی ہی نہیں رہتی، لیکن عبدیت تو ہمیشہ باقی رہتی ہے۔ انسان کے لیے عبد بنے رہنا جو ہے، زیادہ آسان ہے سرکش بنے رہنے سے۔ تو میں عبدیت کا آپشن لیتا ہوں، مجھے سرکشی کا آپشن نہیں چاہیے، کیونکہ اس کا انجام میں دیکھ چکا ہوں ال داؤد میں ۔</w:t>
      </w:r>
    </w:p>
    <w:p/>
    <w:p>
      <w:bookmarkStart w:id="159" w:name="cl102"/>
      <w:bookmarkEnd w:id="159"/>
      <w:r>
        <w:rPr>
          <w:i/>
          <w:color w:val="77786F"/>
          <w:sz w:val="20"/>
        </w:rPr>
        <w:t>17 Aug 2026 (English)</w:t>
      </w:r>
    </w:p>
    <w:p>
      <w:pPr>
        <w:jc w:val="right"/>
        <w:bidi/>
      </w:pPr>
      <w:r>
        <w:rPr>
          <w:rFonts w:ascii="Noto Nastaliq Urdu" w:hAnsi="Noto Nastaliq Urdu" w:eastAsia="Noto Nastaliq Urdu" w:cs="Noto Nastaliq Urdu"/>
          <w:sz w:val="26"/>
          <w:rtl/>
          <w:lang w:bidi="ur"/>
        </w:rPr>
        <w:t>interest to them.</w:t>
      </w:r>
    </w:p>
    <w:p>
      <w:pPr>
        <w:jc w:val="right"/>
        <w:bidi/>
      </w:pPr>
      <w:r>
        <w:rPr>
          <w:rFonts w:ascii="Noto Nastaliq Urdu" w:hAnsi="Noto Nastaliq Urdu" w:eastAsia="Noto Nastaliq Urdu" w:cs="Noto Nastaliq Urdu"/>
          <w:sz w:val="26"/>
          <w:rtl/>
          <w:lang w:bidi="ur"/>
        </w:rPr>
        <w:t>شاہ صاحب، کل جیسے ہماری گستاخی ہو رہی تھی کہ مولانا نے یہاں فوٹ نوٹ میں جو لکھا ہے، "آد سموہ، قوم لوط، اور ملکہ اے سبا، اور اہل مدین"— یے سب جو ہیں عرب ریجن یا اس کے اطراف کے لوگ ہیں، سب کی ہسٹری یے بتا رہی ہے کہ سب کو خالی کروا دیا گیا ان کی خوشحالی اور ان کے سیاسی پاور سے۔ اسی میں ہم نے بات کیا تھا کہ ایون جو ہے حضرت سلیمان اور داؤد کا معاملہ بھی ایسے ہی ہوا۔ ان کی اولاد نے بھی جب ڈسٹریکشن کو اپنا لیا، تو بائبل کی کتاب تواریخ اور سلاطین—تواریخ ٹو، سلاطین ٹو— کے آخر میں جو ہے، دونوں میں ایک چیپٹر ہے، "یروشلم کی تباہی"۔ تو یروشلم کی تباہی میں جو ہے، وہ عنوان کے تحت بتایا گیا کہ نبوقت ای نظر ایران سے جو ہے ایک تاقتور فوج لے کر آیا، اور جو ہے بیتُل مقدس کو جو انہوں نے خوب سجایا سنوارا تھا، سونا، چاندی، اور بہتریں لکڑیوں اور پتھروں سے، اسکو اسنے زمین کے برابر کر دیا۔ اور حضرت سلیمان اور ان کے خاندان کے محل کو، اسکا سونا، چاندی، اور سب جو ہے، لوٹ لیا اُن لوگوں نے۔ اور یہی حال جو ہے، اُن کے وزیروں اور لیڈرز کا ہوا، امرا جو تھے، اُن کا بھی یہی ہوا۔ تو سلاطین اور تواریخ میں جو ہے، وہ بات موجود ہے کہ اس آیت میں جو بتایا گیا، کتنی بستیاں ایسی ہیں جو بڑی ناز نا تھیں۔ اپنی خوشحالی پر ناز نا تھیں، لیکن بہت جلد جو ہے، بس کچھ ہی ڈیکیڈز، کچھ ہی دہے جو ہے، وہ اس میں رہ پائے۔ باقی سب بعد میں جو ہے، خرابے اور ویرانی بن گئے، رُئنز میں کنورٹ ہو گئے۔ تو یہ معاملہ صرف مشرک قوموں کا نہیں ہوا، بلکہ جو ہے مسلم قومیں، ایمان والی قوموں کا بھی جو ہے، جب بھی انہوں نے ڈیویشن لیا، تو یہی خدا نے کیا انکے ساتھ۔ یانی خدا نے تفریق نہیں کی اس معاملے میں۔ آد، سمود، اور بنی اسرائیل میں دونوں کو جو ہے، ایک ہی ٹائپ کی سزا ملی۔ تو کل ہماری بات ہوئی تھی کہ اسلیے رسول اللہ نے جو ہے، جب جبرائیل نے پوچھا کہ آپ عبد ِ رسول بننا چاہتے ہیں یا ملک ِ رسول ، تو کہا کہ نہیں، مجھے تو جو ہے عبد ِ رسول ہی بننا ہے، کنگ، کنگ پروفیٹ نہیں بننا ہے مجھے، بلکہ جو ہے ورشپر پروفیٹ بننا ہے، سلیو پروفیٹ بننا ہے۔ یہی رسول اللہ نے جو ہے اپنے لیے آپشن دیا تھا۔ کیونکہ رسول اللہ کو یے سب باتوں کا پتا تھا کہ بیتُل-مقدّس کا کیا انجام ہوا، اور سُلیمان کے محلّوں کا بعد میں ان کی نسلوں کے بگڑ جانے کے بعد کیا انجام ہوا ۔ یہ رسولُ اللہ کو پتا تھا، اس لیے رسولُ اللہ نے جو ہے یہ کہا کہ نہیں، مجھے تو جو ہے سپیرچُوئلٹی اور عبدیت، دعوت، اور جو ہے بندوں کو گائیڈ کرنا، یہی کافی ہے۔ مجھے یہ سب چیزیں نہیں چاہیے، جو بعد میں نسلیں جو ہے، اس پروسپیرٹی کو دیکھ کر جو ہے بگڑ جاتی ہیں۔ مجھے یہ نہیں چاہیے۔ اور یہ بھی رسولُ اللہ نے جو ہے کہا تھا کہ جو ہے اپنی مسجدوں کو تک جو ہے تزئین نا کرنا، بہت زیادہ بیوٹی فائی نہیں کرنا مسجدوں کو۔ نہا رسول اللہ صلی اللہ علیہ وسلم ان تشدید المساجد، حدیثوں کے اندر آیا ہے۔ رسول اللہ نے اس سے منا کیا کہ بہت ہی مسجدوں کو جو ہے سونا، چاندی، اور فانوس، اور اس طرح کی جو چیزیں جو ہے، اس سے بھر دیا جائے۔ باقاعدہ رسول اللہ کی مان یتا ہے۔ تو ان سب باتوں کو غور کرنے سے یے لگتا ہے کہ جو ہے، وہی جو سورہ توبہ میں ایک آیت ہے، " اللہ تالا کسی قوم کو ہدایت دینے کے بعد جو ہے، گمراہ نہیں کرتا ہے۔" یہاں تک کہ ان کو بتا دیتا ہے کہ وو کن باتوں سے بچیں، اہلِ ایمان جو ہے، کن باتوں سے بچیں، جسکے بعد وو جو ہے خدا کی پکڑ سے بچ سکتے ہیں۔ تو ان باتوں کی وضاحت کیے بغیر جو ہے، اللہ تالا کسی بھی نہ مشرک قوم کو تباہ کرتا ہے، نہ کوئی ایمان والی کمیونٹی اور قوم کو۔ پہلے انکو وارننگ دیتا ہے، بتاتا ہے، سمجھاتا ہے۔ تو جیسے رسول اللہ نے یے بات بتائی مساجد کو لے کر کہ مسجدوں کو جو ہے زیادہ اسکا یے نہ بنائیں، بیوٹی فکیشن کا چیپٹر۔ کیونکہ اس سے جو ہے، جو مائنڈ بنے گا، وو فارم اورینٹڈ بنے گا۔ سپرٹ سے زیادہ جو ہے، ظاہری چیزوں کو جو ہے فوکس کرنے کا مائنڈ آئے گا اس سے۔ آدمی مسجد اس لیے جاتا ہے تاکہ وہ سپریچولٹی اور عبدیت سیکھے۔ خدا کی عبادت اور غلامی اور فروتنی سیکھتا ہے۔ سیکھنے کے لیے، سیکھنے کے لیے ہوتی ہے مسجد۔ اگر مسجد میں آدمی جائے اور وہ دیکھے کہ جو ہے وہاں اس طرح کے قیمتی پتھر لگے ہوئے ہیں، اس طرح کا قیمتی فانوس ہے، اور اس طرح کی قیمتی لائٹیں ہیں، اور ایسی اور ایسی ٹیکنالوجی ہے، تو پھر آدمی کو عزت سیکھنے سے زیادہ جو ہے، مادیت سیکھنے کی طرف ہی زائن جائے گا۔ تو غالباً رسول اللہ نے اس لیے منع کیا۔ تو یہاں ان آیتوں کے اندر جو ہے، کہ اللہ تعالیٰ کسی کو تباہ نہیں کرتا ہے۔ یہاں تک کہ ان لوگوں میں جو ہے، تلاوت ِ کتاب کرنے والے لوگوں کو نہ بھیجے۔ یانی اسکا مطلب یے ہے کہ جو ہے، تلاوت اے کتاب کرو۔ یانی آج کے ریڈرز سے قرآن یے کہ رہا ہے کہ جو ہے، اپنے گروپس میں اور اپنے کمیونٹی میں اور اپنی ٹیم میں جو ہے، یے باتیں بتاؤ کہ وو کیا چیزیں ہیں جس سے خدا ہدایت دینے کے بعد جو ہے، وارننگ کے تور پر بچانا چاہتا ہے۔ وو پوائنٹس، وو باتیں بتاؤ۔ یانی دوسرے مانے میں یے ہے کہ جو ہے، اپنے ٹیم ممبرز کو، اپنے کمیونٹی کے لوگوں کو، اور اپنے سرکل کو جو ہے، اپ گریڈ کرو۔ انکو جو ہے، ری ایجوکیٹ کرو۔ انکو وارننگ دو کہ جو ہے، وو کن چیزوں پر فوکس کرنا ہے اور کن چیزوں سے بچنا ہے۔ نہیں تو جو ہے، ان کا بھی انجام جو ہے، وہی ہوگا جو سلیمان کی فیملی کا ہوا، داؤد کی فیملی کا ہوا۔ ان کے محل تباہ کر دیے گئے اور ان کا مال لوٹ لیا گیا۔ تو گویا کہ آیت یہ کہ رہی ہے کہ تلاوت اے کتاب کے ذریعے لوگوں میں سپرٹ کا ریوائیول کرو، نا کہ فارم کا۔ فارم جو ہے، ضروری حد تک ہی ٹھیک ہے۔ کوئی بھی چیز ہو، مسجد ہو یا اسلامک سینٹرز ہو یا کوئی ظاہرداری کی چیزیں ہوں، اس میں ایک لیول تک ہی جو ہے، ٹھیک ہے۔ باقی سارا فوکس ہونا چاہیے یتلو علیہم آیاتنا۔ یعنی اپنے مائنڈ کو ریوائیول کرنا، اس کو سپرٹ دینا ، اس کو ان باتوں سے بچانا جو تباہی کی طرف لے جاتے ہیں۔ تو یتلو علیہم آیاتنا جو ہے، اس پیراگراف میں بہت امپورٹنٹ لگتا ہے۔ یعنی ان کو اپلائیڈ ٹیچنگ دو، ان کے اندر اشتیادی سوچ پیدا کرو۔ ان کو اپ سکل کرو، ان کو اپ گریڈ کرو، ان کو ری ایجوکیٹ کرو، اور ان کے اندر نئی تھنکنگ پیدا کرو۔ اگر ایسا ہوتا رہا تو لوگ فارم سے فارم فوکس ہونے کے بجائے سپرٹ فوکس ہو جائیں گے۔ اور اگر ایسا نہیں ہوا تو پھر لوگ جو ہے، اسی میں پڑے رہیں گے کہ مسجد کو بیوٹی فائی کرو، اس میں مینارے بڑے بناؤ۔ اس طرح کی ایکٹیویٹیز میں چلے جائیں گے لوگ، جس سے رسول اللہ نے منع کیا۔ تو اس آیت کے اندر جو ہے، یتلو علیہم آیاتنا جو ہے، اس کا مطلب یہ ہے کہ جو ہے، ری ایجوکیٹ کرو۔ ان کے اندر اشتیادی سوچ پیدا کرو۔ ان کی تھنکنگ کو فارم بیس، فارم فوکس ہونے کے بجائے سپرٹ فوکس کرو۔ ان کے اندر جو ہے، ایکسٹینڈڈ منگ اور اپلائڈ منگ کی صلاحیت پیدا کرو، تاکہ وو جو ہے، بچ سکیں ان باتوں سے جس سے آلے داؤد، آلے سلیمان ، آلے ابراہیم، آلے قریش بچ نہیں سکے۔ ان باتوں سے بچانے کے لیے جو ہے، بار بار ان کے بیچ میں تلاوت ِ کتاب کرو۔ آیتوں کے نئے نئے اینگل دیکھو۔ آبجیکٹویٹی کے ساتھ جو ہے، قرآن سے نصیحت لو، حدیث سے نصیحت لو، تاریخ سے، سائنس سے نصیحت پکڑو۔ تو پھر جو ہے، بچاؤ کا معاملہ ہوگا۔ ورنہ جو ہے، ہمسے پہلے بھی لوگ بچ نہیں پائے، ہمارے بعد بھی لوگ بچ نہیں پائیں گے ۔</w:t>
      </w:r>
    </w:p>
    <w:p>
      <w:pPr>
        <w:jc w:val="right"/>
        <w:bidi/>
      </w:pPr>
      <w:r>
        <w:rPr>
          <w:rFonts w:ascii="Noto Nastaliq Urdu" w:hAnsi="Noto Nastaliq Urdu" w:eastAsia="Noto Nastaliq Urdu" w:cs="Noto Nastaliq Urdu"/>
          <w:sz w:val="26"/>
          <w:rtl/>
          <w:lang w:bidi="ur"/>
        </w:rPr>
        <w:t>شام صاحب، یے دونوں لیسنز بہت امپورٹنٹ ہیں۔ ایک جو کل کی بات کا آس کل اس کی تائید ہوئی کہ قوم مشرک ہوں یا مومن، مومن قوموں میں بھی جب بگاڑ آ جائے تو ظاہر ہے وو بھی ظالم بن جائیں گی جب انھوں نے انٹیلیکچول اپنی پروسیس کو کنٹینیو کیا، اس کے ساتھ وو برتاؤ کیا کہ اصل چیز سے گافل ہو گئے۔ اور جو میٹل بوم ہے، ماشی بوم، اس سے جو بگاڑ اگر مشرک قوم میں آتا ہے، وو مومن قوم میں بھی آ سکتا ہے۔ تو اچھی بات آپ نے کہی کہ اپنی مساجد، اپنے جو دیگر انسٹیٹیوشنز ہیں، اگر اسی میں لگا رہے تو انٹیلیکچوئل پروسیس وو رک جائے گا۔ اصل چیز تو وہی ہے، تلاوت ِ کتاب ، اس کے بعد کمیونٹی کو اپ گریڈ کرنا ، ان کو نئی تھنکنگ دینا، ان کو اپلائیڈ ورژن آف ریلیجن یا قرآن وو بتانا ۔ یے جبردست ایک ملی، ایک گائیڈنس ان آیات میں جو آپ نے واعظ کی، جزاکاللہ۔</w:t>
      </w:r>
    </w:p>
    <w:p>
      <w:pPr>
        <w:jc w:val="right"/>
        <w:bidi/>
      </w:pPr>
      <w:r>
        <w:rPr>
          <w:rFonts w:ascii="Noto Nastaliq Urdu" w:hAnsi="Noto Nastaliq Urdu" w:eastAsia="Noto Nastaliq Urdu" w:cs="Noto Nastaliq Urdu"/>
          <w:sz w:val="26"/>
          <w:rtl/>
          <w:lang w:bidi="ur"/>
        </w:rPr>
        <w:t>یعنی یتلو علیہم آیاتنا کا مطلب یے ہوا کہ جو ہے، ان کو اپلائیڈ تھنکنگ دو، ان کے اندر ری تھنکنگ پیدا کرو، ان کے اندر ریوائز کرنے کی آدت ڈالو۔ یانی یتلو آلہم آیاتنا کا سادہ مطلب تو یہ ہے کہ جو ہے، آپ قرآن پڑھ کر سنائیں۔ یہ مطلب نہیں ہے اس کا صرف۔ اس کا مطلب یہ ہے کہ وو اس سے غذا لینے کے قابل بنے، قرآن اور حدیث سے۔ ان کا مائنڈ کا سانچہ جو ہے، اس طرح ڈھلا ہوا ہو کہ وو واقعات سے، آبزرویشن سے، قرآن اور حدیث سے جو ہے، ان کو سپرچوئل فوڈ ملتی ہو، کریکشن کی غذا ملتی ہو۔ اس طرح اگر ہو تو پھر مسجد، مسجد ہے، سینٹرز، سینٹرز ہیں، انسٹیٹیوشن، انسٹیٹیوشن ہیں۔ ورنہ وو سب بتریت مشتہ کا ایک فارم ہے۔ یانی پرائیڈ اور شو کرنے کا جو ہے، یہ سب ایک ذریعہ ہے۔ مذہبی مینارے اور مذہبی سینٹرز اور مذہبی اجتماعات، سب اس سے زیادہ کچھ بھی نہیں ہے۔ بتریت مشتہ۔ تو وارننگ بڑی سخت ہے کہ اگر ایسا نہیں کروگے، ری تھنکنگ نہیں پیدا کروگے، ری کریکشن کی آدت نہیں ڈالوگے تو لمسک میباد الا خلی۔ تو ایسی سب چیزیں بہت ہی ایک شارٹ پیریڈ کے لیے یے رہے گی، ورکنگ رہے گی۔ اس کے بعد وو سب ویرانے اور خرابے میں کنورٹ ہو جائیں گے۔ جیسے حضرت سلیمان نے جو ہے، بڑی اس سے دکھایا تھا، انہا سر ممرد من قوارر کہ یے تو جو ہے، گلاس محل ہے جس کو ویل فرنش کیا گیا۔ تو سر ممرد جو ہے، بہت جلد سر تباہی میں کنورٹ ہو گیا، ویرانہ بن گیا بہت جلد۔ تو یتلو آلہم آیاتنا کا جو ہے، یہاں پر مطلب یے ہوگا کہ ری اپلائے کرنا اور جو ہے، ری تھنکنگ والے مائنڈ کو کریٹ کرنا، لوگوں کو ایجوکیٹ کرنے پر فوکس دینا، یے مطلب ہوگا ۔</w:t>
      </w:r>
    </w:p>
    <w:p/>
    <w:p>
      <w:pPr>
        <w:pStyle w:val="Heading1"/>
      </w:pPr>
      <w:bookmarkStart w:id="160" w:name="vg56"/>
      <w:bookmarkEnd w:id="160"/>
      <w:r>
        <w:t>The Story (Al-Qasas) - 28:60-61</w:t>
      </w:r>
    </w:p>
    <w:p>
      <w:bookmarkStart w:id="161" w:name="cl103"/>
      <w:bookmarkEnd w:id="161"/>
      <w:r>
        <w:rPr>
          <w:i/>
          <w:color w:val="77786F"/>
          <w:sz w:val="20"/>
        </w:rPr>
        <w:t>18 Aug 2026 (Urdu)</w:t>
      </w:r>
    </w:p>
    <w:p>
      <w:pPr>
        <w:jc w:val="right"/>
        <w:bidi/>
      </w:pPr>
      <w:r>
        <w:rPr>
          <w:rFonts w:ascii="Noto Nastaliq Urdu" w:hAnsi="Noto Nastaliq Urdu" w:eastAsia="Noto Nastaliq Urdu" w:cs="Noto Nastaliq Urdu"/>
          <w:sz w:val="26"/>
          <w:rtl/>
          <w:lang w:bidi="ur"/>
        </w:rPr>
        <w:t>اچانک بھائی صاحب، واقعی عنایت کی ریلیونس آج بہت زیادہ بڑھ جاتی ہے۔ آپ نے صحیح کہا، اور قرآن میں بھی قریش سے متعلق جب آیات اتری تھیں تو مجھے لگ رہا ہے جیسے ان کے لیے بس یہ لینگویج آف ہیمرنگ میں کہا گیا۔ لیکن ہمارے لیے تو یہ ایک حقیقت ہے کہ ہم بتر معیشت کے جو آج کل کے جو مواقع ہیں، بہت زیادہ ہیں، ہر ایک اسی میں پھنسا ہوا ہے۔ حالانکہ قریش کو ملا ملا تھا آدم جو ۔ تو بچپن میں جب میں اپنی سوسائٹی پر نظر ڈالتا ہوں تو ہمارے ہاں بھی ویسے ہی تھا، اتنا منجو تھا۔ لیکن آج بالکل الٹی صورتحال ہے، ہمارے لیے واقعی ہمالہ پہاڑ پر چڑھنے، لیکن اس کا اجر بھی بہت ہے۔ تو ہمارے لیے خوش قسمت یہ ہے کہ مولانا نے سپرچویلٹی کا جو مادان جس سے متعلق ہم بالکل ناآشنا تھے، وہ ہمارے لیے واضح کیا۔ تو بہت ہی بڑا ٹیسٹ ہے، اور بہت بڑی اپارچونٹی بھی ہے۔ بہت ہی اچھی وضاحت، جزاک اللہ۔</w:t>
      </w:r>
    </w:p>
    <w:p>
      <w:pPr>
        <w:jc w:val="right"/>
        <w:bidi/>
      </w:pPr>
      <w:r>
        <w:rPr>
          <w:rFonts w:ascii="Noto Nastaliq Urdu" w:hAnsi="Noto Nastaliq Urdu" w:eastAsia="Noto Nastaliq Urdu" w:cs="Noto Nastaliq Urdu"/>
          <w:sz w:val="26"/>
          <w:rtl/>
          <w:lang w:bidi="ur"/>
        </w:rPr>
        <w:t>جی، اب جو ہے پہلے جو ہے آدمی مٹیریلزم سے چھوٹی سی نصیحت یا کسی نیک انسان کی مجلس میں بیٹھتا تھا تو اس پر اثر ہو جاتا تھا۔ اب چونکہ جو ہے سپر مٹیریلزم کا دور ہے، تو چھوٹی مجلسیں یا چھوٹے ٹائپ کی نصیحت جو ہے اب ورک نہیں کرتی، جب تک کہ آدمی جو ہے ہیوی تفکر نہ کرے۔ تو پہلے مٹیریلزم بھی جو ہے معمولی ٹائپ کا تھا، اور اس کو تھوڑی سی محنت سے ٹھیک بھی کیا جا سکتا تھا۔ لیکن اب ایسا لگتا ہے کہ جو ہے آپ نے صبح میں اپنے آپ کو ٹھیک کیا تو ناشتے میں آپ کا آپ کو وسوسوں نے پکڑ لیا۔ آپ نے ناشتے کے وقت اپنے آپ کو ٹھیک کیا تو ظہر تک آپ پھر ڈسٹریکٹ ہو گئے۔ تو اس طرح کا دور میں ہے۔ تو اب جو ہے عام سا تفکر اور عام سی تذکیر جو ہے ورک نہیں کرے گی، انڈسٹریلائز دور کی وجہ سے۔ اب جو ہے بہت ہی خاص ٹائپ کا تفکر، اور بہت ہی ہیوی انداز سے جو ہے کنٹمپلیشن، وہی آدمی کو بچا سکتا ہے۔ باقی چیزیں جو ہے بچانے والی نہیں ہیں لوگوں کو۔</w:t>
      </w:r>
    </w:p>
    <w:p>
      <w:pPr>
        <w:jc w:val="right"/>
        <w:bidi/>
      </w:pPr>
      <w:r>
        <w:rPr>
          <w:rFonts w:ascii="Noto Nastaliq Urdu" w:hAnsi="Noto Nastaliq Urdu" w:eastAsia="Noto Nastaliq Urdu" w:cs="Noto Nastaliq Urdu"/>
          <w:sz w:val="26"/>
          <w:rtl/>
          <w:lang w:bidi="ur"/>
        </w:rPr>
        <w:t>صحیح بات ہے کہ پہلے زمانے کے مقابلے میں انڈسٹریل ایج نے ہر عام و خاص کو اپنی لپیٹ میں لے لیا ہے، اور پہلے سادی سیدھی چھوٹی موٹی نصیحت اثر کرتی تھی، مگر آج کے دور میں مشکل ہے یہ چیز۔ اس کے لیے نہ صرف پنج وقتہ نمازوں کو ریمائنڈر کے طور پر لیں، بلکہ ڈیپلی گہری تفکر اور تدبر کے بعد ہی یہ پاسیبل ہو سکتا ہے کہ آدمی اپنے آپ کو بارش کے ان لمیٹ خطروں کی طرح، جو انڈسٹریل ایج میں انسان کے لیے بہت سارے مواقع اور اپرچونٹیز مٹیریلزم کے پھیل چکے ہیں، اس سے اپنے آپ کو بچانا تبھی پاسیبل اور ممکن ہو سکتا ہے کہ آدمی اپنے آپ کو تفکر اور تدبر کے کی کھائی میں اپنے آپ کو جھونک دے۔</w:t>
      </w:r>
    </w:p>
    <w:p>
      <w:pPr>
        <w:jc w:val="right"/>
        <w:bidi/>
      </w:pPr>
      <w:r>
        <w:rPr>
          <w:rFonts w:ascii="Noto Nastaliq Urdu" w:hAnsi="Noto Nastaliq Urdu" w:eastAsia="Noto Nastaliq Urdu" w:cs="Noto Nastaliq Urdu"/>
          <w:sz w:val="26"/>
          <w:rtl/>
          <w:lang w:bidi="ur"/>
        </w:rPr>
        <w:t>یعنی وہ حدیث میں جو ہے اس کا اس کی ریمیڈی بتائی گئی ہے، اور مٹیریلزم جب آئے، کثرت تلاوت القرآن اور کثرت ذکر الموت۔ یعنی قرآن میں جو ہے ہیوی کنٹمپلیشن اور موت کے جو ہے واقعات کو نوٹس کرنا اپنے اطراف میں۔ کیسے کیسے عجیب عجیب روزانہ جو ہے ڈیتھ کے واقعات سننے میں آتے ہیں کہ آدمی انتہائی مٹیریلی سکسیس فل تھا، اور اتنا مال جمع کیا، اتنے سال سے گلف میں تھا، فلاں تھا، اور بس 45 سال میں مر گیا، کوئی 50 میں، کوئی 54 میں۔ ابھی ہم اس کا چرچہ سن ہی رہے تھے، اور اس کی ڈیتھ کی جو ہے نیوز آتی ہے، سکسیس فل مٹیریلی سکسیس فل انسانوں کی۔ ہر روز اس طرح کے واقعات ہیں، یقین ہی نہیں آتا، بلکہ اتنے لوگ مرتے ہیں، نام بھی یاد نہیں رہتے کہ کون زندہ ہے اور کون مر گیا۔ تو گویا کہ جو ہے کثرت تلاوت القرآن اور کثرت ذکر الموت، غالباً جو ہے یہ دو چیزیں ہی اب بچا پائے گی۔ اس کے علاوہ کوئی دوسرا راستہ جو ہے ہے نہیں اس کا۔ حدیث میں اس کا یہی حل بتایا گیا، قرآن میں زیادہ سے زیادہ تدبر کرنا، اور موت کو یاد رکھنا ، موت کے واقعات پر واچ رکھنا ۔</w:t>
      </w:r>
    </w:p>
    <w:p/>
    <w:p>
      <w:bookmarkStart w:id="162" w:name="cl104"/>
      <w:bookmarkEnd w:id="162"/>
      <w:r>
        <w:rPr>
          <w:i/>
          <w:color w:val="77786F"/>
          <w:sz w:val="20"/>
        </w:rPr>
        <w:t>19 Aug 2026 (English)</w:t>
      </w:r>
    </w:p>
    <w:p>
      <w:pPr>
        <w:jc w:val="right"/>
        <w:bidi/>
      </w:pPr>
      <w:r>
        <w:rPr>
          <w:rFonts w:ascii="Noto Nastaliq Urdu" w:hAnsi="Noto Nastaliq Urdu" w:eastAsia="Noto Nastaliq Urdu" w:cs="Noto Nastaliq Urdu"/>
          <w:sz w:val="26"/>
          <w:rtl/>
          <w:lang w:bidi="ur"/>
        </w:rPr>
        <w:t>شاہ صاحب، اگر یہ آیت کی ہم یہ توجیح کریں، "أفمن وعدناه وعدًا حسنًا فهو لاقيه" ، یعنی قرآن کا جو ہے وہ پارٹ جو جنت اور جہنم سے ڈیل کرتا ہے، یعنی قرآن کا ایک بڑا پورشن وہ ہے جو ہمارے سامنے جو ہے، الموت و ما بعد، اس کی ڈیٹیل جو ہے سامنے لاتا ہے۔ اور بہت سارے غیر مسلموں نے جو قرآن پڑھا ہے، ان لوگوں کا کہنا یہ ہے کہ قرآن کا سب سے زیادہ فیسینیٹنگ پارٹ جو ہے وہ یہی ہے، جس کو انگریزی میں اسکیاتھولوجی کہتے ہیں، اسکیاتھولوجی، یعنی وہ باتیں جو موت اور ما بعد موت سے ڈیل کرتی ہیں، اسکیاتھولوجی کہتے ہیں۔ تو قرآن پڑھنے والوں نے یہ کہا، جو ان بایس مائنڈ سے پڑھیں، یعنی مسلمان تو پڑھتے ہیں، وہ فقہی ذہن سے قرآن کو، تو ان کو جو ہے یہ موت اور ما بعد الموت زیادہ اٹریکٹ نہیں کرتی مسلم قاری کو۔ لیکن جو ابجیکٹیوٹی سے قرآن پڑھتا ہے، اس کو یہ پارٹ جو ہے سب سے زیادہ اپیلنگ فیل ہوتا ہے، ان کی فیڈ بیک فیڈ بیک کے حساب سے۔ تو "أفمن وعدناه وعدًا حسنًا" تو مفسرین کہہ رہے ہیں کہ اس سے مراد جو ہے جنت ہے، اور اس سے مراد جو ہے حضرت یاسر عمار رسول اللہ اور حمزہ بن عبدالمطلب اس طرح کے لوگ ہیں جن سے وعدہ حسن کیا گیا ہے، اور وہ آخرت میں جو ہے اس کو بالکل شورٹی کے ساتھ پا لیں گے۔ اگر ہم ان آیتوں کو اس طرح سمجھیں، ان کی پچھلی آیتوں سے جوڑتے ہوئے، تو سورہ کے شروع میں کہا گیا کہ "ونرید أن نمن على الذين استضعفوا في الأرض" ، ونريد ونريد فرعون وهامان وجنودهما ما كانوا يصنعون ، یعنی اللہ نے جو ہے دنیا میں حضرت موسیٰ سے ایک وعدہ کیا، اور موسیٰ کی مادر سے بھی ایک وعدہ کیا، اور بنی اسرائیل سے بھی وعدہ کیا۔ تو تاریخ کے اندر جو ہے یہ بات موجود ہے کہ جو ہے یہ سارے وعدے پورے ہوئے، یعنی اللہ نے اس آیت کے اندر کہا کہ جو ہے ہم احسان کرنا چاہتے ہیں ان لوگوں پر جو مصر میں جو ہے ذلیل کر دیے گئے ہیں۔ تو اللہ نے احسان کر کے بتایا تاریخ کے اندر، اور اسی طرح موسیٰ کی مادر سے وعدہ کیا کہ جو ہے ہم تمہارے لڑکے کو جو ہے فرعون کے قتل سے بچا لیں گے۔ تو اللہ تعالی نے جو ہے بچا کر بتایا، اور اسی طرح جب موسیٰ مدین گئے تو ان کے لیے جو ہے اپنا وعدہ حسن پورا کر کے بتایا، ان کو ڈیفیکلٹی کے وقت جو ہے چھوڑ نہیں دیا، بلکہ ڈیفیکلٹی میں جو ہے ان کے لیے ایک ان ایکسپیکٹڈ مدد آئی۔ شیخ مدین مدین کے جو ہے وہ بزرگ کی طرف سے، اسی طرح جب وہ مصر واپس ہوئے، پھر ایک مشنری انسان بن کر، تو اللہ نے جو ہے ان کے لیے آؤٹ آف دا وے مدد کی، یعنی عصا دیا اور شائننگ ہینڈ دیا، اور اسی طرح جو ہے فرعون اور جادوگروں کو جو ہے سرینڈر کرنے کے لیے جو ہے امپریسو ایویڈنس دیے، اور پھر بعد میں جو ہے سمندر کا پٹنا عصا کے ذریعے، اور صحرا کے اندر پانی اور کھانے کا ملنا، یہ سب جو ہے دنیا کے وعدہ حسن ہیں جو اللہ نے بلیورز کے ساتھ کیا ہے۔ ایک آخرت کا وعدہ حسن ہے جس کو فلفل ہوتے ہوئے انسان دیکھے گا، تو اس سے پہلے ہی اللہ تعالی جو ہے اس کی بعض نشانیاں جو ہے آخرت میں جو پوری ہونے والی ہیں، دنیا میں ہی دکھا دیتا ہے۔ حضرت موسیٰ کے واقعے میں اتنی نشانیاں دکھائی گئیں، جو بھی اللہ نے وعدے کیا، وہ وعدے پورے ہوئے۔ تو گویا کہ رسول اللہ اور صحابہ رسول سے کہا جا رہا ہے کہ جس طرح موسیٰ اور بنی اسرائیل کے حق میں پورے ہوئے، خدا کے اچھے وعدے تمہارے حق میں بھی جو ہے وہ پورے ہوں گے، اور آج جو ہے ہم دیکھتے ہیں کہ وہ سارے پورے ہوئے، جو رسول اللہ اور اصحاب رسول سے کیے گئے، وہ سارے وعدے جو ہیں آج فلفلڈ ہیں پورے۔ یہاں تک کہ سنوریم کا وعدہ کیا گیا، تو وہ بھی بہت ہی شاندار طریقے سے اللہ نے پورا کیا۔ سَنُورِّيْهِمْ آيَاتِنَا فِي الْآفَاقِ وَفِي أَنْفُسِهِمْ ہم تمہیں دکھائیں گے آفاق و انفس میں ایک نیو ڈیٹا، تو اللہ نے اس کو بھی جو ہے ہمارے اس دور میں جو ہے شاندار طریقے سے پورا کیا، اپنے اس وعدہ حسن کو۔ اور اسی طرح ایج آف پرسیکیوشن کا خاتمہ ہوا، وہ بھی جو ہے ایک شاندار یہ ہے فلفلمنٹ وعدے کا۔ اور اگر ہر انڈیویجول، ہر ریڈر آف دا قرآن جو ہے اپنی زندگی میں وہ دیکھے کہ قرآن نے اس سے کیا کیا وعدہ کیا تھا، اور کیا کیا جو ہے فلفل ہو گیا، تو ہمارے پاس جو ہے دسیوں اس طرح کے فلفلمنٹ ہیں خدا کے وعدے کے، جس کو ہم کہہ سکتے ہیں کہ جو ہے اللہ نے ایک وعدہ حسن کیا، اور جو ہے اس کو پورا کر کے بتایا ہمارے اپنے معاملے میں بھی۔ تو وہ اس بات کی جو ہے یہ ہے ٹوکن ہے کہ جو ہے آخرت کے معاملے میں جو وعدے ہیں وہ بھی پورے ہوں گے۔ جب اتنے بڑے بڑے وعدے ہماری اس دنیا کی زندگی میں پورے ہوئے، تو آخرت کے وعدے کے پورے ہونے کا اس کو ٹوکن سمجھنا چاہیے۔ اگر ہماری نیتیں اور ہمارے معاملات ٹھیک رہے، تو یہ جو ہے ایز اے ٹوکن کے ہم لے سکتے ہیں، جو جو دنیا کی زندگی میں ہم پورا ہوتا ہوا دیکھتے ہیں۔ تو آخرت کی زندگی کا فلفلمنٹ کا ٹوکن ہے۔ فَأَفْعَلْنَا وَعَدًا حَسَنًا فَهُوَ لَاقِيٌّ اگر اس طرح ہم دیکھیں تو ہمارا یقین اور ہمارا یہ بڑھ جاتا ہے بہت کنیکشن کہ جس بات کے لیے ہم محنت کر رہے ہیں، اللہ تعالی اس کو دنیا میں بھی فلفل کرے گا اور آخرت میں بھی فلفل کرے گا۔ دونوں جگہ میں سے کہیں بھی جو ہے ان فلفلمنٹ کا ایکسپیرینس ایک مومن کو نہیں ہوگا، یہ قرآن کی جو ہے شورٹی ہے، نہ دنیا میں نہ آخرت میں کہیں بھی ناکامی اور ہیلپ لیسنس کا ایکسپیرینس نہیں ہوگا۔ ہر وقت نصرت، مدد اور جو ہے ہیلپنگ ایویڈنس ایونٹس ہوتے ہی رہیں گے، دنیا میں بھی اور آخرت میں بھی۔ تو یہ آیت جو ہے بہت ہی بوسٹنگ آیت لگتی ہے سوچ کر دیکھنے سے ، جیسے قرآن کی ایک دوسری آیت ہے وَالَّذِينَ جَاهَدُوا فِينَا لَنَهْدِيَنَّهُمْ سُبُلًا جو ہماری راہ میں سٹرگل کریں گے، ہم انہیں جو ہے راستے کھولتے جائیں گے، راستے دکھاتے جائیں گے یا کھولتے جائیں گے۔ تو ایک وعدہ حسن ہے خدا کا، جو لوگ ایمان اور یقین کا اضافہ اور اس کی اشاعت کے لیے کام کریں گے، اللہ تعالی کہہ رہا ہے کہ ان کے لیے ہم اپرچونیٹیز اوپن کریں گے۔ تو جیسے کہ مولانا کی زندگی میں ہم دیکھتے ہیں، جو بھی مولانا نے جو ہے اس سلسلے میں آئیڈیا ڈیولپ کیا یا جو بھی اپنا یہ بنایا، ورکنگ نکات کہ میں ان ان پوائنٹس پر کام کروں گا، تو وہ سارے اللہ تعالی نے جو ہے پورے کیے۔ یہاں تک کہ مولانا سیونٹیز سے سوچتے ہیں کہ ہمارے پاس عالمی زبانوں میں قرآن کے ترجمے ہونا چاہیے، اور لیف لیٹ اور بک لیٹ ہونا چاہیے۔ مولانا سیونٹیز سے لکھتے ہیں یہ بات، مولانا وہاں گئے تھے ترابلس، سیونٹیز میں گئے تھے مولانا ترابلس میں، تو وہاں ایک یہودی پادری سے مولانا نے جو ہے عربی میں بائبل پوچھی تو فوراً اس نے اویلیبل کروائی۔ تو وہاں مولانا لکھتے ہیں کہ کاش مسلمان بھی جو ہے قرآن کو اس طرح کر سکیں کہ وہ بہترین پرنٹنگ کے ساتھ، بہترین ٹرانسلیشن کے ساتھ جو ہے ورلڈ لینگویجز میں اس طرح اویلیبل کروا سکیں۔ تو سیونٹیز میں مولانا وہ سوچتے تھے، تو ہم دیکھتے ہیں کہ جو ہے مولانا کی زندگی میں ہی اللہ نے اس کے راستے کھول دیے، اور مولانا جو ہے پوری دنیا میں قرآن ڈسٹریبیوشن کا کام کروا سکے۔ تو یہی وعدہ حسن ہے کہ جو ہماری راہ میں کوشش کرے گا، اس کے لیے ہم اپرچونیٹیز کریٹ کریں گے۔ تو دنیا کے اندر اس طرح کے گڈ وشز کا پورا ہونا، وہ آخرت کے وعدوں کے پورا ہونے کا ایک ٹوکن ہم کہہ سکتے ہیں، جیسا حضرت موسیٰ کے حق میں پورا ہوا، رسول اور اصحاب رسول کے حق میں پورا ہوا، اور ہمارے زمانے میں بھی ہم دیکھتے ہیں وہ پورا ہو رہا ہے۔ تو ایسے ہی آخرت کا وعدہ بھی پورا ہوگا۔ یہ بات تو بہت زیادہ ہوپ والی ہے، اللہ سے امید کو بڑھانے والی، اور اللہ سے زندہ تعلق پیدا کرنے والی بات ہے کہ اللہ تعالی نے دنیا میں اپنے بندوں سے جتنے بھی وعدے کیے ہیں، جو جو وعدہ اللہ نے کیا ہے، اس کو اللہ نے پورا کیا ہے۔ اس کی مثالیں جیسا کہ آپ نے بتائیں، تو یہ ٹوکن ہے اس بات کا کہ آخرت میں بھی اللہ تعالی اپنے وعدوں کو پورا کرے گا، اور پورا ہوتے ہوئے ایک بلیور اپنے آنکھوں سے اس کو دیکھے گا۔ يعني وَالَّذِينَ جَاهَدُوا فِينَا لَنَهْدِيَنَّهُمْ سُبُلًا یہ بھی ایک وعدہ حسن ہے جو ہماری راہ میں سٹرگل کریں گے، ہم ان کے لیے راستے فراہم کریں گے۔ راستے بظاہر نہ دکھائی دے رہے ہوں، پھر بھی راستے ہم دکھائیں گے۔ تو گویا کہ ایک وعدہ حسن ہے خدا کا قرآن کے اندر، تو اس وعدہ حسن سے جو ہے ہر آدمی میٹ کرتا رہتا ہے تاریخ کے اندر، جو بھی سچے اس کے ساتھ چلتا ہے۔ اس پر خدا اپنے وعدے کو جو ہے پرومس کو فلفل کراتا ہے۔ تو مولانا کی زندگی میں بھی ہم دیکھ رہے ہیں کہ 50 سال تک جو ہے تاریخ میں کسی نے بھی اس طرح نہیں نکالا، میگزین سنگل ہینڈڈ جو ہے، کوئی بھی ویسٹ اور ایسٹ میں جو ہے نا ایک بھی میگزین نہیں ہے، ایسا جو 50 سال تک ایک ہی آدمی نے جو ہے ریلیز کیا ہو اپنے آرٹیکل سے۔ تو یہ مور دین کرامت ہے۔ تو یہی وعدہ حسن ہے جو اللہ تعالی پورا کرتا ہے ایک بندے کے ساتھ۔ تو 50، 50 سال تک آدمی جو ہے مسلسل خدا، آخرت، جنت، جہنم، اس طرح کے سبجیکٹ پر جو ہے لکھتا رہے، اور وہ ختم ہی نہ ہو۔ تو یہ بھی ایک وعدہ حسن ہے جو اللہ تعالی نے پورا کیا۔ پوری دنیا میں کوئی اس کی دوسری مثال نہیں ہے، اس طرح کی میگزین کی کہ ایک آدمی 50 سال تک نکالے۔ واقعی پیاسا بھی وعدہ حسن کی فلفلمنٹ کی کلیئر مثالیں ہیں، اور سورہ کے شروع میں نبی موسیٰ و فرعون لِقَوْمِ يُؤْمِنُونَ تھا، تو ایٹرنل یہ ایک وعدہ ہے اہل ایمان کے لیے، اور ہوپ اور ذمہ داری دونوں چیزوں کے لیے ایک ایک مٹیریل فراہم کرتا ہے۔ بہت ہی زبردست، جزاک اللہ ۔</w:t>
      </w:r>
    </w:p>
    <w:p/>
    <w:p>
      <w:pPr>
        <w:pStyle w:val="Heading1"/>
      </w:pPr>
      <w:bookmarkStart w:id="163" w:name="vg57"/>
      <w:bookmarkEnd w:id="163"/>
      <w:r>
        <w:t>The Story (Al-Qasas) - 28:62-63</w:t>
      </w:r>
    </w:p>
    <w:p>
      <w:bookmarkStart w:id="164" w:name="cl105"/>
      <w:bookmarkEnd w:id="164"/>
      <w:r>
        <w:rPr>
          <w:i/>
          <w:color w:val="77786F"/>
          <w:sz w:val="20"/>
        </w:rPr>
        <w:t>20 Aug 2026 (Urdu)</w:t>
      </w:r>
    </w:p>
    <w:p>
      <w:pPr>
        <w:jc w:val="right"/>
        <w:bidi/>
      </w:pPr>
      <w:r>
        <w:rPr>
          <w:rFonts w:ascii="Noto Nastaliq Urdu" w:hAnsi="Noto Nastaliq Urdu" w:eastAsia="Noto Nastaliq Urdu" w:cs="Noto Nastaliq Urdu"/>
          <w:sz w:val="26"/>
          <w:rtl/>
          <w:lang w:bidi="ur"/>
        </w:rPr>
        <w:t>جی۔ جی۔ جی۔ آ یتوں میں اللہ تعالیٰ جو ہے، رونگ ٹیچنگ کرنے والوں کو جو ہے، شریک کہہ رہا ہے۔ یعنی ایک ہے پیغمبروں کی ٹیچنگز، پیغمبروں کی تعلیمات، اور ایک ہے اس کے پیرلل ٹیچنگ، برابر برابر کی ٹیچنگ، جیسے سامری ہے۔ سامری جو ہے، حضرت موسیٰ کے پیرلل جو ہے، ایک ٹیچنگ کیا۔ سارون کا کیس بھی ایسے ہی لگتا ہے۔ تو اس آیت کے اندر بہت ہی ایک بڑی بات بتائی گئی ہے۔ ایک تو وہ ہے بت، بت اور آئیڈلز وغیرہ، وہ بھی خدا کے شریک ہیں۔ لیکن جو ہے، اس آیت کے اندر رونگ ٹیچنگ کرنے والے، پرانی سوچ کے علاوہ جو ہے، ایک اور سوچ دینے والے، ان کو بھی خدا جو ہے، اپنا شریک کہہ رہا ہے۔ تو گویا کہ جو ہے، رونگ ٹیچنگ کرنا، غلط مائنڈ سیٹ دینا، غیر قرآنی ذہن بنانا، یہ جو ہے، خدا کے شریک بننا ہے۔ تو یہ بہت ہی گمبھیر بات لگ رہی ہے۔ اور دوسری بات جو ہے، یہ سمجھ میں آ رہی ہے کہ قرآن جو ہے، اپنے ریڈر میں وہ ریسپانسبلٹی لینے کا ایک تو جو ہے، ان کو فالو کرے، صحیح ہو یا غلط ہو، کسی کے تو جو ہے، اس طرح کا مائنڈ سیٹ نہیں ہونا چاہتا۔ قرآن کا مائنڈ سیٹ یہ ہے کہ آدمی جو ہے، اپنی ریسپانسبیلٹی خود وہ اٹھائے، وہ خود سوچے سمجھے، اور جو ہے، باتوں کو اسیس کرے، اس کی بنیاد پر باتوں کو مانے، نہ کہ دوسروں کی وہ جو ہے، بلائنڈ فالونگ کرے۔ تو قرآن ایک جو ہے، کتاب تدبر ہے۔ تو کتاب تدبر ہونے کی وجہ سے جو ہے، وہ جو مائنڈ سیٹ بناتا ہے اپنے ریڈر کا، وہ یہ نہیں ہے کہ آپ کچھ بھی فالو کرتے رہیں۔ قرآن یہ چاہتا ہے کہ آدمی جو ہے، اپنے مائنڈ کو جو ہے، استعمال کرے، وہ سوچے سمجھے، باتوں کو جو ہے، کراس چیک کرے، اور جو ہے، اس کی بنیاد پر باتوں کو مانے۔ اگرچہ کہ اس میں اس کو غلطی ہو جائے، کوئی بات نہیں، لیکن وہ اسیسمنٹ اور تجزیے کے بعد ہونا چاہیے۔ اسیسمنٹ اور تجزیے کے بعد اگر غلطی ہو تو میجر میں دیکھو۔ لیکن جو ہے، بغیر اسیسمنٹ کے بات مان لی جائے تو اس پر کوئی ثواب نہیں ہے، بلکہ ہو سکتا ہے کہ جو ہے، پکڑ ہو جائے۔ دو باتیں جو ہے، بہت امپورٹنٹ لگ رہی ہیں اس میں: پہلی اور ریسپانسبیلٹی، اور دوسرا ہے کہ پیرلل ٹیچنگ کے ایڈوکیسی کے علاوہ جو ہے، کوئی اپنی سوچ اور اپنی فکر کو جو ہے، کی وکالت مت کرو۔ قرآنی ٹیچنگ کی وکالت کرو، ورنہ قیامت کے دن جو ہے، خدا کے شریک ڈیکلیئر کر دیے جائیں گے۔ یعنی اس آیت کو اگر ایکسٹینڈڈ سینس میں لیں گے تو ایک اسلام کی وہ تشریح ہے جس میں ربانیت ہے، خدا روحی زندگی ہے، لوگوں کی ویلوشنگ ہے۔ یہ اسلام ہے۔ الدین النصیر، دین نام ہے ویلوشنگ کا۔ اب اگر کسی نے اسلام کی ایسی تشریح کرنی ہے جو پولیٹیکل اسٹرگل کے معنی میں بن جائے، اور جو ہے، دنیا کاڑ پچھاڑ کا موضوع بن جائے، اسلام کی ایکسپلینیشن یا تفسیر، تو یہ بہت ہی سیریس بات ہے اس آیت کے مطابق۔ گویا کہ ایسی تفسیر جو ہے، خدا کا پارٹنر بننا ہے۔ تو آیت یہ کہہ رہی ہے کہ اس طرح کی پارٹنرشپ کے بارے میں جو ہے، آدمی کو سیریس ہونا چاہیے۔ وہ ایسی تفسیر اور ایسی چیزوں کی ایکسپلینیشن نہ دے جو خدائی سوچ کے خلاف ہو، قرآنی گول کے خلاف ہو۔ تو ورنہ جو ہے، وہ بھی خدا کے شریک بننے کے ہم معنی ہوں گے۔</w:t>
      </w:r>
    </w:p>
    <w:p>
      <w:pPr>
        <w:jc w:val="right"/>
        <w:bidi/>
      </w:pPr>
      <w:r>
        <w:rPr>
          <w:rFonts w:ascii="Noto Nastaliq Urdu" w:hAnsi="Noto Nastaliq Urdu" w:eastAsia="Noto Nastaliq Urdu" w:cs="Noto Nastaliq Urdu"/>
          <w:sz w:val="26"/>
          <w:rtl/>
          <w:lang w:bidi="ur"/>
        </w:rPr>
        <w:t>اس آیت کو لے کر میں بھی ابھی تک اسی بات کو سمجھ رہا تھا کہ جس طریقے سے سامری نے بچھڑا بنایا، اس طرح کے شرکاء یا شریک مراد ہیں۔ مگر آج ایک نیا اینگل سامنے آیا کہ ربانی تشریح کے بجائے غیر ربانی تشریح، یعنی پولیٹیکل یا سیاسی اسلام والی تشریح، اس طرح کی خود ساختہ تشریح بھی شرکاء اور شریک بنانا ہے۔ اور یہ اس قدر گمبھیر بات ہے کہ کہیں آسمان پھٹ نہ جائے، زمین شخ نہ ہو جائے، پہاڑ دھڑام سے گر نہ جائیں۔ اتنی بھیانک بات ہے کہ آدمی ربانی تشریح کو چھوڑ کر سیاسی تشریح کرنے لگے، جو کہ صرف اکھیڑ پچھاڑ کی طرف لے جاتا ہے۔ یعنی ربانی تشریح میں انسان کی اپنی ذات نشانے پر ہوتی ہے، اور سیاسی اکھیڑ پچھاڑ میں اپنی ذات نشانے پر نہیں بلکہ خارج، خارج نشانے پر ہو جاتا ہے۔ تو یہ اس قدر گمبھیر بات ہے کہ کہیں آسمان پھٹ نہ جائے۔</w:t>
      </w:r>
    </w:p>
    <w:p/>
    <w:p>
      <w:bookmarkStart w:id="165" w:name="cl106"/>
      <w:bookmarkEnd w:id="165"/>
      <w:r>
        <w:rPr>
          <w:i/>
          <w:color w:val="77786F"/>
          <w:sz w:val="20"/>
        </w:rPr>
        <w:t>21 Aug 2026 (English)</w:t>
      </w:r>
    </w:p>
    <w:p>
      <w:pPr>
        <w:jc w:val="right"/>
        <w:bidi/>
      </w:pPr>
      <w:r>
        <w:rPr>
          <w:rFonts w:ascii="Noto Nastaliq Urdu" w:hAnsi="Noto Nastaliq Urdu" w:eastAsia="Noto Nastaliq Urdu" w:cs="Noto Nastaliq Urdu"/>
          <w:sz w:val="26"/>
          <w:rtl/>
          <w:lang w:bidi="ur"/>
        </w:rPr>
        <w:t>جی شاہ صاحب، ان آیتوں کو سمجھنے کے لیے بخاری میں جو ہے ایک عمر بن سلمہ الجرمی ایک صحابی ہیں جو ایک دم بالکل کم عمر تھے۔ ان کے قبیلے کا نام جو ہے جرم ہے، جیم را میم الجرم۔ تو عمر بن سلمہ کہتے ہیں کہ جو ہے میں سب سے اپنے قبیلے کے اندر کم عمر تھا اور قرآن مجھے سب سے زیادہ یاد تھا۔ تو فتح مکہ کے بعد جو ہے جب سارا عرب مسلمان ہوا تو میرا قبیلہ جرم بھی مسلمان ہوا۔ تو انہوں نے کسی کو نہیں پایا قبیلے کے اندر امامت کے لیے۔ تو سب سے کم عمر میں ہی تھا اور قرآن مجھے زیادہ آتا تھا پڑھنا۔ تو انہوں نے مجھے ہی امام بنا دیا۔ تو اس حدیث کے اندر وہ بتاتے ہیں کہ جو ہے عرب کی جو یہ تھے آڈینس رسول اللہ کے وہ تین کیٹگری میں تھے وہ تین ٹائپ کے لوگ تھے۔ ایک وہ تھے جو ساری ہرڈلز کے باوجود مسلمان ہو گئے تھے جیسے حضرت ابوبکر اور عمر وغیرہ۔ انہوں نے جو ہے دلائل کو دیکھا اور سچائی کو جانا تو ماحول کے اگینسٹ وہ اپنا فیصلہ کر لیا اور رسول اللہ کے ساتھ ہو گئے۔ کچھ لوگ وہ تھے جو مخالفت میں جو ہے لیڈری کر رہے تھے جیسے ابوجہل وغیرہ وغیرہ۔ اور تیسری کیٹگری کے بارے میں بتاتے ہیں کہ یہی میجر پارٹ تھا عربس کا یعنی عام ماسس جن کو ہم کہتے ہیں عام لوگ۔ تو عام لوگوں کا خیال یہ تھا کہ جو ہے وہ دلائل وغیرہ نہیں دیکھ رہے تھے رسول اللہ کے جیسے حضرت ابوبکر اور عمر نے دلائل کی بنیاد پر یا میسج کی کلیرٹی کی بنیاد پر مانا تھا۔ عام لوگوں کا یہ حال نہیں تھا کہتے ہیں عمر بن سلمہ ۔ وہ کہتے ہیں کہ جو ہے عرب کے قبائل انتظار کر رہے تھے کہ اگر یہ سچا نبی ہے تو قریش کے ساتھ ٹکراؤ میں جو ہے یہ جیت جائے گا تو اس وقت ہم مان لیں گے اس پیغمبر کی بات اور اگر یہ جھوٹا انسان ہے تو قریش خود ہی اس کو ختم کر دیں گے تو ہمارا جو ہے ہیڈیک ہی ختم ہو جائے گا۔ یعنی محمد اگر فتح حاصل کرتے ہیں تو ان کے سچے ہونے کی دلیل ہوگی۔ اس وقت ہم سب رش کریں گے اسلام قبول کر لیں۔ اور اگر ایسا نہیں ہوتا ہے قریش جیتتے ہیں تو پھر آپس میں ہی ان کا معاملہ ختم ہو گیا۔ تو ہمیں اس میں پڑھنے کی ضرورت ہی نہیں ہے۔ تو عمر بن سلمہ کہتے ہیں کہ جب مکہ فتح ہوا تو سارا عرب جو ہے عرب کے جو عام قبائل جو انتظار میں تھے وہ سارے رش کیے اسلام قبول کرنے کے لیے۔ تو کہتے ہیں کہ میرا بھی قبیلہ انہی میں سے تھا جو فتح مکہ کے بعد جو ہے پورا کا پورا مسلمان ہوا اور مجھے امام بننے کا موقع ملا کیونکہ میں ہی کم عمر ہونے کے باوجود جو ہے سب سے چھوٹا یہ تھا اس میں قرآن کا زیادہ پڑھنے والا تھا۔ تو ان آیتوں کو اس حدیث کی روشنی میں دیکھیں گے تو جو ہے عوام ایسے ہی ہوتے ہیں۔ ہر دور میں جو ہے یہ تین کیٹگری ہو گی۔ ایک وہ ہوں گے جو حالات کے اگینسٹ جو ہے سچائی کو مانتے ہیں۔ یعنی صرف انہوں نے دلیل دیکھا اور اس کے سامنے سرینڈر ہو گئے جیسے حضرت ابوبکر اور عمر۔ تو ہر دور میں جو ہے اس طرح کے لوگ ہوں گے۔ دوسرے لوگ وہ ہوں گے جو اس کو اپوز کریں گے جیسے ابوجہل اور ابو لہب جیسے لوگ اپوزیشن کا رول پلے کریں گے۔ اور ماسس جو ہیں وہ صرف اس انتظار میں رہتے ہیں وہ دلیل نہیں دیکھتے حالات دیکھتے ہیں۔ حالات اگر اس طرف ہیں تو وہ اس طرف ہو جاتے ہیں اور حالات اس طرف ہیں تو اس طرف ہو جاتے ہیں۔ تو ان آیتوں کے اندر غالباً جو ہے یہی دو کیٹگری کا ذکر ہے۔ یعنی جو اپوزیشن کا رول پلے کر رہے ہیں اور باقی جو ہے عام لوگ ماسس۔ تو کبھی بھی یہ دو جو ہے ایسے ہی رہیں گے اور قیامت کے دن بھی ان کا معاملہ ایسے ہی ہوگا۔ قیامت کے دن اگر وہ یعنی موت سے پہلے اگر ان کو موقع نہیں ملا ایمان لانے کا تو حشر کے دن بھی جو ہے یہی کنورزیشن ہوگی اسی طرح کی جس کا یہاں ذکر ہے۔ قرآن میں بھی اور بھی جگہوں پر یہ سین پیش کیا گیا ہے کہ ایک جگہ قرآن میں کہا گیا ہے کہ جو ہے اے ہمارے رب تو ان اپوزیشن کا رول پلے کرنے والے لیڈرز کو ہمارے قدموں کے نیچے ڈال دے تاکہ ہم ان کو کرش کریں اپنے پیروں سے۔ اور اس طرح کی اور بھی باتیں ہیں قرآن کے اندر کہ حشر کے دن کس ٹائپ کے آپس میں جو ہے ماس اور اپوزیشن لیڈرز کس طرح کی گفتگو ہوگی۔ تو گویا کہ آیتیں ہمیں یہ بتا رہی ہیں کہ جو ہے ماسس کی یہ ایبیلیٹی نہیں ہوتی کہ وہ حالات کے خلاف جو ہے کوئی بات کو مانے۔ وہ جدھر ہوا کا رخ چلتا ہے اسی طرف چل پڑتے ہیں۔ تو آدمی کو اس سے اوپر اٹھ کر رہنا چاہیے۔ اگر اس سے اوپر اٹھ کر وہ رہتا ہے تبھی کوئی بڑا گین یا کوئی بڑی اچیومنٹ ملتی ہے۔ ماسس کے پیچھے یا جس کو ہیڈ مینٹیلیٹی کہتے ہیں ہیڈ کے پیچھے جانے والی سوچ جو ہے قرآن اس کو سپورٹ نہیں کرتا۔ قرآن اپنے ریڈر سے کہتا ہے کہ وہ ہیڈ مینٹیلیٹی سے باہر آئے اور اس سے اوپر کا لیول بنائے اپنی سوچ کا فکر کا جاننے کا ماننے کا انکار کرنے کا۔ جیسے حضرت بلال ہیں سلمان فارسی ہیں یا حضرت عمار ہیں حضرت یاسر ہیں یہ سب جو ہے بہت ہی سماج کے اپرز لوگ تھے لیکن ان کا پہچاننے کا لیول جو ہے حضرت ابوبکر اور عمر حضرت خدیجہ جیسا تھا۔ تو اللہ تعالی جو ہے وی آئی پیز اور ماسس دونوں سے کہہ رہا ہے کہ وہ اپنا تھنکنگ لیول بڑھائیں۔ وہ پریشرائز ہو کر سوچنے کے بجائے ان پریشرائز کنڈیشن میں آ جائیں زندگی کے اندر اور چیزوں کو جو ہے ایویڈنس اور فیکٹس کی نظر سے دیکھنے والے بنیں۔ چاہے وہ وی آئی پیز ہوں اور یا نان وی آئی پیز ہوں ماسز ہوں۔ تو دونوں جگہ ایسے لوگ ہوتے ہیں جو حالات کے اگینسٹ میں سوچنے سمجھنے کی صلاحیت رکھتے ہیں۔ اور دونوں جگہ جو ہے ایسے لوگ ہوتے ہیں جو حالات دیکھ کر ٹرن لیتے ہیں۔ تو حالات دیکھ کر ٹرن لینا جو ہے یہ ایک جنرل روش ہے پوری ہیومن ہسٹری میں۔ جو اس سے اوپر اٹھا وہی بگ اچیور بنتا ہے۔ جو انتظار میں رہا اس کو کوئی بڑا اچیومنٹ نہیں ملے گا۔ یہاں تک کہ وہ جو ہے حشر کے میدان میں اس طرح کی کنورزیشن میں پڑ جائے گا کہ کون گمراہ کیا کون گمراہ نہیں کیا۔</w:t>
      </w:r>
    </w:p>
    <w:p>
      <w:pPr>
        <w:jc w:val="right"/>
        <w:bidi/>
      </w:pPr>
      <w:r>
        <w:rPr>
          <w:rFonts w:ascii="Noto Nastaliq Urdu" w:hAnsi="Noto Nastaliq Urdu" w:eastAsia="Noto Nastaliq Urdu" w:cs="Noto Nastaliq Urdu"/>
          <w:sz w:val="26"/>
          <w:rtl/>
          <w:lang w:bidi="ur"/>
        </w:rPr>
        <w:t>عمر ابن سلمہ کے حوالے سے جو بات ہمارے سامنے آئی وہ ایک دم دور حاضر میں الرسالہ مشن کے ساتھ یہ تین طرح کا معاملہ ہمیں دیکھنے کو ملتا ہے کہ الرسالہ مشن کو بعض لوگ دلائل اور سچائی کی بنیاد پر اس کو ایکسیپٹ کرنے والے آپ پائیں گے اور دوسرا جو گروہ ہے وہ مخالفین کا گروہ ہے جو مخالفت میں لگا ہوا ہے اور تیسرا عام لوگ جس میں وہ بہت سارے علماء اور اہل علم حضرات بھی یا انٹلیکچولز بھی شامل ہیں جو حالات کو مدنظر رکھتے ہوئے وہ ہمت نہیں کر پا رہے کیونکہ حالات کا سامنا کرنے کی ان کے اندر طاقت اور ہمت وہ اپنے اندر نہیں پا رہے تو یہ تینوں طرح کے لوگ جیسے کہ ہمیں حدیث میں بتایا گیا عمر ابن سلمہ کے واقعے میں بتایا گیا وہ ہو بہو عین آج دیکھنے کو ملتا ہے رسالہ کے معاملے میں مولانا کے معاملے میں گویا کہ جو ہے کسی کا فرسٹ کمر ہونا جو ہے اس کے لیے پریولج کی بات ہے یعنی لوگ عام طور پر یہ دیکھتے ہیں کہ ہمارے کتنے فالوورز ہیں کتنے سنٹرز ہیں اور کتنے افیسرز ہیں اس فارم میں دیکھتے ہیں حالانکہ دیکھنا یہ چاہیے کہ ہم فرسٹ کمر ہیں یا لیٹ کمرز ہیں تو کسی بات کو جو ہے دلائل کی بنیاد پر ماننا اور حالات کے خلاف میں اس کو ایکسیپٹ کرنا آدمی کے لیے پریولج کی بات ہے ایک ایک انعام کی بات ہے نہ کہ کسی محرومی کی بات محرومی تو جو ہے لیٹ کمرز کے لیے ہوتی ہے فرسٹ کمر کے لیے نہیں ہوتی تو دلائل کی بنیاد پر ماننے والے جو ہیں وہ زیادہ بڑے انعام کے مستحق ہوتے ہیں اور جو حالات اور ہیڈ کو دیکھ کر مانتے ہیں بھیڑ کو دیکھ کر مانتے ہیں وہ کم لیول کا جو ہے انعام پانے والے ہوتے ہیں تو گویا کہ آیتیں یہ کہہ رہی ہیں کہ جو ہے بڑے انعام کے لیے تیار رہو ماسس کو فالو کرنے کے بجائے دلیل اور بات کی کلیرٹی کو فالو کرنے والے بنو ۔</w:t>
      </w:r>
    </w:p>
    <w:p/>
    <w:p>
      <w:pPr>
        <w:pStyle w:val="Heading1"/>
      </w:pPr>
      <w:bookmarkStart w:id="166" w:name="vg58"/>
      <w:bookmarkEnd w:id="166"/>
      <w:r>
        <w:t>The Story (Al-Qasas) - 28:64-67</w:t>
      </w:r>
    </w:p>
    <w:p>
      <w:bookmarkStart w:id="167" w:name="cl107"/>
      <w:bookmarkEnd w:id="167"/>
      <w:r>
        <w:rPr>
          <w:i/>
          <w:color w:val="77786F"/>
          <w:sz w:val="20"/>
        </w:rPr>
        <w:t>23 Aug 2026 (Urdu)</w:t>
      </w:r>
    </w:p>
    <w:p>
      <w:pPr>
        <w:jc w:val="right"/>
        <w:bidi/>
      </w:pPr>
      <w:r>
        <w:rPr>
          <w:rFonts w:ascii="Noto Nastaliq Urdu" w:hAnsi="Noto Nastaliq Urdu" w:eastAsia="Noto Nastaliq Urdu" w:cs="Noto Nastaliq Urdu"/>
          <w:sz w:val="26"/>
          <w:rtl/>
          <w:lang w:bidi="ur"/>
        </w:rPr>
        <w:t>السلام علیکم۔ ایک بھائی رات کو بول رہے تھے کہ بیت المقدس کی جو آیاتِ قرآنی ہیں، وہ ابھی منسوخ ہو چکی ہیں۔ تو منسوخ ہونے کے لیے تو ناسخ کی ضرورت ہے۔ تو کس آیت نے اس بات کو، بیت المقدس کی آیتوں کو منسوخ کیا ہے؟ ناسخ آیت کون سی ہے؟ یہ ابھی جو آیت پڑھی جا رہی ہے، اس پر غور کر کے بتائیے کچھ۔ ابھی جو آیت پڑھی گئی، اس پر غور کیجیے، بتائیے اس میں کچھ ملا آپ سے تو بتائیے۔ جی شاہ صاحب، شاہ صاحب، اس آیت میں "فَأَمِيَّتُ عَلَيْهِمُ الْأَنْبَآءَ" یہ جو ہے، خبروں کا اندھا ہو جانا، بلائنڈ ہو جانا، یعنی ان پر خبریں اندھی ہو جائیں۔ خبریں اندھی ہو جانے کا کیا مطلب ہے؟ وہ غور کرنے کی بات لگ رہی ہے اس کے اندر۔ خبریں اندھے ہونے کا مطلب شاید ایک ہے، ایک یہ ہے کہ جو ہے قرآن کے اندر دوسری جگہ بتایا گیا ہے کہ انسان کو جو ہے آرگیومنٹ کی بلیسنگ دی گئی ہے۔ انسان بہت ہی سکسیس فل آرگیومنٹ کرتا ہے کسی بھی بات میں، دنیا کے اندر۔ دنیا کے اندر جو ہے، ایک تو انسان سکسیس فل کنورسیشن کرتا ہے، سکسیس فل کنونسنگ کرتا ہے، اسپیچز ڈیلیور کرتا ہے، اور بہت ہی بیسیلر بکس لکھتا ہے۔ تو اللہ نے جو ہے انسان کے اندر یہ ایک بہت ہی بیان کی جو ہے، ایک عجیب و غریب چیز دی ہے، جو یونیورس میں کسی کے پاس نہیں ہے۔ یعنی ایون ملائکہ کے پاس بھی نہیں ہے، غالباً انسان کے جیسی ارگولیٹ کنورسیشن اور ارگولیٹ گفتگو جو ہے، کوئی یونیورس میں نہیں کر سکتا ہے۔ تو یہ بہت ہی بڑی بلیسنگ ہے جو بکس، اسپیچز اور سکسیس فل ڈائیلاگ ڈیلنگ کے فارم میں جو ہے، دنیا میں دیکھنے میں آتی ہیں۔ تو قرآن کے اندر دوسری جگہ کہا گیا ہے کہ جو ہے اچانک انسان حشر کے میدان میں دیکھے گا کہ یہ اور یہ بلیسنگ اس سے جو ہے ابولش کر دی گئی ہے، ختم کر دی گئی ہے۔ اور اچانک جو ہے ایک دوسرا فینومینن وہ دیکھے گا کہ اس کی اسکن اور اس کی جلد اور اس کے گوشت اور دوسرے پارٹس جو ہے اچانک بولنے لگے ہیں۔ یعنی آرٹیکولیٹ گفتگو کا جو ہے دور ختم، اور باتوں کو جو ہے صرف سن کر سرینڈر ہونا، اس کا دور چالو۔ تو انسان جو ہے حیرت سے دیکھے گا کہ میں تو بہت ہی آرٹیکولیٹ گفتگو کر سکتا تھا، اپنے مدعا کو بیان کرنے، اپنے موٹو کو دنیا کے سامنے رکھنے میں جو ہے میں بہت ہی سکسیس فل تھا، اچانک یہ کیسے جو ہے ختم ہو گئی مجھ سے۔ تو اپنی جلد سے پوچھے گا وہ کہ جو ہے لِمَ شَهِدْتُمْ عَلَيْنَا کیوں تم ہمیں اس طرح جو ہے یہ کر رہے ہو؟ ہم اری، ہمارے ساتھ جو ہے انمٹی دکھا رہے ہو، ہمارا ہی پارٹ ہو کر جو ہے ہمارے ہی خلاف بول رہے ہو، ایسا کیوں ہے؟ وہ کہیں گے کہ ہمیں تو نہیں پتا، آج ہمارے اندر یہ صلاحیت آ گئی ہے بولنے کی، اور جو ہے چیزوں کو ایز اٹ از بیان کرنے کی۔ تو " فَأَمِيَّتُ عَلَيْهِمُ الْأَنْبَآءَ" کا غالباً یہ ایک اینگل ہے کہ انسان کی پاور آف اسپیچ کو ختم کر دینا، اور دوسرے پارٹس کو موقع دینا جو سچ بول سکتے ہوں۔ انسان جو ہے باتوں کو بدل سکتا ہے، بہت ہی آسانی سے جو ہے الفاظ اور آئیڈیالوجیز اور کانسیپٹ لے کر جو ہے انسان باتوں کو بہت زیادہ ٹوسٹ کر سکتا ہے۔ تو وہ ٹوسٹ جو ہے ہمارے اعضاء میں نہیں ہے قیامت کے دن، وہ اسٹریٹ فارورڈ بولیں گے، ایز اٹ از بولیں گے ہر بات کو۔ تو غالباً "فَأَمِيَّتُ عَلَيْهِمُ الْأَنْبَآءَ" کا یہ مطلب ہے کہ پاور آف اسپیچ کا ابولش اور سچ بولنے کے دور کا آغاز، بگننگ آف ٹروتھ ٹیلنگ۔ دوسری ایک بات یہ دکھائی دیتی ہے کہ قرآن کا یہ میتھڈ ہے، وہ کبھی جو ہے پاسٹ ایونٹ کو جو ہے ریپیٹ کرنے کے لیے کہتا ہے اپنے مائنڈ میں۔ یعنی انسان سے یہ کہتا ہے کہ جو ہے "يَا بَنِي إِسْرَائِيلَ اذْكُرُوا نِعَمَتِي الَّتِي أَنَامْتُ عَلَيْكُمْ" اے بنی اسرائیل، میری ماضی کی وہ نعمتوں کو یاد کرو۔ اور عام انسانوں سے کہتا ہے کہ اس وقت کو یاد کرو جب ملائکہ نے یہ کہا تھا، آدم نے یہ کہا تھا، یا تاریخ کے جو ہے مختلف ایونٹس کا ذکر کرتا ہے جو ماضی سے ریلیٹڈ ہے، اور کہتا ہے کہ اس کو ریوائز کرو اپنے مائنڈ میں، اس کو یاد رکھو، اس کا آپس میں جو ہے چرچا کرو۔ اور دوسرا طریقہ قرآن کا یہ ہے کہ وہ ابھی جو ایونٹس واقع نہیں ہوئے ہیں، ان ایونٹس کو جو ہے کہتا ہے کہ اپنے چرچے میں لاؤ، ایسے ایونٹس ہونے والے ہیں، جیسے یہاں ان آیتوں میں ذکر ہے کہ کچھ اس ٹائپ کے جو ہے ان ایکسپیکٹڈ واقعات پیش آنے والے ہیں تم سے۔ تو ان واقعات کا جو ہے آپس میں مذاکرہ کرو، اس کو آپس میں آپس کی کنورزیشن کا موضوع بناؤ۔ یعنی پاسٹ کو بھی اپنے کنورزیشن میں لاؤ، اور فیوچر کو بھی اپنے کنورزیشن کی ٹاپک بناؤ۔ تو یہاں جو اس پیراگراف میں جو ہے فیوچر میں ہونے والی ایک بات کو اپنی کرنٹ کنورزیشن کا جو ہے سبجیکٹ کے طور پر لو، اس کو قرآن جو ہے یہ کہہ رہا ہے، اس سے جو ہے تمہارے اندر یہ یہ آئے گا، سدھار آئے گا، سوچ میں جو ہے تبدیلی آئے گی، تمہاری زبانوں کی جو آرٹ ہے، اس آرٹ کا تم کو صحیح فائدہ ملے گا۔ پاور آف اسپیچ کا جو ہے صحیح فائدہ ملے گا، اگر یہ پاسٹ ایونٹ اور فیوچر ایونٹ کو اپنا سبجیکٹ بناؤ گے، تم گفتگو کا موضوع بناؤ گے، تو تمہاری یہ پاور آف اسپیچ کا صحیح استعمال ہوگا، اس کی توفیق ملے گی۔ اگر ان امباء کے بجائے، ان نیوز آئٹم کے بجائے، کوئی اور نیوز آئٹم کو تم نے اپنایا، تو پھر پاور آف اسپیچ جو ہے غلط رخ پر جائے گی۔ یعنی ایک تو سبجیکٹ وہ ہیں جو قرآن میں پاسٹ اور فیوچر کو لے کر ہیں، خدا کے نامات کو لے کر ہیں۔ تو پاور آف اسپیچ جو ہے اس کے لیے استعمال کریں گے، تو صحیح اس کا فائدہ ملے گا، اس اسکل کا، اس قوت کلام کا۔ اور اگر امباء ہماری وہ نہیں ہوں گی جو ہونا چاہیے، تو پھر جو ہے پاور آف اسپیچ جو رزلٹ دے گی، وہ فائدہ مند نہیں ہوگی، اس کے اندر تو بس جھوٹی باتیں اور ایک دوسرے کو نیچا دکھانا، اور مختلف اس قسم کے جو ہے کاموں کے لیے جو ہے پاور آف اسپیچ استعمال ہوگی۔ تو پاور آف اسپیچ کو قرآن کہتا ہے کہ میرے دیے ہوئے کنٹینٹ کی روشنی میں یوز کرو، تو صحیح نتیجے تک پہنچے گی وہ۔ اگر ان امباء کے علاوہ دوسرے امباء، دوسرے نیوز آئٹم تمہارا ٹاپک بنیں گے، تو اس کا انجام تو یہ ہوگا کہ ایک دن اس کو ابولش کر دیا جائے گا، ختم کر دیا جائے گا تمہاری آرگیومنٹ کی صلاحیت کو۔ تو اس وقت یہ جو ہے احساس باقی رہے گا کہ کاش کہ ہم نے اپنی تھنکنگ ایبیلیٹی کا جو ہے صحیح استعمال کیا ہوتا۔ دنیا میں جب یہ ہم کو دی گئی تھی، اس کا ہم نے صحیح استعمال کیا ہوتا، تو آج رزلٹ کچھ اور ہوتا۔ ہم نے غلط استعمال کیا، تو وہ دور ختم ہو گیا جب ہم اس سے فائدہ اٹھا سکتے تھے۔ میں کہہ رہا تھا کہ یہ بات بہت تھرلنگ ہے کہ آپ نے جو مطلب جو سیکنڈ والی بات بتائی نا، پہلی والی بات بھی اچھی ہے، بٹ مطلب سیکنڈ والی بات ایک طرح سے زندگی کو ہم لوگوں کو کیسے کر کے ری اسٹرکچر کرنا پڑے گا۔ مجھے اپنے لیے مجھے ایک وہ گائیڈنس مل رہا ہے کہ ہم لوگ چرچا کیا کرتے ہیں، ہم لوگ ہمارا موضوع کیا ہوتا ہے ڈسکشنز کا۔ تو آپ نے جیسے یہ بات بتائی کہ قرآن بار بار حوالہ دے رہا ہوتا ہے کہ پاسٹ میں یہ گھٹنائیں گھٹی ہیں، اس اس کا تو عبرت لینے کا اپنی زندگی سے، اور قرآن میں بھی جو مینشنڈ ہے، اس اس کو ڈسکشن کا موضوع بنایا جائے۔ اور اس کے ساتھ ساتھ میں جو ایڈیشنل پوائنٹ ہے، جو بالکل بھی مطلب اس طرح سے کبھی کبھی نہیں سوچا تھا، کبھی سنا نہیں تھا کہ قرآن میں جو یاد دہانی کرائی گئی ہے ہیر افٹر کے بارے میں، اور اس کے سچویشن جو یہ سب ایک طرح سے پکچر ڈرا کیا گیا ہے، وہ سنیریو کا کہ کیا سنیریو ہوگا، وہاں پر کیا کیا باتیں ہوں گی، اس کو لے کر کے نا ہم لوگ جیسے قرآن جب پڑھتے ہیں تو بس وہ قرآن پڑھتے ہیں والا والا سٹائل ہوتا ہے، قرآن میں ہے یہ بات، بٹ وہ ہمارے ڈسکشن کا، ہمارے روزمرہ کے ڈسکشن کا وہ حصہ نہیں ہے۔ تو یہ ایک بہت بڑا فیکٹر ہے، فیاض بھائی، جو میں کچھ دن پہلے سے ہم لوگ ایک آرٹیکل میں بھی کچھ پڑھ رہے تھے ایسا، اور ہم سوچ رہے تھے کہ کیا ایسی بات ہے کہ ہم چاہے جتنا بھی ڈسکشن کر لیں، جتنا بھی ہم لوگ پڑھ لکھ لیں، ہمارا ہیر افٹر کانشیسنس کیوں نہیں امپروو ہو رہا ہے؟ ہمارے کمیونٹی وائز بھی، پلس ہم میں انڈیوی جولی اپنے اس پاس کے بھی لوگوں کو اگر دیکھوں ایسے تو ، تو میں یہ سوچتا تھا کہ پرافٹ کے جیسے صحابیوں کے بارے میں جب ہم لوگ کچھ پڑھتے ہیں تو ان کے ڈسکشن کا یہ حصہ ہوتا تھا، جیسے وہ بہت زیادہ ہیر افٹر کو دیکھ رہے ہیں، ایسا ان کے باتوں سے سمجھ میں آتا تھا کہ اس کے خوف میں جی رہے ہیں، یا اس کے لالچ میں، یا اس کے طلب میں، طلب میں ہیں۔ تو میں یہ سوچتا تھا کہ وہ کیا ایسی چیز ہوگی جو پرافٹ وہاں پر ڈسکس کرتے ہوں گے ان کے ساتھ، اور وہ صحابہ ان کے ساتھ کیا ایسے ڈسکشنز کرتے ہوں گے کہ ان کا ذہن ایسے بن رہا تھا کہ ایون وین مطلب وہ پرافٹ کے ساتھ نہیں بھی ہوں، اور وہ اپنی زندگی جی رہے ہوں، تو وہ ہیر افٹر کو ایک لیونگ ریلیٹی کی طرح دیکھ دیکھ رہے ہوتے تھے۔ تو یہ ایک چیز ہے جو مجھے لگ رہا ہے کہ شاید یہ ہمارے سماج سے اور ہمارے زندگی سے غائب ہے، یا میرے زندگی سے غائب ہے۔ میں دوسرے کا کیا محاسبہ کروں، میں اپنا کرتا ہوں۔ تو یہ ایک بڑا فیکٹر ہے، ایک پاسٹ کے اس سے لرننگ لینا، اور فیوچر کے اس ماحول کو جو قرآن بتا رہا ہے، کیونکہ ہم تو اس کو جان جان نہیں سکتے، بیکاز وی ہیو ناٹ سین فیوچر۔ اس کو اپنی ڈسکشنز کا فوکس بنانا، جو آپ نے یہاں سے ڈیرائیو کیا، یہ بہت ہی تھرلنگ ہے میرے لیے۔ جی تو یہ پاور آف آرگیومنٹ یا پاور آف اسپیچ جو ہے، یہ گریٹ بلیسنگ میں سے ہے، اسی سے جو ہے جنت بنتی بھی ہے، اور اسی سے بگڑتی بھی ہے۔ ایک حدیث میں کہا گیا ہے کہ جو ہے کیا ہم اپنے کہے ہوئے الفاظ کی وجہ سے جہنم میں جائیں گے؟ تو رسول اللہ نے کہا کہ کہے ہوئے الفاظ ہی تو ہیں جو تمہیں جہنم میں دھکیلتے ہیں۔ تو گویا کہ یہ آیتوں کے اندر سب سے امپورٹنٹ بات یہی بتائی جا رہی ہے کہ پاور آف آرگیومنٹ اور پاور آف اسپیچ کا جو ہے استعمال کا رائٹ ٹائم ہے۔ یہ ایک وقت آئے گا کہ اس کو ابولش کر دیا جائے گا، پھر جو ہے کسی دوسرے کو دیا جائے گا یہ کام، کسی دوسرے پارٹ کو جو اسٹریٹ فارورڈ اور ایگزیکٹ گفتگو کرے گا۔ تو وہ ایگزیکٹ گفتگو کرنے کا جو ہے موقع ختم ہونے سے پہلے اس موقع کو اویل کرو۔ گویا کہ آیتیں یہ کہہ رہی ہیں کہ جو ہے یہ بلیسنگ چھین لیے جانے سے پہلے اس کا رائٹ استعمال کرو، کیونکہ بہت جلد ایسا وقت آئے گا کہ یہ بلیسنگ چھین دی جائے گی، ابولش کر دی جائے گی۔ موت سے پہلے کی زندگی میں انسان مختلف آرگیومنٹس کرتا ہے، تو اس کے پیچھے بعض مقاصد ایسے ہوتے ہیں کہ ان میری جو آرگیومنٹ ہے، اس سے بہت سارے فالوورز مجھے ملیں گے، لائیکرز مجھے ملیں گے۔ یہ اس کے ذہن میں اعتماد اور بھروسہ ہوتا ہے، جس کے جس کے بل بوتے پر وہ مختلف آرگیومنٹ کر بیٹھتا ہے۔ اور اسی طریقے سے بعض اوقات میرے آرگیومنٹ کے مقابلے میں جب فیکٹس میرے سامنے آتا ہے، یا دلائل ایویڈنس سامنے آتے ہیں، تو میں ان دلائل کو ایکسیپٹ اس لیے نہیں کرتا ہوں کہ اس کے کرنے سے میرا مقام گھٹ جائے گا، لوگوں کے درمیان میرے فالوورز کم ہو جائیں گے، لائیکرز کم ہو جائیں گے۔ یہ بھی ایک لالچ ذہن میں ہوتا ہے، جس کی وجہ سے لوگ حق کا اعتراف کر نہیں پاتے، جبکہ اس حق کے اعتراف کے سلسلے میں کسی قسم کی کچھ کمی نہیں ہوتی ہے۔ وہ فیکٹ اور حقائق پر مبنی دلائل ہوتے ہیں، اس کے باوجود وہ اعتراف نہیں کر پاتا ہے، یا نام نہیں لے پاتا ہے۔ وجہ یہ ہوتی ہے کہ اگر میں نام لے لوں، یا اعتراف کر لوں، تو قوم نے جو مجھے مقام دے رکھا ہے، اس مقام میں کمی آ جائے گی۔ تو یہ بہت گمبھیر معاملہ ہے۔ تو چاہے آرگیومنٹ آدمی کرے، تو اس آرگیومنٹ کے ذریعے سے اس کے ذہن میں یہ ہوتا ہے کہ اس کے ذریعے سے میں بہت فیمس ہو جاؤں گا، مشہور ہو جاؤں گا، اور بہت سارے چاہنے والے، اور فالوورز، اور لائیکرز میرے بن جائیں گے۔ یہ ہوتا ہے۔ اور یہ بھی ہوتا ہے کہ حقائق سامنے آنے کے باوجود، دلائل سامنے آنے کے باوجود، آدمی اعتراف اس لیے نہیں کرتا ہے کہ اگر میں کروں تو پھر میرا مقام کیا رہے گا۔ تو ایسے ساری باتوں کے ذہن میں رکھنے والوں سے کہا جا رہا ہے یہ آیتوں میں کہ تمہیں اس دن کو اپنے ذہن میں رکھنا ہے کہ اس دن تم اللہ کو کیا جواب دو گے۔ اس دن تم اس پچھتاوے کے سوا کچھ نہیں کر سکو گے کہ کتنا بڑا جرم میں نے کیا کہ ایک چھوٹی سی عزت و شہرت کی خاطر، اور فالوورز اور لائیکرز کو پانے کی خاطر، میں نے کتنی بڑی سچائی کا میں اعتراف نہیں کیا۔ دیکھیے، سچائی کسی کی طرف سے آتی ہے تو اس شخص کا آپ نے اعتراف نہیں کیا۔ حقیقت میں خالق کا اصل میں اعتراف ہوتا ہے، وہ سچائی کا اعتراف خالق کا اعتراف ہوتا ہے، نہ کہ مخلوق کا اعتراف۔ اللہ تعالی کسی مخلوق میں سے کسی شخص کے ذریعے سے سچائی کو ظاہر کرواتا ہے، وہ الگ بات ہے، ورنہ سچائی کو ماننا رب کو ماننا ہے۔ سچائی کا اعتراف خالق کا اعتراف ہے۔ ہاں جی، بالکل صحیح۔ یہ معاذہ جب تم المرسلین سے متعلق سوچنے والا اینگل سچائی کو بتانے والوں کے لیے کیا آپ کا رسپانس تھا؟</w:t>
      </w:r>
    </w:p>
    <w:p/>
    <w:p>
      <w:bookmarkStart w:id="168" w:name="cl108"/>
      <w:bookmarkEnd w:id="168"/>
      <w:r>
        <w:rPr>
          <w:i/>
          <w:color w:val="77786F"/>
          <w:sz w:val="20"/>
        </w:rPr>
        <w:t>24 Aug 2026 (English)</w:t>
      </w:r>
    </w:p>
    <w:p>
      <w:pPr>
        <w:jc w:val="right"/>
        <w:bidi/>
      </w:pPr>
      <w:r>
        <w:rPr>
          <w:rFonts w:ascii="Noto Nastaliq Urdu" w:hAnsi="Noto Nastaliq Urdu" w:eastAsia="Noto Nastaliq Urdu" w:cs="Noto Nastaliq Urdu"/>
          <w:sz w:val="26"/>
          <w:rtl/>
          <w:lang w:bidi="ur"/>
        </w:rPr>
        <w:t>جی، کیا صاحب، I think ادھر اب تک جو ہے تین جگہ آیا ہے۔ ويوم يناديهم ويوم يناديهم ويوم ينادي دو بار اب تک آیا ہے، اور اسکے بعد پھر جو ہے دو چار آیتوں کے بعد پھر ويوم يناديهم کی آیت آ رہی ہے۔ جس دن جو ہے وو کال دے گا، کال آؤٹ کرے گا ۔ اور جیسا کہ ہم نے کل بات کیا تھا، ایک تو قرآن جو ہے ماجی کے باتوں کو یاد کرنے کے لیے کہتا ہے، اور پھر مستقبل میں پیش ہونے والی باتوں کی بھی جو ہے یاد دہانی کراتا ہے۔ تو ان آیتوں کے اندر ويوم يناديهم میں مستقبل میں پیش آنے والے کال آؤٹ ان کے بارے میں اللہ تالا خبر دے رہا ہے کہ اس دن کے بارے میں جو ہے الرٹ ہو جاؤ۔ جس دن تمہیں ایک کال دی جائے گی، تمہیں کورٹ میں جو ہے پروڈیوس کیا جائے گا۔ تو گویا کہ آیت یے کہ رہی ہے کہ جو ہے بی الرٹ بفور یو گیٹ ے کال آؤٹ ۔ کال آؤٹ سے پہلے جو ہے الرٹ ہو جاؤ۔ تو جب وو کال آؤٹ دی جائے گی، تو حدیث کے اندر بتایا گیا ہے کہ بندے کو جو ہے خدا کے سامنے کھڑا کر دیا جائے گا۔ وو جو ہے پریشان ہوکر جو ہے اپنے سیدھے ترف دیکھے گا، تو اسکو آگ ہی آگ نظر آئے گی۔ اور پھر جو ہے وو پریشان ہوکر اپنے لیفٹ سائیڈ دیکھے گا۔ اس وقت اس ترف بھی جو ہے اسکو کوئی مدد نہیں دکھائی دے گی۔ اور سامنے جو ہے دیکھے گا، تو جو ہے خدا ہوگا اسکے سامنے۔ اور پھر حدیث میں بنایا گیا، بتایا گیا کہ جو ہے لا ترجمان بینہ و بینہ۔ اس دن جو ہے خدا اور بندے کے بیچ میں کوئی ٹرانسلیٹر بھی نہیں ہوگا۔ بغیر کسی ٹرانسلیٹر کے جو ہے خدا کے سامنے کورٹ میں پیشی ہوگی۔ ایک حدیث میں بتایا گیا ہے۔ تو اس دن انسان جو ہے سامنے دیکھے گا، تو جو ہے خدا ہے۔ اور کوئی بچاؤ کا راستہ دیکھ رہا ہے، تو ہر طرف سے وو گھرا ہوا ہے۔ تو اس حدیث میں بتایا گیا کہ گفتگو اس حالت میں ہوگی کہ کوئی ٹرانسلیٹر نہیں ہوگا۔ اور ایسکیپ کا جو ہے کوئی راستہ نہیں چھوڑا گیا ہوگا۔ تو غالباً اسی کو جو ہے اسی سچویشن کو یہاں جو ہے یوم یونانی یوم یونانی کہا جا رہا ہے۔ تو اس اس وقت جو ہے قرآن اسی کو جو ہے عمیل امبا کہ رہا ہے۔ خبروں کا جو ہے اندھا ہو جانا اس سورت میں۔ یانی ایک فرسٹ اٹیمپٹ انسان نے یے کی کہ جو ہے اپنے لیڈرز کو بلیم دیا اسنے۔ هؤلاء الذين أغوينا یے یہی ہے وو لوگ جنہوں نے ہمیں برباد کیا، گمراہ کیا۔ تو وو والا آرگومنٹ بھی جو ہے فیل ہو گیا خدا کے پاس ۔ سورہ خاف میں بتایا گیا ہے کہ جو ہے لا تختصموا لدي قد قدمت اليكم بالوعيد میرے سامنے جو ہے آرگومنٹ مت کرو۔ میں نے آلریڈی اپنی وارننگ بھیج دی تھی۔ تو یے ہے ہمارے لیڈر، انہوں نے ہمکو برباد کیا۔ یے آرگومنٹ بھی جو ہے انویلڈ کیا جائے گا۔ دوسرا آرگومنٹ آئے گا کہ یے میرا دوست ہے، ساتھی ہے، اس نے ایسا کیا۔ تو اس کو بھی انویلڈ کر دیا جائے گا۔ اسی طرح جو ہے دوسری آیتوں میں بتایا گیا ہے کہ وو کہے گا کہ جو ہے ہمیں ایک اور چانس دیا جائے دنیا میں لوٹا کر۔ تو اللہ تالا یہ کہ کے رد کر دے گا۔ قولوا ردوا لعادوا لما نهوان اگر سیکنڈ چانس دیا بھی جائے، تو پھر وو وہی ری پیٹ کریں گے۔ یانی وہی اپنے سکلز کا اور اپنے جو بڈی کی جو تاقتیں جو دی گئی ہے، اس کا وہی استعمال کریں گے جو اس سے پہلے کرائے۔ یانی دماغ اور آزا کا جو ہے رانگ یوسیج ۔ واپس جانے کے بعد بھی وہی ری پیٹ کریں گے جو اب کر کے آئے۔ تو اس کو بھی جو ہے خارج کر دیا جائے گا اس ریکویسٹ کو بھی۔ تو یے جو ساری اٹیمپٹ جو ہے، اسکو جو ہے خارج کر دیا جانا، اسکو گالبن اس آیت میں جو ہے امیل امبا کہا گیا ہے۔ خبروں کا اندھا ہو جانا۔ یانی ساری آپکی ریکویسٹ، آرگومنٹ سبکو جو ہے خدا جو ہے ریجیکٹ کر دینا۔ تو اس وقت انسان جو ہے حدیث میں بتایا گیا، پریشان ہوکر اپنے دائیں طرف دیکھے گا ، اسکو کچھ نہیں دکھائی دے گا سوائے آگ کے۔ وو اپنے بائیں طرف دیکھے گا، اسکو کچھ بھی دکھائی نہیں دے گا۔ تو گالبن جو ہے امیل امبا یہی ہے۔ خبروں کا اندھا ہو جانا، جسکو قرانیہ کہ رہا ہے، گالبن اسی سچویشن کو کہا جا رہا ہے۔ سارے آرگومنٹ اور سارے ریکویسٹ جو ہے، ریجیکٹ کر دیے جانا۔ تو گویا کہ آیتوں کا مطلب یہ ہوا، بی الرٹ بفور یو کال آؤٹ۔ اور یوما یونانی سے پہلے جو ہے نداء کو جواب دو۔ اس آخرت کی نداء سے پہلے دنیا میں جو نداء دی جا رہی ہے، جو کال آؤٹ کیا جا رہا ہے، اسکو پازیٹو انسر کرو۔ جیسے قرآن کی سورہ آل عمران میں کہا گیا، ربنا انا سمعنا منادی یونانیم آمن۔ تو دنیا میں جو کال دی جا رہی ہے، اسکا پازیٹیو آنسر کرو۔ کبول اسکے کہ حشر میں کال آؤٹ کیا جائے اور وہاں تمہاری ہر رکویسٹ کو رجیکٹ کر دیا جائے۔ اسسے پہلے اپنے آپ کو الرٹ کر لو ۔</w:t>
      </w:r>
    </w:p>
    <w:p>
      <w:pPr>
        <w:jc w:val="right"/>
        <w:bidi/>
      </w:pPr>
      <w:r>
        <w:rPr>
          <w:rFonts w:ascii="Noto Nastaliq Urdu" w:hAnsi="Noto Nastaliq Urdu" w:eastAsia="Noto Nastaliq Urdu" w:cs="Noto Nastaliq Urdu"/>
          <w:sz w:val="26"/>
          <w:rtl/>
          <w:lang w:bidi="ur"/>
        </w:rPr>
        <w:t>السلام علیکم طاہر صاحب، واقعی یہ بی الرٹ بی اویر کا جو اسلوب ہے، یہ بہت امپریسیو ہے۔ اگر انسان کے اندر زندگی کی رمک ہے تو سٹیٹمنٹس جو ہیں قرآن کے، وَالْأَخْرَةُ هِيَ الْحَيَوَانُ ذُوِيَا نِلِّ النَّاسِ تو وہ ایک ترغیب کا پہلو ہے، اور یہ ترغیب کا پہلو دونوں جو ہے، اصل یہی ہے کہ انسان کو اصل حقیقت سے آشنا کیا جائے، اس کی جو پرائیورٹی وہ آخرت بن جائے، اور وہی اصل مقصد بھی ہے۔ بہت ہی صحیح آپ نے فرمایا، جزاک اللہ۔</w:t>
      </w:r>
    </w:p>
    <w:p>
      <w:pPr>
        <w:jc w:val="right"/>
        <w:bidi/>
      </w:pPr>
      <w:r>
        <w:rPr>
          <w:rFonts w:ascii="Noto Nastaliq Urdu" w:hAnsi="Noto Nastaliq Urdu" w:eastAsia="Noto Nastaliq Urdu" w:cs="Noto Nastaliq Urdu"/>
          <w:sz w:val="26"/>
          <w:rtl/>
          <w:lang w:bidi="ur"/>
        </w:rPr>
        <w:t>کہ اگر ہم اسکو ایک ٹائٹل دیں اس پیراگراف کو، تو ہم ایسا کہ سکتے ہیں، "کال آؤٹ الرٹ" ۔ جیسے فلڈ الرٹ کیا جاتا ہے، ارتھ کویک الرٹ کیا جاتا ہے، تو یے ڈومز ڈے کال آؤٹ الرٹ ہے۔ گویا کہ آیت ہے کال آؤٹ الرٹ۔ اور لیسن اگر ہم ایک لفظ میں کہنا چاہیں، تو یے جو آرگومنٹ کی صلاحیت ہے، جس کا ذکر اس سے پہلے ہوا کہ فرعون نے اس طرح کہا ، اور سامری نے اس طرح کہا، اور انبیا کو اس طرح جواب دیا گیا، تو گویا کہ سب نے غلط استعمال کیا آرگومنٹ کی صلاحیت کا یا بیان کی صلاحیت کا۔ اوریٹری کی صلاحیت کا جو ہے، غلط استعمال کیا۔ تو اللہ تالا یے کہ رہا ہے کہ اسکو ڈیایکٹیویٹ کرکے چھوڑ دیا جائے گا۔ ایک وقت آئے گا، ڈیایکٹیویٹ کر دیں گے، تو یے سب آرگومنٹ انسان بھول جائے گا۔ تو گویا کہ اسکا مطلب یے ہے آیت کا، یوز ازٹ بفور یو لوز ازٹ۔ یے سب صلاحیتوں کو آج صحیح استعمال کر لو سرنڈر ہونے کے لیے، اور خدا کے بندوں کو سمجھانے کے لیے۔ اسکا جو ہے پازٹو استعمال آج کر لو، کل اس سے جو ہے محروم ہونے سے پہلے ۔ یوز ازٹ بفور یو لوز ازٹ ۔</w:t>
      </w:r>
    </w:p>
    <w:p/>
    <w:p>
      <w:pPr>
        <w:pStyle w:val="Heading1"/>
      </w:pPr>
      <w:bookmarkStart w:id="169" w:name="vg59"/>
      <w:bookmarkEnd w:id="169"/>
      <w:r>
        <w:t>The Story (Al-Qasas) - 28:68-70</w:t>
      </w:r>
    </w:p>
    <w:p>
      <w:bookmarkStart w:id="170" w:name="cl109"/>
      <w:bookmarkEnd w:id="170"/>
      <w:r>
        <w:rPr>
          <w:i/>
          <w:color w:val="77786F"/>
          <w:sz w:val="20"/>
        </w:rPr>
        <w:t>25 Aug 2026 (Urdu)</w:t>
      </w:r>
    </w:p>
    <w:p>
      <w:pPr>
        <w:jc w:val="right"/>
        <w:bidi/>
      </w:pPr>
      <w:r>
        <w:rPr>
          <w:rFonts w:ascii="Noto Nastaliq Urdu" w:hAnsi="Noto Nastaliq Urdu" w:eastAsia="Noto Nastaliq Urdu" w:cs="Noto Nastaliq Urdu"/>
          <w:sz w:val="26"/>
          <w:rtl/>
          <w:lang w:bidi="ur"/>
        </w:rPr>
        <w:t>تو مغیرہ نے یہ کہا کہ خ دا کو پیغمبری کے لیے محمد کے علاوہ کوئی دوسرا کیوں نہیں ملا؟ اگر یہ قرآن جو ہے اس شہر کے کسی بڑے آدمی پر اترتا، صاحب حیثیت آدمی پر، یا طائف کے کسی بڑے شخص پر اترتا تو جو ہے ہم مان لیتے۔ یعنی طائف کی بڑی شخصیت سے مراد مفسرین کہتے ہیں کہ جو ہے عروہ بن مسعود۔ عروہ بن مسعود جو ہے وہاں ایک بڑی شخصیت تھی طائف میں۔ تو مغیرہ بن شعبہ کی جو ہے مراد یہ تھی اس سے کہ جو ہے یا تو مجھے پیغمبر بنایا جاتا یا طائف کے عروہ بن مسعود کو۔ تو ہم تو جو ہے ٹاورنگ پرسنیلٹی ہیں، عرب ہم کو جانتے ہیں، لیکن ہمیں اگنور کر کے یہ محمد کیسے مل گئے خدا کو؟ تو یہ کوئی ضرور جو ہے محمد کا اپنا معاملہ ہے، کوئی خدائی معاملہ نہیں۔ یعنی مغیرہ بن شعبہ یہ کہہ رہے ہیں کہ یا تو میرا سلیکشن ہوتا پیغمبری کے لیے یا عروہ بن مسعود کا ہوتا۔ یہ محمد کا سلیکشن جو ہے ہمارے کچھ سمجھ میں نہیں آ رہا ہے۔ تو اس کے جواب میں یہ کہا جا رہا ہے وربك يخلق ما يشاء ويختار. کہ کچھ باتیں ایسی ہیں جس میں بندوں کو اس طرح کی انٹری نہیں کرنا چاہیے، اس طرح کا جو ہے انٹرفیئر نہیں بتانا چاہیے کہ فلاں معاملے میں مجھ سے خدا پوچھ کر کرتا یا فلاں معاملہ اس طرح ہوتا۔ تو جیسا یہ کہہ رہے ہیں کہ جو ہے اگر عروہ بن مسعود السقفی طائف کے جو ہیڈ جو تھے ان پر یہ قرآن اترنا چاہیے تھا تو غزوہ حنین کے بعد جو ہے یہ عروہ بن مسعود جو ہے رسول اللہ کے پاس آئے طائف کے اور انہوں نے اسلام قبول کیا تھا۔ تو رسول اللہ نے ان سے کہا تھا کہ جو ہے آپ کو جو ہے آپ کی قوم ریجیکٹ کرے گی، اس لیے آپ جائیں نہ جائیں طائف کو واپس۔ تو عروہ بن مسعود نے کہا تھا کہ جو ہے اللہ کے رسول میں اپنی قوم میں بہت ہی ہردل عزیز ہوں ، میں بہت ہی ان کا پسندیدہ آدمی ہوں، وہ میری بات مانیں گے۔ رسول اللہ نے کہا کہ نہیں مانیں گے وہ آپ کی بات۔ تو عروہ بن مسعود واپس ہوئے اور کسی میدان میں طائف کے لوگوں کو جمع کیا اور اعلان کیا کہ جو ہے میں محمد کو نبی مانتا ہوں اور میں ایمان لایا۔ تو لوگ گالیاں شروع کیں، یہاں تک کہ ایک آدمی نے غصے سے ایک تیر پھینکا۔ تو روایتوں میں آتا ہے کہ وہ تیر جو ہے ان کے پیشاب کی جگہ پر لگا، یورین کے ایریے پر لگا، اور وہ وہیں مر گئے وہ اسی میدان میں۔ تو اس سے معلوم یہ ہوا کہ مغیرہ بن شعبہ جیسا کہہ رہے ہیں معاملہ ویسا ہے نہیں۔ یعنی صرف وہ فار دی سیک اف ارگیومنٹ اس طرح کہہ رہے ہیں کہ مجھے بنایا جاتا یا بن مسعود کو تو ہم مان لیتے ہیں محمد کو کیوں بنایا گیا۔ تو حضرت عروہ بن مسعود بتا رہا ہے کہ انسان جو ہے ایک وش فل کرنے لگے اور خود موسی کے وقت جو ہے قارون بھی جو ہے اسی طرح کی باتیں بولتا تھا۔ قارون جو ہے بنی اسرائیل میں یہ بولتے پھرتے تھے کہ جو ہے موسی اور ہارون مل کر من مانی کر رہے ہیں بنی اسرائیل میں، کیوں ان کو اتنی زیادہ اتھارٹی حاصل ہے؟ اتھارٹی جو ہے ہم لوگوں کو بھی ملنا چاہیے۔ تو انسان جو ہے ایک ارگیومنٹ کرتا ہے، اس ارگیومنٹ کے مطابق اس کی بات پوری ہو جائے تو پھر وہ کوئی دوسری ارگیومنٹ کرتا ہے۔ مطلب یہ ہے کہ جو ہے وہ چاہتا ہے کہ چیزیں اس کی وش کے مطابق ہوتی رہیں، نہ کہ ریئل نیڈ کے حساب سے۔ تو اسی کو یہاں پر جو ہے رب کا یخلق ماحشاء و یختار کہا گیا ہے۔ مفسرین اس طرح بتا رہے ہیں اس کو کہ خدا جو چاہے پیدا کرتا ہے اور جو چاہے فیصلہ لیتا ہے، ضرورت کی نسبت سے۔ وہ لوگوں کی اگر وش کے حساب سے چلنے لگے تو قرآن میں کہا گیا ہے کہ جو ہے لفسدت السماوات والارض ولو اتبع الحق واهواه لفسدت السماوات والارض اگر لوگوں کی باتوں کے حساب سے واقعات کو ملایا جائے تو زمین اور اسمان میں جو ہے بڑا ڈسٹربنس آ جائے گا۔ تو گویا کہ یہ کہا جا رہا ہے کہ جو ہے ان نیسیسری انٹرفیرنس سے بچے، آدمی اپنی لیمٹ کو سمجھے اور اپنی لیمٹ میں محدود رہے۔ دوسروں کی لیمٹ کو وہ جو ہے کراس نہ کرے، جیسے خدا کی لیمٹ کو وہ کراس نہ کرے۔ خدا کو مشورے نہ دے کہ خدا کو یہ نہیں، وہ کرنا چاہیے تھا، وہ نہیں، ایسے کرنا چاہیے تھا۔ بلکہ معاملہ یہ ہونا چاہیے کہ خدا کے فیصلے جو ہوتے ہیں وہ بڑی بلند شی پر بیس کرتے ہیں۔ میرا کام یہ ہے کہ میں فرمانبرداری کروں، نہ کہ خدا کو ایڈوائس کروں۔ چیزیں موسی کو نہیں، قارون کو نبی بنایا جاتا تو میں مان لیتا، محمد کو نہیں، عروہ بن مسعود کو بنایا جاتا تو میں مان لیتا۔ تو اس طرح کی باتیں نہیں کرنی چاہیے۔ مولانا اس بات کو اس طرح کہہ دیتے ہیں کہ کسی بات کو اس کے جوہر اور میرٹ کی بنیاد پر چیک کرنا چاہیے۔ اگر وہ میرٹ کی بنیاد پر پاس ہے تو پھر وہ صحیح بات ہے، پھر جو ہے دوسرے اف بٹس اس میں نہیں ملانا چاہیے آدمی کو۔ ایک صاحب تھے، مولانا ذکر کرتے تھے ان کا، وہ مولانا کے پاس آتے، وہ ایک صاحب تھے، وہ مولانا کے پاس آتے اور کہتے کہ جو ہے ہم آپ کو ہی کیوں صحیح مانیں؟ سب لوگ ایک طرف کہتے ہیں اور آپ ایک بات کہتے ہیں، تو آپ ہی کی بات کیسے صحیح ہم مانیں اور اتنے لوگوں کو کیسے چھوڑ دیں؟ تو گویا کہ ان کے حساب سے جو ہے حق جو ہے سب کے ساتھ ہونا چاہیے۔ حق ایک آدمی کے ساتھ ہو تو وہ کوئی بات نہیں ہے۔ تو میرٹ کے بجائے جو ہے کراؤڈ اور بھیڑ کو جو ہے دلیل سمجھنا۔ تو وربك يخلق ما يشاء ويختار. تو ایسے موقع پر کہا جائے گا کہ جو ہے حق جو ہے بھیڑ یا انڈیویجول کو نہیں دیکھتا، حق جو ہے اپنی میرٹ کی بنیاد پر کھڑا رہتا ہے۔ وہ بھیڑ یا کسی کا الگ ہونا یہ اس کی ضرورت نہیں ہے۔ اس کی ضرورت صرف یہ ہے کہ وہ اپنے آپ میں میرٹ پر کھڑا ہوا ہے یا نہیں کھڑا ہوا ہے۔ تو اس لیے قرآن میں کہا گیا ہے کہ جو ہے طیب اور میرٹ اور ڈی میرٹ دونوں برابر نہیں ہو سکتے۔ اگرچہ کہ جو ہے ڈی میرٹ کتنا ہی زیادہ ہو مقدار میں، اس کی کوئی ویلیو نہیں ہے۔ اور میرٹ جو ہے اس کے ساتھ اگر کوئی بھی نہ ہو، تب بھی وہ جو ہے اپنے آپ میں ویلیڈ ہے۔ تو وربك يخلق ما يشاء ويختار. غالباً یہی مفہوم ہے کہ میرٹ کے ساتھ بھیڑ ہے یا فرد ہے، یہ نہیں دیکھا جائے گا۔ میرٹ کو خود جو ہے سچائی کو اس کے جوہر کی بنیاد پر دیکھا جائے گا۔ اگر وہ میرٹ کی بنیاد پر اترتی ہے تو چاہے اس کے ساتھ زیرو پاپولیشن ہو، زیرو سپورٹر ہو، تب بھی وہ اپنے آپ میں سچائی ہے۔</w:t>
      </w:r>
    </w:p>
    <w:p>
      <w:pPr>
        <w:jc w:val="right"/>
        <w:bidi/>
      </w:pPr>
      <w:r>
        <w:rPr>
          <w:rFonts w:ascii="Noto Nastaliq Urdu" w:hAnsi="Noto Nastaliq Urdu" w:eastAsia="Noto Nastaliq Urdu" w:cs="Noto Nastaliq Urdu"/>
          <w:sz w:val="26"/>
          <w:rtl/>
          <w:lang w:bidi="ur"/>
        </w:rPr>
        <w:t>ہاں، صحی ہے۔ یہ جو معیار ہے، سچائی کو سمجھنے کا یا سچائی کو پانے کا جو معیار ہے، وو یے کہ میرٹ کے بیس پر دیکھا جائے، میرٹ کی بنیاد پر۔ کہ جسکے پاس میرٹ ہے، اگرچہ کہ اسکے سراؤنڈنگ میں کوئی کراؤڈ ن ہو ، تب بھی میرٹ کی بنیاد پر اسکو لیا جائے گا ۔ اور جسکے سراؤنڈنگ میں یا جسکے اطراف میں کراؤڈ کیوں ن ہو ، اگر ڈی میرٹ ہے اسکے پاس، میرٹ نہیں ہے، تو پھر اسکی کوئی ویلیو نہیں ہوگی ۔ یے ایسا لگتا ہے کہ سچائی کو پانے کا کرائٹیریا ہے۔ مولانا کے اعتراف کے معاملے میں بھی امت نے یہی غلطی کی ہے کہ سچائی کو سمجھنے کا جو معیار ہے، اس معیار کو وہ پکڑ نہیں پائے۔ بلکہ انہوں نے میرٹ کے بجائے کراؤڈ کو انہوں نے دیکھا۔ امت نے یا تو کراؤڈ کا چشمہ لگا کے دیکھا یا اکابر کا چشمہ لگا کے دیکھا۔ تو دونوں لحاظ سے انہیں محسوس نہیں ہوا کہ ان کو ان کے پاس سچائی ہے۔</w:t>
      </w:r>
    </w:p>
    <w:p/>
    <w:p>
      <w:bookmarkStart w:id="171" w:name="cl110"/>
      <w:bookmarkEnd w:id="171"/>
      <w:r>
        <w:rPr>
          <w:i/>
          <w:color w:val="77786F"/>
          <w:sz w:val="20"/>
        </w:rPr>
        <w:t>26 Aug 2026 (English)</w:t>
      </w:r>
    </w:p>
    <w:p>
      <w:pPr>
        <w:jc w:val="right"/>
        <w:bidi/>
      </w:pPr>
      <w:r>
        <w:rPr>
          <w:rFonts w:ascii="Noto Nastaliq Urdu" w:hAnsi="Noto Nastaliq Urdu" w:eastAsia="Noto Nastaliq Urdu" w:cs="Noto Nastaliq Urdu"/>
          <w:sz w:val="26"/>
          <w:rtl/>
          <w:lang w:bidi="ur"/>
        </w:rPr>
        <w:t>شاستری، اتنا اتنا گ ور کرنے سے ایک بات سمجھ میں آ رہی ہے۔ جیسے یہاں footnote میں لکھا ہے، ایک mindset ہے، mysterious thinking والا mindset، اور ایک ہے scientific mindset, یانی mysterious versus scientific mindset۔ mysterious thinking یہ ہے کہ جیسے مغیرہ کہ رہے ہیں کہ یہ دو شہروں میں سے کسی بڑے آدمی پر یہ بات اتاری جاتی ہے، تو کچھ بات ہوتی ہے اروہ بن مسعود اور ولید بن مغیرہ۔ تو یہ سائنٹفک تھنکنگ نہیں ہے، اس طرح سوچنا ۔ کیونکہ یہ لاجک ایکسپیرینس میں غلط ثابت ہوا۔ اروہ بن مسعود جب مسلمان ہوے اور انہوں نے اعلان کیا، تو ایک میدان میں اپنے قوم کو بلایا اور اسکا اعلان کیا ہنین کے بعد ۔ تو لوگ جو ہیں ناراض ہوے اور کسی نے ایک تیر پھینکا، جو ان کے ناف کے نیچے لگا، اور وہ مر گے۔ تو گویا کہ یہ جو کہا جا رہا تھا کہ محمد کے علاوہ کہیں یہ بات نازل ہوتی، تو ہم یہ مان لیتے۔ تو یہ بس جو ہے کہنے کی بات ہے، اس کا کوئی حقیقت سے کوئی تعلق نہیں ہے۔ انسان جس کو نہیں ماننا ہے، وہ نہ ماننے کے لیے کوئی ریزن نکال لیتا ہے۔ اور جس کو ماننا ہے، وہ جو ہے میرٹ کی بنیاد پر مانتا ہے۔ تو گویا کہ اللہ تالا یہ کہ رہا ہے کہ جو ہے صحیح mindset یہ ہے، جو آیات اے آفاق و انفس یا آیات اے تاریخ ، اس پر depend کرتا ہو۔ جو fact کو دیکھ کر جو ہے reason out کرتا ہو چیزوں کو۔ دوسرا وہ ہے، جو wishful نتیجہ نکالتا ہے۔ کسی بھی بات میں جو ہے اپنی wishful thinking کے حساب سے نتیجہ اکس کرتا ہے۔ یانی ایک جگہ ایک نتیجہ اکس کرے گا، دوسری جگہ دوسرا۔ کوئی اس کا سوچنے کا پیٹرن نہیں ہے۔ تو گویا کہ جو ہے یہ معاملہ ہے سائنٹیفک تھنکنگ ورسس وش فل تھنکنگ یا میسٹریس تھنکنگ۔ تو گویا کہ اللہ تالا یہ چاہتا ہے کہ انسان جو ہے وہ پاسٹ کے جو واقعات ہیں، اس سے سبق لے۔ فیوچر کی جو انفارمیشن دی جا رہی ہے، اس سے سبق لے۔ یا زمین اور آسمان میں جو نشانیاں پھیلی ہوئی ہیں، اس پر اس کی تھنکنگ بیس ہو ۔ تو نتیجہ نکالنے میں جو ہے وہ غلطی کرنے سے بچ سکتا ہے۔ اور اگر ایسا نہ ہو، ہر جگہ وہ کوئی ایک اپنا اِف آر بٹ نکال دے۔ محمد کو دیکھا تو یہ کہا کہ جو ہے نہیں، انکو نہیں، انکو بھیجنا چاہیے تھا۔ وہاں موسیٰ کو بھیجا تو جو ہے کوئی اور بات نکال لی۔ تو سہی mindset یہ ہے، جو scientific ہو، جو base کرتا ہو آیات اعراف و انفس پر، آیات تاریخ پر، وغیرہ وغیرہ۔ دوسرا mindset وہ ہے، جو کچھ نہ کچھ if-but نکال لیتا ہے ہر وقت۔ تو if-or-but جو ہے کے بارے میں پیچھے بتایا گیا کہ جو ہے فَعْمِيَةُ الْأَيْمُ الْعَمَّاءُ۔ آج تو وہ چل رہے ہیں، کل ایسا ہوگا کہ جو ہے ان سبکو abolish کر دیا جائے گا ، اس طرح کے argument کو۔ پھر تو جلد بولے گی انسان کی، سہی بات۔ آج انسان بولنے کے لیے تیار نہیں ہے، کل اس کے organ بولیں گے ۔ یعنی اپنی ڈومین کو سمجھو۔ جو تمہارا ڈومین نہیں ہے، اس میں کمنٹ کرنے کی ضرورت نہیں۔ یانی یہ خدا کا ڈومین ہے کہ وہ محمد کو بھیجے یا موسیٰ کو سلیکٹ کرے۔ یہ خدا کا ڈومین ہے، جس میں تمہارے لیے کوئی سے نہیں ہے۔ کوئی کہنے کا جو ہے تمہیں رائٹ نہیں دیا گیا۔ اس میں رائٹ نکالنے کی کوئی ضرورت نہیں ہے۔ وہاں کا خ ُ دا کا ڈومین ہے۔ خدا کے ڈومین میں جب تمہیں کوئی right ہی نہیں ہے، تو پھر اس میں اس طرح کی باتوں سے کیا فائدہ ہوگا؟ جہاں تمہیں ذہن استعمال کرنے کے لیے کہا گیا ہے، وہاں ذہن استعمال کرو۔ وہاں مت کرو جہاں تمہارا کوئی right ہی نہیں ہے، وہاں ذہن لگانے کا ۔</w:t>
      </w:r>
    </w:p>
    <w:p>
      <w:pPr>
        <w:jc w:val="right"/>
        <w:bidi/>
      </w:pPr>
      <w:r>
        <w:rPr>
          <w:rFonts w:ascii="Noto Nastaliq Urdu" w:hAnsi="Noto Nastaliq Urdu" w:eastAsia="Noto Nastaliq Urdu" w:cs="Noto Nastaliq Urdu"/>
          <w:sz w:val="26"/>
          <w:rtl/>
          <w:lang w:bidi="ur"/>
        </w:rPr>
        <w:t>Ashanak Payasah: Aspect جو ہے، بازاوقات wishful thinking والا aspect بہت ہی important ہے۔ کیونکہ اللہ ہی جانتے ہیں کہ سکو پیغمبر بنانا چاہے۔ تو مجھے جو selection سے متعلق ایک دو human جو examples ہیں، ان کا حوالہ میں دے سکتا ہوں۔ ایک مولانا کا، جو مولا کے چھوٹے بھائی عبدالباسط شاید، جن کا حوالہ مولانا نے لکھا ہے۔ ان کا سلیکشن جب ہوا تھا، تو سلیکشن کمیٹی نے کہا تھا کہ he is above سلیکشن کمیٹی یا کچھ ایسا کمنٹ مولانا نے کہا ہے۔ تو ظاہر ہے، جو سلیکشن کمیٹی والے ان کے وقف کو جانتے تھے، یا ان کے جو خاص ممبر جانتے تھے۔ اسی طرح کا ایک انسٹنس مجھے وشنو ڈیو یونیورسٹی میں میرے ایک دوست کے لڑکے کا سلیکشن ہو رہا تھا۔ وہاں، ہالانکہ وہ ہندو یونیورسٹی جو مطلب یوں سمجھ میں لگتی ہے، تو مسلم بوائے ہے، وہیں پڑھے لکھے تھے۔ تو جب سلیکشن ہونا تھا، اسی کا سلیکشن ہوا۔ کیونکہ جہاں ٹیچرز تھے، جو سلیکشن کمیٹی اسے زیادہ بہتر جانتے تھے۔ تو اس طرح یہ human domain میں بھی اسکی examples ہیں۔ تو جو Almighty God ہے، اسکا domain کتنا ظاہر ہے، human سے کتنا بسیتر ہے، وہی جانتے ہیں اللہ تبارک تالا۔ تو ذبردست یہ چیز ہے کہ this is not our domain. لیکن humanists غلطی ، مطلب بہت تنگداری میں سوچتے ہیں۔ مجھے اب اس سلسلے میں موسیٰ علیہ السلام اور یوسف علیہ السلام کا جو ہے قرآن میں comments، وقذالک نزدل محسنین، غالب ان دونوں کے معاملے میں۔ اور خود نبی صلی اللہ علیہ وسلم سے متعلق، غالب میں یہ نہیں کہا گیا۔ کیونکہ ان کی جو history ہے، ان کا جو محسن ہونا، وہ تو history نے بتا دیا۔ یا history میں وہ already ثابت تھا، وہ موجود تھا۔ اس لیے بتانے کی ضرورت نہیں تھی۔ یہ تھوڑا میرا احساس تھا۔ السلام علیکم۔</w:t>
      </w:r>
    </w:p>
    <w:p>
      <w:pPr>
        <w:jc w:val="right"/>
        <w:bidi/>
      </w:pPr>
      <w:r>
        <w:rPr>
          <w:rFonts w:ascii="Noto Nastaliq Urdu" w:hAnsi="Noto Nastaliq Urdu" w:eastAsia="Noto Nastaliq Urdu" w:cs="Noto Nastaliq Urdu"/>
          <w:sz w:val="26"/>
          <w:rtl/>
          <w:lang w:bidi="ur"/>
        </w:rPr>
        <w:t>اور ان باتوں کو specific بولنے سے یا comparison سے بات اکدم clear ہو جاتی ہے۔ جیسا کہ آج wishful thinking یا پرسرار ، پرسرار thinking یا mysterious thinking، اور اسکے مقابلے میں scientific thinking۔ اس طرح سے comparison سے بات بہت clear ہوتی ہے۔ جیسا کہ میرے لیے بہت clear ہوئی کہ scientific thinking کے مقابلے میں جو mysterious thinking ہے یا wishful thinking ہے، وہ کس قدر عجیب ہے۔ دیکھیے کہ وہ اپنے domain سے ہٹ کر وہ خدا کے domain تک چلا جاتا ہے، اور اسکو پتا بھی نہیں ہوتا ہے کہ کسکو پیغمبر بنائیں یا کسکو پیغمبر نہ بنائیں۔ یہ خدا کا معاملہ ہے یا اللہ کا domain ہے۔ wishful thinking کی badness کیسی ہے، دیکھیے کہ وہ اپنے domain سے ہٹکر وہ خدا کے domain میں گفتگو کرنے لگتا ہے۔ اب ظاہر سی بات ہے، آدمی اپنے domain سے ہٹکر خدا کے domain میں گفتگو کرنے لگے تو وہ لاحاصل ہے۔ اس طرح سے mysterious thinking اور wishful thinking، یعنی بالکل ، یعنی اسکی کوئی value نہیں رہ پاتی ہے۔ اسکے مقابلے میں جو scientific thinking ہے، وہ کس قدر انسان کی personality پر اثر انداز ہوتی ہے، اور اسکو ارتقا اور ڈیولپمنٹ کی طرف لے جاتی ہے۔ کہ یانی یا تو آدمی اللہ اور تاریخی حقائق اور وندرز آف گاڈ جو فیکٹس ہیں، اسکو لے کر سوچے تو کس قدر اسکی realistic پرسنیلٹی بنتی ہے، اور وہ آگے ترقی کی طرف وہ غامزن ہونے لگتی ہے۔ تو وشفل تھنکنگ کا جو بیڈنس ہے، وہ بالکل واضح ہو کر سامنے آیا آ ز کی گفتگو سے۔ علمائے مشائخ علماء اور مشائخ کے کس شاگردی کے سلسلے سے ان کا تعلق ہے؟ ہمارے اکابر میں سے کس نے ان کو اپروو کیا ہے؟ یہی بولتے ہیں عام طور پر ہم لوگوں سے ملتے ہیں تو یہ بولتے ہیں کہ کیا سلسلہ کیا ہے اس کا؟ تو گویا کہ جو ہے وہ سچ کو اور باطل کو جو ہے سلسلے سے ناپتے ہیں۔ اگر ان کے سلسلے سے آیا اور باطل بھی ہو تو صحیح ہے، اور ان کے سلسلے سے نہ ہو، وہ حق بھی ہے تو وہ باطل ہے۔ تو یہ جو ہے ما کان لہم الخیرہ کی بات ہے، ان کو یہ ڈومین دیا ہی نہیں گیا باتوں کو اس طرح چیک کرنے کا۔ باتوں کو جو ہے میرٹ کی بنیاد پر، دلیل کی بنیاد پر چیک کیا جاتا ہے، نہ کہ نصب اور مشائخ کے سلسلے کی بنیاد پر۔ تو اس لیے اللہ کہتا ہے کہ جو ہے یہ تھنکنگ ایسی ہے، نہ اس کے لیے دنیا میں حمد ہے، نہ آخرت میں حمد۔ تو اس کے لیے جو سائنٹیفک تھنکنگ ہے، مسٹیریس تھنکنگ کے لیے نہیں ہے۔ لہٰ ذا الحمدللہ والآخرة کا مطلب سائنٹیفک تھنکنگ کا دنیا میں بھی اچھا انجام ہے اور آخرت میں بھی۔ اور اس طرح کی تھنکنگ کا نہ دنیا میں کوئی فائدہ ہے، نہ آخرت میں۔ بالکل عجیب بات ہے یعنی جو خدا کا ڈومین ہے، اس میں چھلانگ لگا کے گفتگو کرنا اور اپنے ڈومین سے ہٹ جانا، ظاہر سی بات ہے، ان کے لیے حمد نہیں ہوگی۔ تو وَالشُّهَرَاءُ يَتَّبِعُهُمُ الْغَابُونَ جو قرآن کہتا ہے شعراء کو لے کر ، تو یہ بھی ایسے لگتا ہے کہ وہ ایسی باتیں کرتے ہیں شعراء جو فیکٹس اور حقائق سے تعلق نہیں رکھتی ہیں۔ اس وجہ سے اس سے وہ پرسنیلٹی بن نہیں پاتی ہے جو مطلوب ہے۔ اسی لیے ان کے سلسلے میں یہ کہا گیا کہ جو ہے يَ تَّبِعُهُمُ الْغَابُونَ اور وہ ایک وادی میں نہیں رہتے بلکہ مختلف وادیوں میں بھٹکتے رہتے ہیں۔ تو یعنی آدمی فیکٹس پر گفتگو نہ کرے اور اپنے ڈومین میں رہ کر گفتگو نہ کرے تو پھر وہ اس کا معاملہ مسٹیریس معاملہ ہو جاتا ہے اور wishful thinking والا معاملہ ہو جاتا ہے جس کا کوئی نتیجہ نہیں نکلتا، جس کا کوئی فائدہ نہیں ہوتا۔</w:t>
      </w:r>
    </w:p>
    <w:p/>
    <w:p>
      <w:pPr>
        <w:pStyle w:val="Heading1"/>
      </w:pPr>
      <w:bookmarkStart w:id="172" w:name="vg60"/>
      <w:bookmarkEnd w:id="172"/>
      <w:r>
        <w:t>The Story (Al-Qasas) - 28:71-73</w:t>
      </w:r>
    </w:p>
    <w:p>
      <w:bookmarkStart w:id="173" w:name="cl111"/>
      <w:bookmarkEnd w:id="173"/>
      <w:r>
        <w:rPr>
          <w:i/>
          <w:color w:val="77786F"/>
          <w:sz w:val="20"/>
        </w:rPr>
        <w:t>27 Aug 2026 (Urdu)</w:t>
      </w:r>
    </w:p>
    <w:p>
      <w:pPr>
        <w:jc w:val="right"/>
        <w:bidi/>
      </w:pPr>
      <w:r>
        <w:rPr>
          <w:rFonts w:ascii="Noto Nastaliq Urdu" w:hAnsi="Noto Nastaliq Urdu" w:eastAsia="Noto Nastaliq Urdu" w:cs="Noto Nastaliq Urdu"/>
          <w:sz w:val="26"/>
          <w:rtl/>
          <w:lang w:bidi="ur"/>
        </w:rPr>
        <w:t>اسلام سر، ان آیتوں کے اندر دن اور رات کی سرمدیت، یعنی کنٹینیو جو ہے، دن یا رات کا زمین پر نہ ہونا، اس کو بطور نشانی کے لینے کے لیے کہا جا رہا ہے۔ یعنی زمین اور آسمان میں جو ہے ایک ڈیفرنس ہے، ہماری زمین پر جو ہے ڈارکنس اور لائٹ دونوں کنٹرول ہیں، ان کی کوانٹیٹی بھی ، کوالٹی بھی، اور ٹائم بھی۔ زمین کے اوپر جو لائٹ اور ڈارکنس کا جو ڈیوریشن ہے، وہ بہت ہی ویل کنٹرولڈ ہے، یعنی اس کی ٹائمنگ بھی کنٹرول ہے اور اس کی کوالٹی بھی کنٹرول ہے۔ یعنی یہ کہا جاتا ہے کہ ہماری زمین کے علاوہ دوسری جگہوں پر ایسا نہیں ہے، یعنی کہیں اتنی زیادہ برائٹنس ہے، اتنا زیادہ جو ہے روشنی ہے کہ اس کو آپ جو ہے انسان کے لیے یہ کہہ سکتے ہیں کہ جو ہے وہ نوری پولیوشن ہے، وہ لائٹ پولیوشن۔ اسی طرح ٹائم کے معاملے میں بھی ایسا ہے، کہیں کہیں جو ہے اتنا زیادہ جو ہے ڈے لمبا ہے کہ جو ہے ہماری زمین کے سالوں گزر جاتے ہیں تو وہاں ایک دن ہوتا ہے۔ خود ہمارے سولر سسٹم میں ایسا ہے، بتاتے ہیں لوگ تو یہاں دن اور رات کا جو ہے ایک دم مناسب مقدار میں آنا جانا، مناسب روشنی اور مناسب اندھیرا اور مناسب ڈیوریشن، اس پر جو ہے غور کرنے کے لیے کہا جا رہا ہے آدمی کو کہ یہ دن اور رات جو ہے انسانوں کے لیے، ان کی صحت اور اور ان کی معیشت، ارننگ، ان سب میں جو ہے کیسا رول پلے کر رہی ہے۔ تو اس کو کہا جا رہا ہے کہ جو ہے یہ رحمت میں سے اس طرح کا کنٹرول، ڈے اور نائٹ کا سائیکل۔ تو اس میں جو ہے اس طرح بتایا جاتا ہے کہ ہماری باڈی جو ہے، ہیومن باڈی، وہ جو ہے ایک بائیولوجیکل کلاک سے جڑی ہوئی ہے، یعنی ایک حیاتیاتی گھڑی ہے جو جو ہے آپس میں الائن کرتے ہیں۔ یعنی ہماری باڈی کا سسٹم اس طرح بنایا گیا کہ وہ دن اور رات کے ساتھ جو ہے الائنمنٹ کرتے ہوئے چلے۔ مثال کے طور پر کہتے ہیں کہ جو ہے جب رات ہوتی ہے تو ہماری باڈی میں جو ہے ایک خاص ٹائپ کا فلوئڈ، ایک خاص ٹائپ کا جو ہے پروٹین کریٹ ہوتا ہے دماغ کے اندر ، تو وہ جو ہے ہماری باڈی میں جو ہے پھیل جاتا ہے۔ تو ہم جو ہے غنودگی محسوس کرتے ہیں اس کے لیے، وہ پروٹین کی وجہ سے، اس کو سائنسدان نام دیتے ہیں پر پروٹین، پی ای ار پر پروٹین، یعنی پیریڈ والا پروٹین جو ہمیں جو ہے دن اور رات کے ساتھ جو ہے الائنمنٹ کرواتا ہے۔ رات جب ہوتی ہے تو وہ پر پروٹین جو ہے ہماری باڈی میں پھیل جاتا ہے اور ہم جو ہے تسکن نفی سونے کی پوزیشن میں چلے جاتے ہیں، سلیپ سلیپ موڈ میں۔ اور پھر جب صبح ہوتی ہے، لائٹ جو ہے ہماری باڈی اس کو سینس کرتی ہے، تو پھر جو ہے وہ پروٹین پر پروٹین جو ہے واپس کم ہونا، ڈکریز ہونا شروع ہوتا ہے۔ تو اس کی وجہ سے جو ہے پھر ہماری آنکھیں کھلتی ہیں، ہم ڈے میں آ جاتے ہیں۔ تو یہ سب باتیں جو ہے یہ بتا رہی ہیں کہ جو ہے انتہائی کمپلیکیٹڈ ہے زمین پر زندگی، سورج اور چاند کا آنا جانا، اور ہماری باڈی میں جو ہے بائیولوجیکل کلاک کا اس طرح سے الائنمنٹ کرنا۔ تو یہ بہت بڑی نشانیوں میں سے ہے، اللہ تعالی کہہ رہے ہیں اس میں۔ تو جس سائنسدان نے جو ہے یہ پر پروٹین کو ڈسکور کیا، اس کو نوبل پرائز دیا گیا اس کے لیے، یہ بائیولوجیکل کلاک والا پروٹین جس نے ڈسکور کیا، اس کو نوبل پرائز ملا۔ اور یہ کہا گیا کہ جو ہے انسانی ہیلتھ میں جو ہے اس ڈسکوری کا بہت بڑا رول پلے ہوگا اگر ہم اس سسٹم کو سمجھ سکیں، بائیولوجیکل کلاک اور اس کے پروٹین کے معاملے کو، تو ہم ہزاروں جو ہے سائیکالوجیکل ڈیزیز سے لڑ سکیں گے۔ ایسے پیشنٹس جو سلیپ لیس لائف کی وجہ سے جو ہے پاگل ہو رہے ہیں اور جن کی زندگیوں میں جو ہے بے انتہا ڈسٹربنس ہے سلیپ نہ ہونے کی وجہ سے۔ تو وہ کہتے ہیں کہ اگر پروٹین کی ڈسکوری جو ہے یہ نہ ہوتی تو جو ہے ہم ایک بہت بڑے ایسپیکٹ سے ناواقف ہوتے ہیں ہیومن ہیلتھ کو لے کر۔ تو اس پر جو ہے اس سائنٹسٹ کو وہ نوبل پرائز دیا گیا۔ تو اس طرح کی جو ہے عجیب و غریب باتیں پوری زمین پر پھیلی ہوئی ہیں، ہر ہر معاملے میں۔ یعنی اگر دن اور رات نہ ہوتے یا رات نہ آئے زمین پر، تو ہماری جو باڈی میں جو پروٹین جو ہے وہ پروڈیوس نہیں ہوگا۔ پروڈیوس نہ ہونے کی وجہ سے جو ہے انسان سلیپ لیس موڈ میں چلا جائے گا، اور سلیپ لیس موڈ میں جانے کے بعد جو ہے اس پر جو ہے پاگل پن، میڈنس اور سائیکالوجیکل ڈیزیز ساری باتوں کے حملے شروع ہوں گے۔ تو رات جو ہے وہ کیسے جو ہے تسکن تاکہ اس میں تم آرام کر سکو، کس طرح اہم رول پلے کرتی ہے صحت مند زندگی میں۔ اس کا جو ہے یہ آیت جو ہے ایک لک لینے کے لیے کہہ رہی ہے، اس پر انسان اس اینگل پر غور کرے کہ اگر رات نہ ہو تو کس طرح انسانی زندگی پوری طرح ڈسٹرب ہو جائے گی زمین پر، اور نہ کمپنیاں چلیں گی، نہ افیسرز چلیں گے، نہ ایگریکلچر چلے گا، نہ کوئی یہاں پر بزنس ایکٹیوٹی ہوگی اگر رات کو ڈس اپیئر کر دیا جائ ے۔</w:t>
      </w:r>
    </w:p>
    <w:p>
      <w:pPr>
        <w:jc w:val="right"/>
        <w:bidi/>
      </w:pPr>
      <w:r>
        <w:rPr>
          <w:rFonts w:ascii="Noto Nastaliq Urdu" w:hAnsi="Noto Nastaliq Urdu" w:eastAsia="Noto Nastaliq Urdu" w:cs="Noto Nastaliq Urdu"/>
          <w:sz w:val="26"/>
          <w:rtl/>
          <w:lang w:bidi="ur"/>
        </w:rPr>
        <w:t>واقعی رات اور دن یہ اللہ کی بہت بڑی نشانیاں ہیں۔ جس طرح سے ابھی غور کرنے کے لیے ، جس طرح سے ابھی جو غور کرنے کی باتیں کہی گئیں، اس طرح سے غور کیا جائے تو یقینا ہر انسان پکار اٹھے گا کہ خدایا یہ واقعی تیری رحمت ہے۔ اگر یہ تیری رحمت میری زندگی میں شامل حال نہ رہے تو میں زندہ نہیں رہ سکتا۔ رات کا سرمدی ہونا اور دن کا سرمدی ہونا، یہ دونوں مسئلہ بن جائیں گے۔ رات کا سرمدی نہ ہونا اور دن کا سرمدی نہ ہونا، یہ واقعی اللہ کی رحمت ہے جس کو ہم میں سے ہر شخص محسوس کرتا ہے۔</w:t>
      </w:r>
    </w:p>
    <w:p/>
    <w:p>
      <w:bookmarkStart w:id="174" w:name="cl112"/>
      <w:bookmarkEnd w:id="174"/>
      <w:r>
        <w:rPr>
          <w:i/>
          <w:color w:val="77786F"/>
          <w:sz w:val="20"/>
        </w:rPr>
        <w:t>28 Aug 2026 (English)</w:t>
      </w:r>
    </w:p>
    <w:p>
      <w:pPr>
        <w:jc w:val="right"/>
        <w:bidi/>
      </w:pPr>
      <w:r>
        <w:rPr>
          <w:rFonts w:ascii="Noto Nastaliq Urdu" w:hAnsi="Noto Nastaliq Urdu" w:eastAsia="Noto Nastaliq Urdu" w:cs="Noto Nastaliq Urdu"/>
          <w:sz w:val="26"/>
          <w:rtl/>
          <w:lang w:bidi="ur"/>
        </w:rPr>
        <w:t>تصوف کی اس آیت میں کچھ اہم پوائنٹس بتائے گئے ہیں، زمین کے ایکو سسٹم کو لے کر ۔ زمین پر جو سوفیسٹیکیٹڈ اور کمپلیکیٹڈ دن اور رات کا آنا جانا جو ہے، یہ بہت ہی گنجلک اور بہت ہی ایک کمپلیکیٹڈ سسٹم ہے سارا۔ اگر اس کے اندر جو ہے ڈسٹربنس کیا جائے ذرا بھی، تو اس کے بہت ہی مہلک نتائج سامنے آئیں گے۔ تو اس آیت میں جو ہے اسی کا ذکر کیا گیا ہے کہ اگر روشنی کو جو ہے سرمدی بنایا جائے، پرماننٹ کر دیا جائے، تو کیا کسی انسان، سائنٹسٹ یا سو کالڈ گاڈز، جن یا انسانوں کے ، ان میں سے کسی میں بھی یہ طاقت نہیں ہے کہ جو ہے اس کو ٹھیک کر سکیں؟ یعنی اللہ تعالیٰ ایسا کر دے کہ جو ہے دن کے معاملے کو ڈسٹرب کر دے، تو کوئی بھی ایسی طاقت نہیں ہے، ایسی سائنس نہیں ہے جو اس کو ٹھیک کر سکے۔ اسی طرح اس کا الٹا رات کے معاملے کو ڈسٹرب کر دے، گلوب کے اوپر، ارتھ کے اوپر ، تو کوئی بھی ایسی سائنس یا کوئی بھی ایسی چیز ہے نہیں جو اس کا کریکشن کر سکے۔ نہ میتھالوجی میں ہے، نہ ریئل ورلڈ میں ہے۔ گویا کہ جو ہے قرآن یہ کہہ رہا ہے کہ یہ خالص ڈیوائن کنٹرول معاملہ ہے۔ تو اگر اس کو توسیعی طور پر دیکھیں، قرآن کی رائے جو ہے ایک اس کی ویزیبل میننگ ہے اور ایک اس کی بٹوین دا لائن ہے۔ تو بٹوین دا لائن میں ہم یہ کہہ سکتے ہیں، جیسے کل ہم نے گفتگو کیا تھا کہ ساری ہی جو زمین پر مخلوقات ہیں، وہ بائیولوجیکل کلاک سے مینج ہو رہی ہیں۔ انسانی باڈی اور دوسرے جتنے انسیکٹس یا جتنے اینیمل ہیں، سب میں اللہ نے جو ہے ایک خاص قسم کا یہ پیدا کر دیا ہے، پروٹین، جو ڈے نائٹ کے حساب سے جو ہے کنٹرول ہوتا رہتا ہے، بدلتا رہتا ہے۔ تو گویا کہ جو ہے ویزیبل لیول پر صرف سورج کا آنا اور سورج کا جانا ہے۔ لیکن اگر اس کے ڈیپتھ میں کوئی انسان جائے، جیسے آج کے سائنٹسٹ اسٹڈی کر رہے ہیں، تو ان کو پتہ چلتا ہے کہ جو ہے بہت ہی انسان اور مخلوقات اور فزیکل ورلڈ میں اتنا عجیب و غریب تال میل ہے کہ اس تال میل کا تصور جو ہے خدا کے علاوہ کوئی بھی نہیں کر سکتا ہے۔ خدا کے علاوہ کوئی دوسرا الہ ہے نہیں جو چیزوں کو اتنا الائنمنٹ کے ساتھ چلائے۔ یعنی بلینز آف ایٹم ہوں، بائیولوجی اور فزکس کے، اور وہ دونوں آپس میں تال میل بنائیں، الائنمنٹ بنائیں، یہ ایک سپریم گاڈ کا ہی کارنامہ ہو سکتا ہے۔ کسی انسان، جن یا کسی بھی دوسری چیز کا یہ کارنامہ ہائیلی امپاسیبل ہے۔ ایسا پاسیبل ہی نہیں ہے کہ فزیکل لاز، بائیولوجیکل لاز جو ہے، آپس میں اتنا زیادہ کوآرڈینیشن میں کام کریں۔ ایسا پاسیبل نہیں ہے۔ تو اسی کی نشانیوں میں جو ہے آج کل جو ساؤنڈ سلیپ اور سلیپ لیس بیماری، اس پر جو ہے بہت زیادہ محنت اور اسٹڈی ہوتی ہے کہ انسان سو کیوں نہیں پاتے ہیں بعض وقت، اور نہ سونے کی وجہ سے کیا انسانی دماغ اور جسم پر کس طرح کے ڈیسیزز کا حملہ ہوتا ہے، جس کو انسومینیا کہتے ہیں۔ تو اس پر بہت زیادہ اسٹڈی ہوتی ہے کہ کیوں انسان کا یہ سلیپ سسٹم ڈسٹرب ہو جاتا ہے۔ تو حدیثوں میں جو ہے نیند نہ آنے پر بھی جو ہے یہ کیا گیا، دعا سکھائی گئی، اگر کوئی سلیپ لیس حالت میں چلا گیا ہے زندگی میں، تو رسول اللہ نے جو ہے اس کو بھی جو ہے ریمائنڈر کے طور پر یوز کیا۔ اللہم غارۃ النجوم وحدات العیون وانت الحی القیوم فہدی عینی وانی۔ یعنی اے اللہ، تو نے جو زمین اور آسمان کا جو سسٹم بنایا ہے، وہ تو صحیح ورک کر رہا ہے۔ نجوم اپنے اسٹارز اپنے وقت پر غروب ہو رہے ہیں اور طلوع ہو رہے ہیں، اور دوسرا کائنات کا سارا سسٹم، زمین کا سارا سسٹم جو ہے صحیح چل رہا ہے۔ لیکن میرا سسٹم جو ہے خراب ہو گیا ہے، تو پھر مجھے دوبارہ الائنمنٹ کی توفیق دے، اور مجھے نیند واپس کر دے۔ تو نیند واپس کر دے، یہ بھی عجیب و غریب دعا ہے، کیونکہ اگر نیند واپس نہیں کر دی گئی تو فزیکل اور بائیولوجیکل ورلڈ سے جو ہے اس کا تعلق گویا کہ ختم ہو گیا اس انسان کا۔ اور یہ بہت بڑا کسی کی زندگی میں جو ہے ڈیسسٹریس ہوتا ہے، اگر اس کی باڈی جو ہے الائن کرنا چھوڑ دے اپنے ایکو سسٹم سے، تو گویا کہ وہ آدمی جو ہے آئسولیٹ ہو گیا۔ تو یہ سب باتیں جو ہیں غور کرنے سے، یہ دو آیتیں جو ہیں دن اور رات کو لے کر، اس کا امپورٹنس سمجھ میں آتا ہے۔ انسانی پرابلم اور انسانی ڈیزیز اور یہ سب معاملات یہ بتا رہے ہیں کہ جو ہے یہ کوئی غیر خدا کا کام نہیں ہو سکتا۔ اس طرح کا سسٹم یہ بہت ہی علیم و خبیر خدا کا کام ہے جو اتنا ہائیلی مینج کر رہا ہے، ایک دم بالکل مائیکرو لیول پر جا کر۔ ہاں فیض صاحب، آپ نے پیغمبر اسلام کی جو دعا ذکر کی، جس دعا کے اندر پیغمبر اسلام نے نیند کو مانگا ہے اللہ سے، اس سے پتہ چلتا ہے کہ انسان سے فزیکل ورلڈ کا کس قدر کنکشن ہے کہ اگر بائیولوجیکل ورلڈ کو اگر وہ پروٹین نہ ملے تو کس قدر انسان سلیپ لیس ہو جائے گا، ساؤنڈ سلیپ سے محروم ہو جائے گا۔ تو یہ چیز اللہ سے جوڑتی ہے کہ ایک خالق کائنات کے بغیر یہ چیز پاسیبل نہیں ہے۔ کہ یہ خدائے واحد کے سوا کوئی بھی وہ ساؤنڈ سلیپ عطا نہیں کر سکتا۔ پیغمبر اسلام کی دعا میں ایسا لگتا ہے کہ اسی بات کی طرف اشارہ کیا گیا ہے کہ بائیولوجیکل ورلڈ سے فزیکل ورلڈ کا جو کنکشن ہے، اگر یہ ٹوٹ جائے اور ساؤنڈ سلیپ کے لیے جو پروٹین انسان کو ملنا ہے، اگر وہ نہ ملنے لگے تو کون ہے اللہ کے سوا جو وہ پروٹین دے جس کی وجہ سے انسان ساؤنڈ سلیپ کی نعمت سے مالا مال ہو؟ ایسا لگتا ہے کہ پیغمبر اسلام کی اس دعا کے اندر اسی بات کی طرف اشارہ کیا گیا ہے کہ انسان مجبور ہے یہ کہنے پر کہ خدایا تیرے سوا کوئی نہیں ہے جو ساؤنڈ سلیپ دے سکے اور کائنات جو فزیکل ورلڈ ہے، اس سے مجھے کنیکٹ کر کے وہ نعمت مجھے عطا کرے۔ یہ تیرے سوا کوئی نہیں کر سکتا۔</w:t>
      </w:r>
    </w:p>
    <w:p>
      <w:pPr>
        <w:jc w:val="right"/>
        <w:bidi/>
      </w:pPr>
      <w:r>
        <w:rPr>
          <w:rFonts w:ascii="Noto Nastaliq Urdu" w:hAnsi="Noto Nastaliq Urdu" w:eastAsia="Noto Nastaliq Urdu" w:cs="Noto Nastaliq Urdu"/>
          <w:sz w:val="26"/>
          <w:rtl/>
          <w:lang w:bidi="ur"/>
        </w:rPr>
        <w:t>سام صاحب، یہاں ایک امپورٹنٹ بات یہ ہے، ذرا اس کی توضیح کریں۔ یعنی رات کو اللہ تعالیٰ کہتا ہے کہ اگر ہم اس کو فلی ایکسٹینڈ کر دیں، یعنی پرماننٹ کر دیں اس کو، تو کون ہے جو دن کو لا سکے؟ اسی کی توثیح میں یہ کہا جا سکتا ہے کہ جیسے بہت سارے لوگوں کو جو ہے لوگوں نے خدا ڈیکلیئر کر دیا ہے، فلاں بھگوان، فلاں بھگوان۔ ان کی لائف اسٹوری پڑھتے ہیں تو جو ہے ایک ہے کل کلکتہ میں جن کے سینٹر پہ ہماری ملاقات ہوئی تھی، ایک بہت بڑا یہاں سینٹر ہے۔ تو اس کے جو فاؤنڈر جو تھے، جن کو لوگ بھگوان ہی مانتے ہیں، ان کے بارے میں پتہ چلا ہے کہ جو ہے وہ کینسر سے ان کی ڈیتھ ہوئی تھی۔ تو کینسر کے بارے میں بتاتے ہیں کہ جو ہے انسانی باڈی میں جو دفاعی سسٹم، جو ہے ڈیفینسو سسٹم، جو نان باڈی کو جو ہے جب وہ فیل کرتا ہے باڈی میں، تو وہ الرٹ ہو جاتا ہے اس سے مقابلے کے لیے۔ اگر وہ الرٹنس جو ہے کنٹینیو ہو جائے، مسلسل جو ہے وہ جسم کی باڈی نان باڈی سے جو ہے مقابلے کو کنٹینیو کر دے، تو وہی کینسر ہے۔ یعنی اپنے آپ میں جو ہے وہ ایک اچھا سسٹم ہے جسم میں کہ کوئی باہر سے کوئی چیز انٹر ہو تو اس کو الرٹ ہو کر جو ہے ختم کیا جائے۔ لیکن کینسر میں کہتے ہیں کہ جو ہے وہ جو الرٹ جو ہوتا ہے، تو پھر وہ بند نہیں ہوتا، اف نہیں ہوتا۔ مسلسل وہ حملہ جاری رکھتا ہے دشمن کے مرنے کے بعد بھی، تو خود اپنی باڈی کو مارنا شروع کرتا ہے وہ سسٹم۔ تو گویا کہ اس آیت کی روشنی میں توسیع طور پر اگر ہم یہ کہیں کہ کون ہے جس نے تمہاری باڈی کے اندر دفاعی سسٹم رکھا، اس دفاعی سسٹم کو جو ہے اگر وہ اف نہ کر دے خدا، تو کون ہے جو تم کو زندگی دے سکتا ہے اس کے بعد؟ تو جس طرح یہاں دن اور رات کا سرمدی ہونا پرابلم ہو جائے گا، کینسر کی شکل میں جو ہے ہمارے جسم میں دفاعی نظام جو ہے سرمدی بنتا ہے، وہ ان نیسیسری اٹیک جاری رکھتا ہے۔ تو دشمن کے ساتھ جو ہے خود اپنے آپ کو بھی مارنے لگتا ہے وہ سسٹم۔ انسانی باڈی کو اسی کو کینسر کہتے ہیں۔ تو جن لوگوں کو لوگوں نے خدا ڈیکلیئر کر رکھا ہے، ان کی خود ڈیتھ بھی جو ہے اس آیت کے مطابق اسی وجہ سے ہوئی کہ ان کے جسم کے دفاعی نظام نے جو ہے اف ہونا نہیں جانا، پھر کنٹینیو اٹیک جاری رکھا اور خود اپنے آپ کو کل کر دیا۔ تو یہ آیت کو اگر اس طرح توسیع طور پر دیکھیں تو آیت جو ہے صرف دن رات تک محدود نہیں ہے، بلکہ ایکسٹینڈڈ معنی میں جو ہے وہ ہر چیز میں ہے۔ یعنی اگر صرف زمین پر بارش ہی ہوتی رہے تو کل جیسا کہ نیوز تھی کہ جو ہے نیپال میں گاؤں کے گاؤں بہہ گئے فلیٹ سے، تو پوری زمین ہی اس طرح ڈوب جائے پانی میں۔ اگر خدا جو ہے بارش کا یہ کر دے، تسلسل کر دے، کنٹینیوٹی کر دے، اسی طرح دھوپ کی کنٹینیوٹی کر دے، یا اسی طرح ٹھنڈ کی کنٹینیوٹی کر دے، یا اسی طرح جو ہے ایکسز اور اربٹ میں جو روٹیشن ہو رہا ہے، اس میں گڑبڑ کر دے، تو سارا ہی معاملہ جو ہے چوپٹ ہو جائے گا۔ ایسی صورت میں آیت کا توسیع مفہوم جو ہے یہی ہوگا: کسی بھی چیز کو اگر کنٹینیو کر دے خدا، تو انسان مسائل میں پھنس جائے گا پھر۔ تو اس طرح یہ آیت جو ہے دن اور رات سے ڈیل کر رہی ہے، لیکن توسیع طور پر ہر معاملہ اس میں شامل ہو گیا ہے۔ فیض صاحب، آپ کو کچھ کہنا ہے؟</w:t>
      </w:r>
    </w:p>
    <w:p>
      <w:pPr>
        <w:jc w:val="right"/>
        <w:bidi/>
      </w:pPr>
      <w:r>
        <w:rPr>
          <w:rFonts w:ascii="Noto Nastaliq Urdu" w:hAnsi="Noto Nastaliq Urdu" w:eastAsia="Noto Nastaliq Urdu" w:cs="Noto Nastaliq Urdu"/>
          <w:sz w:val="26"/>
          <w:rtl/>
          <w:lang w:bidi="ur"/>
        </w:rPr>
        <w:t>نہیں، بہت ہی تھرلنگ ہے جو حدیث کا مفہوم بھی یا اس کی وضاحت بھی اسی ایکسٹینشن ایکسٹینڈڈ میننگ کے تھرو میں۔ تو مجھے بہت ہی تھرلنگ لگی۔ دوسرے الائنمنٹ کا واقعہ واقعی یہ علیم قدیر کا ہی سنو ہے، وہی کر سکتا ہے۔ اس سے عظمت رب وہ زیادہ ظاہر ہوتی ہے۔ واقعی آیت کا جو ایکسٹینڈڈ مفہوم آپ نے بتایا، وہ بہت ہی تھرلنگ ہے۔ جزاک اللہ ۔</w:t>
      </w:r>
    </w:p>
    <w:p/>
    <w:p>
      <w:pPr>
        <w:pStyle w:val="Heading1"/>
      </w:pPr>
      <w:bookmarkStart w:id="175" w:name="vg61"/>
      <w:bookmarkEnd w:id="175"/>
      <w:r>
        <w:t>The Story (Al-Qasas) - 28:74-75</w:t>
      </w:r>
    </w:p>
    <w:p>
      <w:bookmarkStart w:id="176" w:name="cl113"/>
      <w:bookmarkEnd w:id="176"/>
      <w:r>
        <w:rPr>
          <w:i/>
          <w:color w:val="77786F"/>
          <w:sz w:val="20"/>
        </w:rPr>
        <w:t>29 Aug 2026 (Urdu)</w:t>
      </w:r>
    </w:p>
    <w:p>
      <w:pPr>
        <w:jc w:val="right"/>
        <w:bidi/>
      </w:pPr>
      <w:r>
        <w:rPr>
          <w:rFonts w:ascii="Noto Nastaliq Urdu" w:hAnsi="Noto Nastaliq Urdu" w:eastAsia="Noto Nastaliq Urdu" w:cs="Noto Nastaliq Urdu"/>
          <w:sz w:val="26"/>
          <w:rtl/>
          <w:lang w:bidi="ur"/>
        </w:rPr>
        <w:t>دنیا میں جو لوگ ہیں، فی الوقت، ان کو پانچ کیٹیگری میں تقسیم کیا جا سکتا ہے۔ پانچ ٹائپ کے لوگ ہیں پوری دنیا میں۔ ایک جوس یہودی، دوسرے کرسچن، تیسرے مسلمان، اور چوتھے مشرکین، پانچویں ملحدین۔ غالباً جو ہے، پوری زمین پر جتنے لوگ ہیں، ان کو یہ پانچ قسموں میں جو ہے، تقسیم کیا جا سکتا ہے: یہود و نصاری، مسلمان، مشرکین، ملحدین۔ ان پانچوں نے جو ہے، ہر ایک نے اپنا اپنا ایک افترا گھڑ لیا ہے۔ ہر ایک کے پاس جو ہے، کچھ افترائی باتیں اور افترائی فلاسفی، افترائی بیانیہ ہے۔ سب کے پاس، سب نے ایک ایک سٹوری انوینٹ کر لی ہے۔ یعنی یہودیوں نے جو ہے، حضرت ابراہیم کے نام پر ابنا اللہ اور احبہ کی افترا کر لی۔ ان کو کام جو دیا گیا تھا، وہ چھوڑ کر یہودیوں نے جو ہے، حضرت ابراہیم کی اولاد ہونے کے باوجود ایک افترا کر لیا۔ انہوں نے کہ ہم ابنا اللہ ہیں یا چوزن پیپل ہیں۔ عیسائیوں نے جو ہے، تثلیث کا افترا کر لیا۔ باپ ، بیٹا، اور روح القدس۔ تو یہ غالباً ہم کہہ سکتے ہیں کہ جو ہے نا، عیسائیوں کا افترا یا عیسائیوں کا ادیہ تضمن۔ تیسرے ہیں مسلمان۔ مسلمانوں نے بھی جو ہے، قرآن و حدیث کو چھوڑ کر اسی ٹائپ کی غلطیاں کیں جو یہودیوں اور عیسائیوں میں ہیں۔ مسلمانوں کا کیس بھی جو ہے، ادیہ اور افترا کا ہی بنا ہوا ہے فی الوقت۔ اور جو مشرکین ہیں، ان کا افترا عجیب عجیب ہے۔ ہر ایک نے کچھ عجیب عجیب باتیں گھڑ لی ہیں۔ یعنی ہمارے ملک کے جو مشرکین ہیں، ان میں بڑی بڑی مومنٹ ہیں، مذہبی مومنٹ۔ اور ہر ایک کے پاس جو ہے، شاندار سینٹر ہیں پوری دنیا میں، ہمارے ملک میں بھی اور باہر بھی۔ اور سب کا ایک اپنا اپنا ایک افترا ہے۔ ہر ایک کی سٹوری الگ ہے۔ ہر ایک کے کہنے عجیب و غریب ہیں۔ اور ملحدین کا بھی ایسے ہی ہے۔ ملحدین نے یہ گھڑ لیا کہ جو ہے، جب چیزوں کو کاز اور ایفیکٹ کے ذریعے ایکسپلین کیا جا سکتا ہے، تو پھر اس کے اوپر کریٹر کے پیچھے پڑنے کی کیا ضرورت ہے؟ When things are due to causes, why there is supernatural discussions؟ تو پانچوں کے کیس کو دیکھیں گے تو ہر ایک کا اپنا ایک کلیم ہے۔ اور ہر ایک کا کچھ جو ہے، افترا ہے۔ تو سارے افترا کے بارے میں جو ہے، قرآن کا کہنا یہ ہے کہ ہاتو برہانکو، اپنی بات کو ثابت کرنے کے لیے پروف لائیے۔ اپنی سٹوری کو صحیح بتانے کے لیے جو ہے، پروف پروڈیوس کیجیے۔ تو کوئی بھی اس پوزیشن میں نہیں ہے پوری زمین پر۔ نہ یہودی، نہ عیسائی، نہ مسلمان، نہ مشرکین، نہ ملحدین۔ کسی کی بھی باتیں جو ہے، برہان پر کھڑی ہوئی نہیں ہیں۔ پروف پر بیس نہیں ہے۔ ہر ایک نے جو ہے، ایک فیک سٹوری انوینٹ کر لی ہے۔ تو گویا کہ پرافٹ کی اتباع میں کوئی داعی گروپ یا کوئی داعی کا کام یہ ہے کہ وہ ان پانچوں کو ایڈریس کرے اور ان کی یہ بتائے کہ جس کو وہ برہان سمجھ رہے ہیں، اصل میں وہ افترا ہے۔ جس کو وہ پروف سمجھ کے ثابت کر رہے ہیں، اصل میں وہ اسٹوری انوینشن ہے۔ اس سے زیادہ اس کی کوئی حیثیت نہیں۔ پروف کے لیول پر کچھ بھی نہیں ہے۔ صرف افترا اور ذہنی اوپج ہے، وہ جس کو قرآن دوسری جگہ کہتا ہے: تخریص، قتل، قتل الخراسون۔ تو سب تخرس اور تخریص کا شکار ہیں، لیکن غلطی سے انہوں نے اس کو برہان سمجھ لیا ہے۔ ہر ایک کی سٹوری کو ہم غور سے سنیں گے جا کر، تو پتہ چلتا ہے کہ جو ہے، ہر ایک ایک کمزور بات پر کھڑا ہوا ہے، کمزور ارگیومنٹ پر۔ لیکن وہ اس کنفیوژن میں ہے کہ جو ہے، وہ برہان پر کھڑا ہوا ہے۔ تو اس کے برہان سمجھنے کو جو ہے، کنفیوژن بتانا اس کا۔ یہ جو ہے، پرافٹ اور پرافٹ کے ماننے والوں کا کام ہے کہ لوگوں کی وہ باتوں کو سمجھیں اور اس میں انہیرنٹ جو کمی ہے، جو ویکنس ہے ارگیومنٹ میں، اس کو ان پر واضح کریں۔ یعنی یہ واضح کریں کہ یہ برہان ہے یا افترا ہے۔ غلطی سے افترا کو لوگوں نے برہان سمجھ رکھا ہے۔ تو افترا اور برہان کے فرق کو واضح کرنا، یہ ایک گواہ کا کام ہے۔ گویا کہ ہم ایسا کہہ سکتے ہیں، آج کے آیتوں کا ٹائٹل اگر دینا چاہیں: افترا یا برہان؟ پروف یا اسٹوری انوینشن؟ برہان ہے یا افترا ہے؟ اس فرق کو واضح کرنا۔</w:t>
      </w:r>
    </w:p>
    <w:p>
      <w:pPr>
        <w:jc w:val="right"/>
        <w:bidi/>
      </w:pPr>
      <w:r>
        <w:rPr>
          <w:rFonts w:ascii="Noto Nastaliq Urdu" w:hAnsi="Noto Nastaliq Urdu" w:eastAsia="Noto Nastaliq Urdu" w:cs="Noto Nastaliq Urdu"/>
          <w:sz w:val="26"/>
          <w:rtl/>
          <w:lang w:bidi="ur"/>
        </w:rPr>
        <w:t>پہلے زمانے کے مقابلے میں، آج کے دور میں، مذہبی تحریکوں نے کثرت سے جنم لیا ہے اور سب کا کیس یہی ہے کہ انہوں نے افترا کو برہان سمجھ رکھا ہے۔ اور یہی وجہ ہے کہ مولانا نے جب افترا کو افترا کے طور پر پیش کیا تو بجائے اس کو ایکسیپٹ کرنے کے، مخالف ہو گئے۔ یہ آئی اوپنر باتیں ہیں آج کی کہ آدمی جس پر وہ کھڑا ہوا ہے، اس کو وہ چیک کرے کہ وہ کہ واقعی وہ برہان پر کھڑا ہے یا نہیں۔ افترا کو وہ برہان سمجھ رہا ہے۔</w:t>
      </w:r>
    </w:p>
    <w:p>
      <w:pPr>
        <w:jc w:val="right"/>
        <w:bidi/>
      </w:pPr>
      <w:r>
        <w:rPr>
          <w:rFonts w:ascii="Noto Nastaliq Urdu" w:hAnsi="Noto Nastaliq Urdu" w:eastAsia="Noto Nastaliq Urdu" w:cs="Noto Nastaliq Urdu"/>
          <w:sz w:val="26"/>
          <w:rtl/>
          <w:lang w:bidi="ur"/>
        </w:rPr>
        <w:t>ہم لوگ یہاں کلکتہ میں مختلف بڑے بڑے جو سینٹر ہیں، اس کی وزٹ کر رہے ہیں کچھ دن سے۔ تو ہم نے ایک بڑے کرسچن انسٹیٹیوٹ کی وزٹ کی۔ تو وہاں جو ڈسکشن ہوئی، تو ڈسکشن میں وہ یہ کہتے ہیں کہ جو ہے، ہر چیز کو ہم جو ہے، انٹرپریٹیشن کے ذریعے جانتے ہیں۔ یعنی ان کا کہنا یہ تھا کہ جو ہے، ٹیکسٹ میں کیا ہے، وہ ہمارے لیے امپورٹنٹ نہیں ہوتا ہے کرسچنز کے لیے۔ یعنی مثال کے طور پر ہیبرو بائبل، جس کو اولڈ ٹیسٹمنٹ کہتے ہیں، اس میں کیا لکھا ہوا ہے، وہ ہم نہیں دیکھتے۔ جیسے مثال کے طور پر جو ہے، انہوں نے مثال دی کہ ہیبرو بائبل میں جو ہے، پورک منع ہے۔ خنزیر کا گوشت جو ہے، منع کیا گیا ہے۔ لیکن وہ یہ کہتے ہیں کہ جو ہے، کرسچینٹی میں منع نہیں ہے۔ اس لیے کہ جو ہے، انٹرپریٹیشن جو ہے، جیسس کے کلام کو لے کر کرتے ہیں۔ تو جیسس نے کہا کہ جو ہے، کہ جو چیز اندر جاتی ہے، وہ ہارم فل نہیں ہوتی ہے۔ جسم میں جو چیز اندر جاتی ہے، وہ ہارم فل نہیں ہے۔ بلکہ جسم سے جو چیز باہر نکلتی ہے، وہ ہارم فل ہوتی ہے۔ تو تم لوگ جو ہے، جسم سے باہر نکلنے والی چیزوں کے بارے میں کیئرفل بننا، اندر جانے والی کے۔ تو اس کی روشنی میں وہ کہتے ہیں کہ جو ہے، پورک کھانا جو ہے، حرام نہیں ہے۔ وہ جوڈائزم میں حرام ہے، کرسچینٹی میں نہیں ہے۔ اس لیے کہ جیسس نے کہا کہ جو ہے، جو چیز اندر جاتی ہے، وہ ہارم فل نہیں۔ بلکہ جو چیز باہر نکلتی ہے، وہ ہارم فل ہے۔ تو وہ اس بات پر زور دے رہے تھے کہ ہم ہر چیز کے انٹرپریٹیشن کو مانتے ہیں۔ کہ ہمارے اسکالر نے انٹرپریٹیشن کیا کی اس کی۔ تو وہ ہمارے لیے امپورٹنٹ ہے۔ ٹیکسٹ امپورٹنٹ نہیں ہے۔ تو ہمارے لیے بہت تعجب کی بات تھی کہ ٹیکسٹ اور انٹرپریٹیشن کا جب کنٹراڈکشن ہو جائے تو ٹیکسٹ کو یہ ملنا چاہیے سپریمیسی۔ لیکن وہ کہہ رہے ہیں کہ نہیں، ایسا نہیں ہے۔ تو غالباً قرآن جو ہے، اسی کو افترا کہہ رہا ہے۔ اسی طرح ایک اور سینٹر میں جانا ہندو ؤں کے ، تو وہاں عجیب و غریب اسٹوری سننے کو ملی۔ وہ کہتے ہیں کہ جو ہے، ایک دن خواب میں بھگوان آئے اور کہا ان سے کہ جو ہے، ہم تمہارے پیٹ سے پرکٹ ہونے والے ہیں۔ تمہارے پیٹ سے ہم جو ہے، ظہور کرنے والے ہیں۔ پھر جو ہے، ان کے گھر میں وہ مشہور سنت کی جو ہے، پیدائش ہوئی۔ گویا کہ خدا ان کے پیٹ سے جنم لیا۔ تو وہ سارے لوگ جو ہے، انہی کی پوجا کرتے ہیں۔ وہ مشہور سنت کی، کیونکہ وہ خدا جو ہے، ان کے روپ میں زمین پر آیا ہے۔ اور پوری ان کی ساری دنیا میں جتنے بھی یہ سینٹرز ہیں، وہاں پر انہی کی پوجا ہوتی ہے۔ دوسرے دیوی دیوتاؤں کی بجائے وہ سنت کی پوجا ہوتی ہے۔ تو ایک اسٹوری انہوں نے گھڑ لیا، گویا کہ خدا نے خواب میں بات کی کہ ہم تمہارے پیٹ سے جنم لینے والے ہیں۔ اور پھر جنم لیا ہم نے۔ اور اس پر ایک یہ گھڑ لیا پوری۔ پوری ایک اسٹوری انوینٹ کر لی۔ تو یہ آیت کے مطابق جو ہے، سارے لوگوں نے یہی کیا ہے زمین پر۔ ایک اسٹوری انوینٹ کی اور اس کو برہان سمجھا۔ یہود نے بھی، عیسائیوں نے بھی، مسلمانوں نے بھی، اور مشرکین اور ملحدین نے بھی، سب نے ۔</w:t>
      </w:r>
    </w:p>
    <w:p/>
    <w:p>
      <w:bookmarkStart w:id="177" w:name="cl114"/>
      <w:bookmarkEnd w:id="177"/>
      <w:r>
        <w:rPr>
          <w:i/>
          <w:color w:val="77786F"/>
          <w:sz w:val="20"/>
        </w:rPr>
        <w:t>30 Aug 2026 (English)</w:t>
      </w:r>
    </w:p>
    <w:p>
      <w:pPr>
        <w:jc w:val="right"/>
        <w:bidi/>
      </w:pPr>
      <w:r>
        <w:rPr>
          <w:rFonts w:ascii="Noto Nastaliq Urdu" w:hAnsi="Noto Nastaliq Urdu" w:eastAsia="Noto Nastaliq Urdu" w:cs="Noto Nastaliq Urdu"/>
          <w:sz w:val="26"/>
          <w:rtl/>
          <w:lang w:bidi="ur"/>
        </w:rPr>
        <w:t>السلام علیکم۔ آپ کا آیا سر؟ کل بہت ہی اہم بحث ہوئی تھی: حق اور افترا، برہان اور افترا۔ تو آپ نے صحیح کہا تھا کہ دنیا میں اس وقت پانچ گروہ ہیں، اگر ان کو بانٹا جائے تو ہر جگہ افترا ایک نہ دوسری صورت میں پایا جاتا ہے۔ تو حق کے معاملے میں، میں سورہ سعد کی جو دعائیں کا مطالعہ کر رہا تھا، میں تو آیت نمبر 2 3 اور 26، غالباً، ہاں۔ تو وہاں حضرت داؤد کے ہاں کچھ لوگ آتے ہیں، وہ خسمان ، بغابد، نالہ آباد۔ تو اس کے بعد وہ ان سے کہتے ہیں کہ فَحْكُمْ بَيْنَ نَبِيْلِكَ تو حضرت داؤد کا جو ایکسپریشن اس کے بعد ہوتا ہے، تو وہ فوراً سمجھ جاتے ہیں یا تاڑ جاتے ہیں، کہیں مجھ سے غلطی تو نہ ہوئی۔ شاید وہی ہوگا مقصد ان آیات کا ۔ تو اس کے بعد اللہ تبارک و تعالی کا بھی اس سے داؤد کو ایک کہا جاتا ہے: يَا دَاوُودَ إِنَّا جَعَلْنَاكَ خَلِيفَةً فِي الْأَرْضِ فَحْكُمْ بَيْنَ النَّاسِ بِالْحَقِّ لوگوں کی در میں حق کے ساتھ فیصلہ دیجئے۔ تو میرا یہ اصل میں کہنا ہے کہ یہ حق سے متعلق اتنا سینسٹیو ہے کہ داؤد علیہ السلام نے جو انٹرپریٹ کیا تھا، تو فوراً وہ بہت حساس تھے۔ تو دنیا میں حق سے متعلق بہت حساس ہونا، اور قرآن میں ایک جگہ یہ بھی کہا گیا ہے کہ فَاللَّهُ الْحَقُّ یا اس طرح کی کوئی آیت آئی ہے۔ یعنی حق اتنا بہت ہی زبردست چیز ہے کہ انسان کتنا سینسٹیو ہو اس سے متعلق، یا انٹرپریٹ کرتے ہوئے بھی بہت حساس ہو، کہیں میں حق کی ڈگر سے نہ ہٹ گیا۔ تو بس یہی کہنا تھا کہ واقعی یہ بہت بڑا، بہت بڑا ایک امتحان ہے: حق کو فالو کرنا۔ بس اتنی سی بات تھی۔ جی۔</w:t>
      </w:r>
    </w:p>
    <w:p>
      <w:pPr>
        <w:jc w:val="right"/>
        <w:bidi/>
      </w:pPr>
      <w:r>
        <w:rPr>
          <w:rFonts w:ascii="Noto Nastaliq Urdu" w:hAnsi="Noto Nastaliq Urdu" w:eastAsia="Noto Nastaliq Urdu" w:cs="Noto Nastaliq Urdu"/>
          <w:sz w:val="26"/>
          <w:rtl/>
          <w:lang w:bidi="ur"/>
        </w:rPr>
        <w:t>سر، ان آیتوں کو سورہ مائدہ کی آخری رکوع سے اگر میچ کریں تو یہ يَوْمَ يُنَادِيهِمْ یا هَاتُوا بُرْهَانَكُمْ اور واضح ہوتا ہے۔ یعنی کیسے ہوگا یہ؟ تو وہاں سورہ المائدہ کے آخری رکوع میں کہا گیا: وَإِذْ قَالَ اللَّهُ يَا عِيسَى ابْنَ مَرْيَمَ أَنْتَ قُلْتَ لِلنَّاسِ اتَّخِذُونِي وَأُمِّيَ إِلَٰهَيْنِ مِنْ دُونِ اللَّهِ قَالُوا سُبْحَانَكَ مَا يَكُونُ لِي أَنْ أَقُولَ مَا لَيْسَ لِي بِحَقٍّ إِن كُنْتُ قُلْتُهُ فَقَدْ عَلِمْتَ تَعْلَمُ مَا فِي نَفْسِي وَلَا أَعْلَمُ مَا فِي نَفْسِكَ إِنَّكَ أَنْتَ عَلَّامُ الْغُيُوبِ اس کے بعد مَا قُلْتُ لَهُمْ إِلَّا مَا أَمَرْتَنِي بِهِ تو اللہ نے جو ہے، کیا کورٹ پروسیجر پروسیڈنگ ہوگی کورٹ میں، اس کو جو ہے پہلے ہی بیان کر دیا اس کیس کے بارے میں۔ حشر کے کورٹ میں کس طرح کے کیس ہوں گے، کس طرح کی جو ہے لیگل فائٹ ہوگی لوگوں کے بیچ میں۔ دنیا کی عدالتوں کے اندر ہم دیکھتے ہیں یہ سب کہ اس وکیل نے یہ کہا، اس وکیل نے یہ کہا، پھر فلاں یہ ہوا۔ تو اللہ تعالی جو ہے، وہ جو آخرت کے کورٹ میں جو ہونے والا ہے، اس کے بہت سارے مناظر قرآن میں بیان کر دیے ہیں یوم ینادیہم کے تحت۔ تو جب کرسچن گروپ کو حضرت عیسیٰ سے بھڑا دیا جائے گا حشر کے میدان میں، یا کرسچنز کو جو ہے ام عیسیٰ سے بھڑا دیا جائے گا کہ دونوں گفتگو کر کے جو ہے بتائیے کیا ہے تم دونوں کا معاملہ۔ تو یہی بات جو ہے سورہ خاف میں بھی کہی ہے کہ لَا تَخْتَسِمُوا لَدَيَّ وَقَدْ قَدَّمْتُ إِلَيْكُمْ بِالْوَعِيدِ آج میرے سامنے جو ہے الزام اور رد الزام ، یہ سب مت کرو۔ لَا تَخْتَسِمُوا لَدَيَّ وَقَدْ قَدَّمْتُ إِلَيْكُمْ بِالْوَعِيدِ تو قدمتُ إِلَيْكُمْ بِالْوَعِيدِ یہی ہے، غالباً جو پہلے ہی بتا دی جا رہی ہے کہ کیا کورٹ پروسیڈنگ پروسیڈنگ ہوگی کورٹ کی، اور کیا نتائج سامنے آئیں گے۔ تو نتیجے جو سامنے آئیں گے وہ بہت ہی سیریس ہے۔ قرآن کہہ رہا ہے کہ ہر ایک گروپ یہ سمجھ رہا ہے کہ وہ برہان پر کھڑا ہوا ہے، لیکن جب نتیجہ سامنے آئے گا تو پتہ چلے گا کہ افترا پر کھڑا ہوا تھا۔ تو قرآن نے جو اس سے پہلے عاد، ثمود، قوم لوط، قوم نوح، قوم شعیب، قوم صالح، یہ سب جو ہے آخرت کے جو ہے کیسز میں جو ہے انجام کیا ہوگا، وہ سوچنے کی بات ہے۔ خود امت محمدیہ کا کیا انجام ہوگا، یہ کیسز کے وقت وہ بھی بہت سیریس بات ہے۔ تو برہان افترا میں کنورٹ ہونے سے پہلے جو ہے آدمی گویا کہ چیک کرے۔ آیتیں یہ کہہ رہی ہیں کہ جو ہے ہر آدمی، ہر آدمی کے پاس، جیسے مولانا کہتے ہیں کہ کچھ یہ ہے اپنی بات کی جسٹیفیکیشن کے لیے، چاہے وہ شرک کا معاملہ ہو یا انفرادی مسٹیک کا معاملہ، ہر آدمی کچھ جسٹیفیکیشن تلاش کر لیا ہے۔ تو پھر وہ جسٹیفیکیشن پر کھڑا ہوا ہے ہر انسان۔ تو گویا کہ آیتیں یہ کہہ رہی ہیں کہ شرک ہو یا دوسرے معاملات ہوں، یہیں اس کو ریویو کر لو، نظر ثانی کر لو، کیونکہ کل نظر ثانی کا موقع باقی نہیں رہے گا۔ جس کو رائٹ جسٹیفیکیشن آدمی سمجھ رہا ہے، وہ رونگ جسٹیفیکیشن میں سامنے آئے گا کورٹ کی پروسیڈنگ میں۔ تو گویا کہ ہر ہر فرد، ہر ہر کمیونٹی، ہر ہر گروپ، ہر ہر سیکٹ کو پہلے ہی ٹھیک ہو جانا چاہیے، قبل اس کے کہ اس کو بعد میں ٹھیک ہونا پڑے۔</w:t>
      </w:r>
    </w:p>
    <w:p>
      <w:pPr>
        <w:jc w:val="right"/>
        <w:bidi/>
      </w:pPr>
      <w:r>
        <w:rPr>
          <w:rFonts w:ascii="Noto Nastaliq Urdu" w:hAnsi="Noto Nastaliq Urdu" w:eastAsia="Noto Nastaliq Urdu" w:cs="Noto Nastaliq Urdu"/>
          <w:sz w:val="26"/>
          <w:rtl/>
          <w:lang w:bidi="ur"/>
        </w:rPr>
        <w:t>یعنی یہ دنیا میں اپنے آپ کو، یعنی آخرت میں جو خدا کی عدالت قائم ہونے والی ہے، اس سے پہلے اپنے آپ کو خدا کی عدالت میں کھڑا ہوا پائے۔ یہ بات گویا آپ کرنا چاہ رہے ہیں کہ کل تو آخرت کی عدالت قائم ہوگی، مگر مومن وہ ہے جو اس سے پہلے دنیا ہی میں اس عدالت میں کھڑا ہوا اپنے آپ کو محسوس کرے۔</w:t>
      </w:r>
    </w:p>
    <w:p>
      <w:pPr>
        <w:jc w:val="right"/>
        <w:bidi/>
      </w:pPr>
      <w:r>
        <w:rPr>
          <w:rFonts w:ascii="Noto Nastaliq Urdu" w:hAnsi="Noto Nastaliq Urdu" w:eastAsia="Noto Nastaliq Urdu" w:cs="Noto Nastaliq Urdu"/>
          <w:sz w:val="26"/>
          <w:rtl/>
          <w:lang w:bidi="ur"/>
        </w:rPr>
        <w:t>ہاں، کسی بھی معاملے میں، چھوٹا بڑا، کوئی بھی معاملے میں اگر وہ کہیں فالس جسٹیفیکیشن میں ہے تو وہ فالس جسٹیفیکیشن سے اپنے آپ کو نکالے۔</w:t>
      </w:r>
    </w:p>
    <w:p>
      <w:pPr>
        <w:jc w:val="right"/>
        <w:bidi/>
      </w:pPr>
      <w:r>
        <w:rPr>
          <w:rFonts w:ascii="Noto Nastaliq Urdu" w:hAnsi="Noto Nastaliq Urdu" w:eastAsia="Noto Nastaliq Urdu" w:cs="Noto Nastaliq Urdu"/>
          <w:sz w:val="26"/>
          <w:rtl/>
          <w:lang w:bidi="ur"/>
        </w:rPr>
        <w:t>تو یہ عمومی بات سے کہیں زیادہ یہ بات پرسنلائز ہو جاتی ہے کہ ہر شخص اپنے آپ کو فالس جسٹیفیکیشن سے، یا ہر طرح کے ایکسکیوز سے اپنے آپ کو بچائے رکھے۔</w:t>
      </w:r>
    </w:p>
    <w:p>
      <w:pPr>
        <w:jc w:val="right"/>
        <w:bidi/>
      </w:pPr>
      <w:r>
        <w:rPr>
          <w:rFonts w:ascii="Noto Nastaliq Urdu" w:hAnsi="Noto Nastaliq Urdu" w:eastAsia="Noto Nastaliq Urdu" w:cs="Noto Nastaliq Urdu"/>
          <w:sz w:val="26"/>
          <w:rtl/>
          <w:lang w:bidi="ur"/>
        </w:rPr>
        <w:t>السلام علیکم فیاض بھائی۔ بٹ اس میں ایک کوئسچن یہ آتا ہے کہ کیسے پتہ لگے کہ ہم فالس جسٹیفیکیشن میں جی رہے ہیں؟ جیسے کل آپ نے بتایا تھا کرسچن اور کرسچنز کا اور ان کا ، تو جو سوامی وکانت کے گرو تھے، ان کو خواب میں بھگوان آئے تھے، تو وہ تو اسی کو صحیح مانے، مطلب مان رہے ہیں کہ ہاں آئے تھے۔ تو کیسے پتہ لگے کہ نہیں آئے تھے یا فالس آئے تھے؟</w:t>
      </w:r>
    </w:p>
    <w:p>
      <w:pPr>
        <w:jc w:val="right"/>
        <w:bidi/>
      </w:pPr>
      <w:r>
        <w:rPr>
          <w:rFonts w:ascii="Noto Nastaliq Urdu" w:hAnsi="Noto Nastaliq Urdu" w:eastAsia="Noto Nastaliq Urdu" w:cs="Noto Nastaliq Urdu"/>
          <w:sz w:val="26"/>
          <w:rtl/>
          <w:lang w:bidi="ur"/>
        </w:rPr>
        <w:t>اس سوال کو الگ سے لیتے ہیں۔ اس کو الگ سے لیں۔</w:t>
      </w:r>
    </w:p>
    <w:p>
      <w:pPr>
        <w:jc w:val="right"/>
        <w:bidi/>
      </w:pPr>
      <w:r>
        <w:rPr>
          <w:rFonts w:ascii="Noto Nastaliq Urdu" w:hAnsi="Noto Nastaliq Urdu" w:eastAsia="Noto Nastaliq Urdu" w:cs="Noto Nastaliq Urdu"/>
          <w:sz w:val="26"/>
          <w:rtl/>
          <w:lang w:bidi="ur"/>
        </w:rPr>
        <w:t>یعنی حضرت عیسیٰ سے آخرت میں جو سوال کیا جائے گا اللہ کی عدالت میں، اور وہ جو جو مط لب برہان پر چونکہ پیغمبر کھڑے ہوئے ہوتے ہیں، وہ صاف صاف بتا دیں گے۔ اب رہا مسئلہ کہ اس پیغمبر کو ماننے والی قوم نے کیا کیا افترا اس نے کیا ہے، اور وہ برہان سمجھ کے اس افترا پر کھڑی ہوئی تھی، تو اب اس کے لیے کوئی جسٹیفیکیشن آخرت کی عدالت میں نہیں رہے گا۔ تو یہ اس واقعے سے ہمارے لیے لیسن یہ ملتا ہے کہ ہم بھی وہ فالس جسٹیفیکیشن سے اپنے آپ کو بچائیں کہ ہم افترا پر کھڑے ہوتے ہیں، مگر برہان پر کھڑا ہوا اپنے آپ کو محسوس کرتے ہیں۔ تو ایسے ہر شخص کے لیے یہ مطلب ہلا دینے والی بات ہے کہ وہ آخرت کی عدالت سے پہلے ہی اپنے آپ کو جسٹیفیکیشن سے، فالس جسٹیفیکیشن سے اپنے آپ کو دور رکھ، دور کر لے۔</w:t>
      </w:r>
    </w:p>
    <w:p>
      <w:pPr>
        <w:jc w:val="right"/>
        <w:bidi/>
      </w:pPr>
      <w:r>
        <w:rPr>
          <w:rFonts w:ascii="Noto Nastaliq Urdu" w:hAnsi="Noto Nastaliq Urdu" w:eastAsia="Noto Nastaliq Urdu" w:cs="Noto Nastaliq Urdu"/>
          <w:sz w:val="26"/>
          <w:rtl/>
          <w:lang w:bidi="ur"/>
        </w:rPr>
        <w:t>یعنی اس کا مطلب یہ ہوا کہ جو ہے زمین میں جو انسانوں کے جو کلیمز جو ہیں، یا جو غلطیاں ہیں، وہ نئی نہیں ہیں، ریپیٹیشن ہے اس میں۔ یعنی آج ایک بندہ ایک غلطی کرتا ہے، تو اس غلطی کے سمیلر جو ہے تاریخ میں غلطی ہوئی ہے اس طرح کی، اور اس پر بہت کہا جا چکا، سمجھایا جا چکا، بتایا جا چکا کہ یہ صحیح نہیں ہے۔ جیسے کرسچینٹی کے کیس میں کہ پول پول کے خواب میں آیا کہ جو ہے وہ فلاں ہے اور فلاں ہے، پول جو کرسچینٹی کے مین یہ مانے جاتے ہیں۔ تو کرسچینٹی کی کیا کمیاں ہیں، وہ اس پر بہت زیادہ جو ہے کلیرٹی دے دی گئی ہے، کیوں یہ صحیح نہیں ہے۔ تو آج انسان کو کوئی ڈریم دکھتا ہے یا کوئی تھاٹ آتا ہے، تو ایسا نہیں ہے کہ وہ فرسٹ ٹائم ایسا ہو رہا ہے، اس سے پہلے ہزاروں لوگوں کو ایسا ہو چکا، اس کا الریڈی کریکشن اور اسٹیٹمنٹ دے دیا گیا ہے اس پر کہ یہ نہیں ہے، یہ صحیح نہیں ہے، یہ یا تو یہ ہیلوسینیشن ہے یا شیطانی وسوسہ ہے یا فلاں ہے، فلاں ہے۔ اب انسان جو ہے اس کو نہ مان کر یہ کہے کہ یہ تو خدا ہی آیا ہے میرے خواب میں، تو ٹھیک ہے، خدا آیا ہی ہے، وہ حشر میں ثابت ہونا پڑے گا اس بات کو۔ دنیا میں تو اس کو ایز اٹ از چھوڑ دیا جائے گا، حشر کے بنیاد، حشر کے میدان میں کہا جائے گا کہ آپ اپنے ڈریم کی سچائی پیش کرو، ثابت کرو۔ تو قرآن کہتا ہے کہ وہاں یہ سب ختم ہو جائے گی، یہ سب باتیں انسان بھول جائے گا، سب خواب و اب سب سیدھا یہ کہے گا کہ نہیں، إِنَّ الْحَقَّ لِلَّهِ حق تو جو ہے خدا کے لیے ہی تھا، میں نے خواہ مخواہ کے ہیلوسینیشن میں اپنے آپ کو برباد کر دیا۔ تو کسی کا آج ڈریم دیکھنا فرسٹ ٹائم ایکسپیرینس نہیں ہے، وہ اس سے پہلے پول نے بھی دیکھا، پول اپوسٹل نے، اس سے پہلے سامری نے بھی دیکھا، اس سے پہلے قارون نے بھی دیکھا، اور نمرود نے بھی دیکھا، قوم فرعون، قوم موسیٰ نے بھی دیکھا۔ تو نیا کچھ بھی نہیں ہے زمین پر۔ قرآن کہتا ہے کہ جو ہے تَشَابَهَتْ قُلُوبُهُمْ سمیلر تھنگز جو ہے ریپیٹ ہوتی رہتی ہیں یا مزاحت ہوتی رہتی ہے، کاپی پیسٹ ہوتا رہتا ہے زمین پر۔ تو وہی راستہ ہے، اور تو کوئی راستہ نہیں ہے، آدمی کیسے جانے کہ وہ زمین پر موجود جو ہے ڈیٹا دیکھے اور چیک کرے، سوچے اس پر، تب بھی اس کو لگتا ہے دلیل، تو وہ دلیل وہاں ثابت کرے جب خدا بلائے گا۔</w:t>
      </w:r>
    </w:p>
    <w:p>
      <w:pPr>
        <w:jc w:val="right"/>
        <w:bidi/>
      </w:pPr>
      <w:r>
        <w:rPr>
          <w:rFonts w:ascii="Noto Nastaliq Urdu" w:hAnsi="Noto Nastaliq Urdu" w:eastAsia="Noto Nastaliq Urdu" w:cs="Noto Nastaliq Urdu"/>
          <w:sz w:val="26"/>
          <w:rtl/>
          <w:lang w:bidi="ur"/>
        </w:rPr>
        <w:t>ہاں، شاگرد، مجھے صحیح بات لگ رہی ہے کہ بار بار سوچے تو مجھے لگ رہا ہے اس کے دو پہلو ہیں۔ ایک داؤد علیہ السلام سے متعلق خدا کا جو بیان ہے، نِعْمَ الْعَبْدِ إِنَّهُ أَوَّابٌ تو ابواب کا یہ پہلو ہوگا کہ بار بار سوچنا، اور دوسرا لَنَهْدِيَنَّهُمْ سُبُلَنَا تو دعا کرتا رہے انسان کہ کہیں میں ڈگر سے ہٹ نہ جاؤں۔ بہت صحیح کہا آپ نے، جزاک اللہ ۔</w:t>
      </w:r>
    </w:p>
    <w:p/>
    <w:p>
      <w:pPr>
        <w:pStyle w:val="Heading1"/>
      </w:pPr>
      <w:bookmarkStart w:id="178" w:name="vg62"/>
      <w:bookmarkEnd w:id="178"/>
      <w:r>
        <w:t>The Story (Al-Qasas) - 28:76-77</w:t>
      </w:r>
    </w:p>
    <w:p>
      <w:bookmarkStart w:id="179" w:name="cl115"/>
      <w:bookmarkEnd w:id="179"/>
      <w:r>
        <w:rPr>
          <w:i/>
          <w:color w:val="77786F"/>
          <w:sz w:val="20"/>
        </w:rPr>
        <w:t>31 Aug 2026 (Urdu)</w:t>
      </w:r>
    </w:p>
    <w:p>
      <w:pPr>
        <w:jc w:val="right"/>
        <w:bidi/>
      </w:pPr>
      <w:r>
        <w:rPr>
          <w:rFonts w:ascii="Noto Nastaliq Urdu" w:hAnsi="Noto Nastaliq Urdu" w:eastAsia="Noto Nastaliq Urdu" w:cs="Noto Nastaliq Urdu"/>
          <w:sz w:val="26"/>
          <w:rtl/>
          <w:lang w:bidi="ur"/>
        </w:rPr>
        <w:t>عبدالسلام صاحب، یہ جو "إن قارون كان من قوم موسى" قارون کے بارے میں جو ہے، ہماری تفسیری روایتوں میں اور بائبل میں بہت ساری باتیں آئی ہیں اس کے بارے میں کہ اس کا سورس آف انکم کیا تھا اور کیوں اس کو حضرت موسیٰ سے اختلاف تھا۔ بائبل کے اندر جو ہے "بنی قورح" کا جو ہے ایک چیپٹر ہی ہے، اس میں بتایا گیا ہے کہ جو ہے حضرت یعقوب کے جو 12 لڑکے جو تھے، اس میں سے ایک لاوی تھے۔ تو حضرت موسیٰ جو ہے بنی لاوی میں سے ہیں۔ اور بائبل اور تفاسیر کہتے ہیں کہ یہ قارون بھی جو ہے بنی لاوی میں سے ہی تھا۔ اور بنی لاوی کا کام جو ہے مذہبی ذمہ داری ہوتی تھی، مذہبی کام۔ یہود میں، یعنی جن کو ہم مشائخ اور علماء وغیرہ جن کو ہم کہتے ہیں آج کل، تو اس کام میں تھے بنی لاوی زیادہ تر۔ یعنی بیت المقدس کو سنبھالنا یا اس طرح کی چیزیں ان کو ان سے لی جاتی تھیں۔ مذہب اور عبادت کروانا اور عبادت کے امور انجام دینا۔ پریسٹ، پریسٹ کلاس تھے۔ تو حضرت موسیٰ کی پیدائش بھی جو ہے لاویوں میں ہوئی۔ قارون بھی جو ہے لاویوں میں سے تھا۔ جب موسیٰ کو اللہ تعالیٰ نے نبی بنا کر بھیجا تو قارون کو جو ہے اپوزیشن ہوئی ان سے۔ اختلاف ہوا حضرت موسیٰ اور ہارون سے۔ یعنی حضرت موسیٰ اور ہارون جو ہے بنی اسرائیل کو مصر سے نکال لائے اور صحرا میں آباد کیا۔ تو ان سب باتوں پر جو ہے غالباً قارون کو جو ہے اعتراض ہوا تھا کہ موسیٰ اور ہارون مل کر جو ہے بنی اسرائیل میں من مانی کر رہے ہیں۔ وہ یہ سمجھتا تھا کہ میں پیرالل ہوں موسیٰ اور ہارون کا۔ تو موسیٰ اور ہارون کی جو ایکٹیویٹیز تھیں اس پر اس کو غصہ آیا۔ تو بائبل کے اندر ہے کہ اس نے باقاعدہ جو ہے ایک اپوزیشن گروپ بنا لیا تھا بنی لاویوں میں سے، اور ان کو بھڑکاتا تھا موسیٰ اور ہارون کے خلاف کہ جو ہے یہ دونوں مل کر من مانی کر رہے ہیں۔ تو فبغا علیہم کا مطلب مفسرین یہ بولتے ہیں کہ وہ موسیٰ اور ہارون کی ٹیم کے خلاف اس نے ایک اپوزیشن گروپ بنا لیا۔ تو غالباً جو ہے یہ واقعہ سنا کر ، یعنی قارون کی فائننشل پاور اور جو ہے اس کی ٹیم، یہ واقعہ سنا کر جو ہے اللہ تعالیٰ قریش سے کہہ رہا ہے کہ قریش جو ہے آج اپنی فائننشل کنڈیشن پر یا اپنی لیڈری پر جو ہے بیس کرتے ہوئے رسول اللہ کی مخالفت کر رہے ہیں۔ تو قارون نے اس سے پہلے اس طرح کیا تو اس کا انجام بہت برا کر دیا گیا۔ اس کو زمین میں دھنسا دیا گیا۔ تو گویا کہ ولید بن مغیرہ اور ابوجہل یا اس طرح کے لوگ جو ہیں اپنی کعبے کی سرداری، یعنی قریش بھی جو ہے وہی پوزیشن میں تھے جو بنی لاوی تھے وہاں پر مذہبی رہنما کے طور پر۔ تو بنی لاوی کو قریش بنی اسرائیل میں جو مقام حاصل تھا، قریش کو بھی وہی مقام جو ہے عرب میں یا مکہ میں حاصل ہے۔ تو وہ لوگ بھی جو ہے ایسا ہی ایک رول پلے کر رہے ہیں رسول اللہ محمد رسول اللہ کی دعوت پر جو رول پلے کیا تھا قارون اور اس کی ٹیم نے۔ قارون اور اس کی ٹیم نے جو رول پلے کیا وہی رول پلے کرنے کی کوشش کر رہے ہیں۔ تو گویا کہ قارون کا واقعہ جو ہے ایز اے وارننگ کے پیش کیا جا رہا ہے کہ اس سے پہلے جیسا آیت کے اندر کہا گیا " کم اہلکنا من خریت بترت معیشتہ" کتنے ہی ایسے ٹاؤنز ہیں جن کی معاش اور فائننشل کنڈیشن اچھی تھی، بڑا ان کو فخر تھا لیکن ہم نے سب کو ہلاک کر ڈالا جب انہوں نے سرگشی کی۔ تو قریش کو کہا جا رہا ہے تمہیں بھی ہلاک کر دیا جائے گا جیسے عاد، ثمود، قارون کو سرگشی پر پکڑ ہوئی اسی طرح تمہاری بھی پکڑ ہوگی اگر محمد کا اپوزیشن کنٹینیو رہا تو تم کو بھی جو ہے قارون کی طرح کے حالات کا سامنا پیش آ سکتا ہے۔ اس لیے جو ہے اپنی مضبوطی اپنی سیاسی کنڈیشن ۔ یا زمین میں معاشی استحکام اس پر سرکش نہیں ہونا چاہیے بلکہ اس کے ذریعے جو ہے خدا کی رضا کی تلاش کرنا چاہیے۔ یعنی عرب میں تم کو جو مضبوطی اور جو سرداری دی گئی ہے اور جو خوشحالی دی گئی ہے وہی "تخطف الناس من حولین" جبکہ لوگوں کو جو ہے اس طرح کے حالات نہیں ہیں جو تمہارے ہیں۔ تو "وَابْتَغِ فِيمَا أَعطٰيكَ اللّٰهُ الدَّارَ الْآخِرَةَ" قریش کو چاہیے کہ جو ہے اللہ نے جو استحکام اور سٹیبلٹی دی ہے اس کا خدا کی رضا کے لیے استعمال کریں نہ کہ محمد کی اپوزیشن کے لیے جیسے قارون نے کیا موسیٰ کے خلاف میں۔ وہ قارون کا رول پلے نہ کریں بلکہ جو ہے ہارون اور ہارون کے جیسے لوگوں کو اپنا ماڈل بنائیں بنی اسرائیل کے نہ کہ قارون اور قارون جیسے۔ تو غالباً جو ہے یہ واقعہ اس لیے یہاں لایا گیا ہے کہ غلط آپشن میں نہ پڑو۔ غلط آپشن کا شکار مت بنو۔ صحیح آپشن کی راہ اختیار کرو تو تمہارے معاملات ٹھیک کرے گا اللہ تعالیٰ قریش کے یا عربوں کے۔ اگر اس طرح انہوں نے نہیں کیا اپنی سرداری کا غلط استعمال کیا تو ان کو " وَابْتَغِ فِيمَا أَعطٰيكَ اللّٰهُ الدَّارَ الْآخِرَةَ" ان کا حل ہو جائے گا۔ قارون جیسا ان کے ساتھ جو ہے معاملہ کیا جائے گا۔ بائبل کے مطابق قارون نے جو ہے پوری ایک ٹیم تیار کر لی تھی صحرا میں۔ جب مصر سے نکل کر حضرت موسیٰ اور ہارون بنی اسرائیل کو صحرا میں لے آئے تو قارون جو ہے واچ کر رہا تھا۔ تو اس کو بڑا غصہ آیا کہ جو ہے کہتے ہیں کہ وہ حضرت موسیٰ کا رشتہ دار بھی تھا وہ خالہ زاد یا چچا زاد تھا وہ چچا زاد بھائی۔ تو اس نے سوچا کہ جو ہے موسیٰ اور ہارون کو ہی لوگ مانتے ہیں مجھے تو کوئی مانتا نہیں۔ تو وہ جو ہے ایک اپوزیشن بنا لیا اور موسیٰ اور ہارون کو جو ہے ڈسٹرب کرنے لگا۔ اور باقاعدہ اس نے ایک دن جو ہے مقابلہ کیا موسیٰ اور ہارون کا۔ تو اس وقت جو ہے یہ اس کا واقعہ پیش آیا دھنسائے جانے کا۔ تو گویا کہ جو ہے ابوجہل، ابو لہب اور ولید بن مغیرہ یہ سب رسول اللہ کے سب چچا زاد اور خالہ زاد اسی طرح ہیں۔ اور اس بھی جو ہے وہی بنی لاوی کی طرح مذہبی رہنما ہیں جن کو مذہبی لیڈرشپ حاصل ہے۔ تو کہا گیا کہ اس قارونی پیٹرن کو جو ہے نہ دہرائیں قریش۔ قارونی اسوے کو جو ہے ریپیٹ کریں گے تو سزا بھی ریپیٹ ہو جائے گی پھر۔ تو اس سے بچنے کے لیے کہا جا رہا ہے کہ قارونی رویہ اپنائیں گے تو قارونی سزا کو بھی قبول کرنا پڑے گا۔ جیسے انہوں نے کہا تھا کہ جو ہے کیوں محمد کو ہی یہ کیا گیا اپوائنٹ کیا گیا پیغمبری کے لیے کیا کوئی ملا نہیں خدا کو محمد کے علاوہ یعنی ولید بن مغیرہ کہتا تھا کہ خدا کو جو ہے محمد کے علاوہ کوئی نہیں ملا قریش میں اتنے بڑے بڑے لوگ تھے یعنی خود میں تھا ولید بن مغیرہ اور وہ کہتا تھا کہ کم سے کم طائف سے کسی بڑے آدمی کو لے لیتا خدا جیسے عروہ بن مسعود نبوت کے لیے سیم یہی بات جو ہے قارون کہتا تھا بنی اسرائیل میں کیا موسیٰ اور ہارون جو ہے اپنی من مانی کر رہے ہیں حالانکہ میں بڑا ہوں لاویوں میں جو ہے میرا مقام کم نہیں ہے۔ تو گویا کہ ولید بن مغیرہ اور قریش جو ہے قارونی پیٹرن کو ریپیٹ کر رہے تھے۔ تو ان کو وارننگ دی گئی کہ جو ہے قارونی رویہ جو ہے مہلک رویہ ہے۔ یہ جب چاہیں گے وہ زمین میں قارون کو جس طرح دھنسا دیا قریش کو بھی اسی سزا میں مبتلا کر دیں گے۔ ان کی لیڈری اور معیشت سب جو ہے ڈسٹرب کر دیں گے۔ اور ایسا ہوا بھی کئی بار قریش کے ساتھ۔ رسول اللہ کی زندگی میں جو ہے قریش کو کئی مرتبہ معاشی طور پر جو ہے یہ کر دیا گیا سزا دی گئی۔ یہاں تک کہ وہ رسول اللہ کے پاس بھاگتے ہوئے آئے اور کہا کہ جو ہے مکے میں اتنی بھوکمری پھیلی ہوئی ہے کہ بھوک کی وجہ سے آسمان کی طرف ہم دیکھتے ہیں تو دکان ہی دکان دکھائی دیتا ہے۔ اسموک دھواں دکھائی دیتا ہے۔ تو مفسرین یہ مطلب بتاتے ہیں کہ جو ہے قریش کی معیشت کو جو ہے بہت ہی ڈھیلا کر دیا گیا اور کمزور کیا گیا ان کو فائننشلی۔ تو مکے میں جو ہے بہت ہی یہ پھیل گئی بھوکمری ٹائپ کی حالت۔ یعنی اس کا مطلب یہ ہے کہ جس طرح قریش نے جو ہے بتوں کی معیشت سے اپنے آپ کو مضبوط کر لیا ہے۔ لوگوں کو جو ہے مشرکانہ ماڈل پر ڈال کر اپنی لیڈری سنبھال رکھی ہے۔ قارون نے بھی جو ہے ایسے ہی کیا تھا چونکہ وہ مذہبی اس سے تعلق رکھتا تھا۔ مذہبی طبقے سے بنی اسرائیل کے۔ تو بنی اسرائیل میں اس نے جو ہے "عَلَىٰ عِلْمٍ إِنْدِي" کوئی ایسے ہی جبت اور طاغوت جن کو قرآن کہتا ہے۔ جبت اور طاغوت جو ہے نا عام طور پر مذہبی طبقے کا جو ہے کمائی کا ذریعہ ہوتا ہے۔ یعنی ایسے علوم ایجاد کرنا جو مسٹیریس ہوں اور لوگوں پر جو ہے یہ بیٹھ سکے اس کا رعب۔ تو قریش نے بتوں کو رکھ لیا اس کی جگہ۔ جبت اور طاغوت اور بنی اسرائیل میں بھی یہی چل رہا تھا۔ مذہبی لوگ جو ہے جبت اور طاغوت کے ذریعے عوام پر اپنی دھاک بٹھاتے ہیں۔ تو قریش نے بھی جو ہے جبت اور طاغوت کے ذریعے دھاک بٹھا رکھی ہے عرب پر۔ اور قارون نے بھی یہی کیا تھا اس کے ذریعے ہی اس کے پاس کافی مال جمع ہو گیا تھا۔ تو موسیٰ کی جب توحید اور آخرت والی دعوت اٹھی تو وہ سرکش بن گیا جیسے یہاں قریش سرکش بن گئے۔</w:t>
      </w:r>
    </w:p>
    <w:p/>
    <w:p>
      <w:bookmarkStart w:id="180" w:name="cl116"/>
      <w:bookmarkEnd w:id="180"/>
      <w:r>
        <w:rPr>
          <w:i/>
          <w:color w:val="77786F"/>
          <w:sz w:val="20"/>
        </w:rPr>
        <w:t>01 Sep 2026 (English)</w:t>
      </w:r>
    </w:p>
    <w:p>
      <w:pPr>
        <w:jc w:val="right"/>
        <w:bidi/>
      </w:pPr>
      <w:r>
        <w:rPr>
          <w:rFonts w:ascii="Noto Nastaliq Urdu" w:hAnsi="Noto Nastaliq Urdu" w:eastAsia="Noto Nastaliq Urdu" w:cs="Noto Nastaliq Urdu"/>
          <w:sz w:val="26"/>
          <w:rtl/>
          <w:lang w:bidi="ur"/>
        </w:rPr>
        <w:t>شاہ صاحب، اس سے پہلے ہماری گفتگو ہوئی تھی کہ موسیٰ کا واقعہ قرآن میں اتنی زیادہ تکرار کیوں ہے اس کی۔ تقریباً ہم نے پچھلی ساری سورتوں میں حضرت موسیٰ کا ذکر پڑھا ہے، النمل میں اور الشعراء میں، اس سے پہلے بھی۔ تو موسیٰ کو قرآن جو ہے اتنا ملٹی ٹائم کیوں ذکر کرتا ہے، کیا اس کی وزڈم ہے؟ تو یہ وزڈم جو ہے سامنے آ رہی ہے کہ قَالَ يَسُدَّنَّكَ عَنْهَا مَنْ لَا يُؤْمِنُ بِهَا وَاتَّبَعَ هَوَاهُ فَتَرْدَى یعنی اللہ نے جو ہے پہلی وحی کے وقت ہی حضرت موسیٰ سے کہا کہ جو ہے جو آدمی کو آپ کے مشن سے کنسرن نہیں ہے وہ آپ کے لیے یہ نہیں بننا چاہیے ، ڈسٹربنس کا ذریعہ۔ آپ کے مشن کے لیے جو ہے اس کو سیریس رکاوٹ کے طور پر نہیں لینا چاہیے، یعنی کوئی رکاوٹ ہے تو وہ آپ کے لیے جو ہے رکاوٹ نہ بنے، اس کی کوشش کریں۔ قَالَ يَسُدَّنَّكَ عَنْهَا مَنْ لَا يُؤْمِنُ بِهَا تو حضرت موسیٰ نے جو کام کیا ہے اس کے اندر کچھ ایکسٹرنل پرابلمز ہیں، جیسے فرعون اور ہامان اس سورہ کے شروع میں کہا گیا قُنُ لِيَ فِرَعُوْنَ وَهَامَانَ وَجُنُودَهُمْ گویا کہ یہ ایکسٹرنل ہرڈلز ہیں۔ اسی کے ساتھ جو ہے اللہ تعالی نے انٹرنل ہرڈلز کا بھی ذکر کیا ہے موسیٰ کے واقعات میں، جیسے سامری کا پرابلم کہ حضرت موسیٰ کتاب لینے کے لیے پہاڑ پر گئے ہیں تو نیچے جو ہے لوگوں کے زیورات وغیرہ کلیکٹ کر کے جو ہے ایک ایک پرابلم کریٹ کیا اس نے۔ گویا کہ سامری جو ہے انٹرنل پرابلم کی مثال ہے حضرت موسیٰ کے لیے۔ اسی طرح قرآن میں بتایا گیا کہ جب موسیٰ کی قوم نے جو ہے کچھ لوگوں کے بتوں کو دیکھا تو انہوں نے موسیٰ سے کہا کہ إِجَاعَ لَنَا إِلَهًا كَمَا لَهُمَ عَلِيَ ہمارے لیے بھی ایک کوئی آئیڈل ورشپ کا ماڈل بنا دیجئے، جیسے ان لوگوں کے پاس ہے۔ اس سے وہ فیسینیٹ ہو گئے، بتوں کو دیکھ کر۔ موسیٰ کے ساتھ ہیں لیکن بتوں سے فیسینیٹ ہو رہے ہیں، یہ گویا کہ انٹرنل پین تھا حضرت موسیٰ کے لیے۔ تیسرا جو ہے یہ قارون کا پرابلم لگ رہا ہے۔ قارون کا پرابلم بھی جو ہے برہان کے بجائے افترا پر کھڑے ہونے کا پرابلم ہے۔ ایک ہوتا ہے کوئی آدمی مضبوط بیس پر کھڑا ہو اور دوسرا ہے افترا پر کھڑا ہو۔ تو بائبل کے مطابق جو ہے بنی قارہ جو ہے وہ سب حضرت موسیٰ اور ہارون کے خلاف انہوں نے یہ بنا لیا تھا ایک گروپ اور لوگوں میں یہ بات پھیلاتے تھے کہ جو ہے یہ دونوں من مانی کر رہے ہیں، موسیٰ اور ہارون۔ کیا خدا صرف انہی کے ساتھ ہے؟ کیا یہی خدا کے برگزیدہ ہیں اور ہم سب کچھ نہیں ہیں؟ اس طرح کی باتیں پھیلاتے تھے وہ بنی قارہ، بائبل کے مطابق۔ تو ہر ایکسٹرنل اور انٹرنل ہرڈلز کو جو ہے اللہ تعالی نے جو ہے اپنی مدد اور رحمت سے جو ہے پورا کیا، ختم کیا حضرت موسیٰ کے لیے۔ سامری کا مسئلہ بھی اور جو لوگ إِجَاعَ لَنَا إِلَهًا كَمَا لَهُمْ عَلِيَا کہہ رہے تھے ان کا مسئلہ بھی اور قارون کا مسئلہ بھی۔ تو گویا کہ جو ہے حضرت موسیٰ کے لیے جو ہے اپنی قوم کے اندر بھی افترا کے کافی یہ جمع ہو گئے تھے، یعنی فرعون نے کچھ افترا کر لیا تھا اور خود ان کی قوم کے اندر جو ہے ایسے لوگ موجود تھے جو افترا پر کھڑے ہوئے تھے اور ہر وقت کوئی نہ کوئی افترا کی اپرچونیٹی ڈھونڈتے تھے وہ کہ کوئی موقع ملے تو ہم کچھ افترا کر لیں۔ تو قارون جو ہے اسی کا کیس لگ رہا ہے، افترا کا کیس بنی اسرائیل میں ۔ تو اس کے اندر اپلائیڈ جو لیسن ہے، انتباہی لیسن جو ہے ریڈر آف دا قرآن سے یہ کہا جا رہا ہے کہ جو ہے یہ تو پارٹ آف لائف ہے، جب بھی آپ کوئی ڈیوائن مشن چلائیں گے تو ایکسٹرنل اور انٹرنل دونوں باتیں لازم ہیں کہ جو ہے پیش آئیں گی۔ کوئی کچھ افترا کرے گا، کوئی کچھ افترا کرے گا، کوئی کچھ کہہ کر جو ہے مسائل کھڑے کرے گا داعی کے لیے۔ تو اس وقت جو ہے ہارٹ لوز نہ کیا جائے، اس کی وجہ سے جو ہے مشن کو نہ چھوڑا جائے یا مشن سے بیزار نہ ہو آدمی۔ تو اس کے لیے جو ہے غالباً قرآن قارون کا قصہ بھی بیان کرتا ہے کہ کبھی اندر سے جو ہے سٹرونگ لوگ اپوزیشن بن کے سامنے آئیں گے، جن کو مقام اور مال ملا ہوا ہے، وہ لوگ بھی کھڑے ہو جاتے ہیں کبھی خود انر سرکل سے۔ تو ہم غور سے دیکھتے ہیں تو جو ہے مولانا کو بھی اس طرح کے قارونوں کا مسئلہ پیش آیا ہے زندگی میں، یعنی صاحب حیثیت لوگ جو ہیں مولانا کے خلاف جمع ہو گئے۔ ایسے کئی واقعات دیکھنے میں ملتے ہیں اور باقاعدہ انہوں نے جو ہے مولانا کے مشن کو روٹ آؤٹ کرنے کی کوشش کی، یہ تو اسلاف مخالف ہیں، یہ تو جو ہے فلاں ہیں اور فلاں ہیں، اور بہت ہی ڈھٹائی سے جو ہے انہوں نے وہ سارے کام کیے۔ تو گویا کہ جو ہے قارونی ماڈل جو ہے ہر زمانے میں موجود ہوں گے۔ تو ایک داعی کو جو ہے اس کی وجہ سے اپنے مشن کے بارے میں کنفیوژن کا شکار نہیں ہونا چاہیے، اس طرح کے ایکسپیرینس سے قارون جیسے لوگوں کے اپنی کمیونٹی میں۔ تو تکرار قصہ موسیٰ کا غالباً یہ ایک سٹرونگ لیسن ہے کہ بی ریڈی ٹو فیس آؤٹر اینڈ انر ہرڈلز۔ اس طرح ذہن کے ساتھ نہیں نکلنا چاہیے کہ سب روڈ جو ہے ایک دم بالکل سیدھی ہیں اور گول بنانا ہے، ایسی کوئی روڈ ہوتی نہیں ہے زندگی میں۔ ہر وقت نئے نئے ٹائپ کے ہرڈل کو فیس کرنا ہی پڑے گا، اس کے لیے اگر مینٹلی ریڈی ہوں گے تو ٹھیک ہو جائے گا معاملہ۔ اگر مینٹلی ریڈی نہ ہو آدمی تو وہ غمزدہ ہو کر جو ہے ہو سکتا ہے اپنا مشن خراب کر لے، جیسے حضرت یونس کی مثال میں دیکھنے میں ملتا ہے کہ انہوں نے اپنا مشن خراب کر لیا تو اللہ نے پکڑ کے ان کو مچھلی کے پیٹ میں ڈال دیا۔ اور قرآن کہتا ہے کہ جو ہے وہ اگر اعتراف نہ کرتے اپنی غلطی کا تو قیامت تک ہم مچھلی کے پیٹ میں ہی رکھ دیتے ان کو۔ تو ایسا نہ کریں جیسے حضرت یونس نے کیا، ایسے کریں جیسے موسیٰ نے کیا۔ دونوں مسائل کے سلسلے میں، ایکسٹرنل اور انٹرنل، اور کبھی بھی ایموشنل نہ ہوں، کوئی غلط ڈیسیژن نہ لیں، ہر وقت اپنے آپ کو ٹرین کریں صبر اور حکمت کے ساتھ جو ہے ری ایکٹ کرنے کے لیے۔</w:t>
      </w:r>
    </w:p>
    <w:p>
      <w:pPr>
        <w:jc w:val="right"/>
        <w:bidi/>
      </w:pPr>
      <w:r>
        <w:rPr>
          <w:rFonts w:ascii="Noto Nastaliq Urdu" w:hAnsi="Noto Nastaliq Urdu" w:eastAsia="Noto Nastaliq Urdu" w:cs="Noto Nastaliq Urdu"/>
          <w:sz w:val="26"/>
          <w:rtl/>
          <w:lang w:bidi="ur"/>
        </w:rPr>
        <w:t>انشاءاللہ، خواجہ صاحب، بہت ہی صحیح تجزیہ ہے جو ایکسٹرنل جو مسائل ہیں اور انٹرنل ہرڈلز، اور انٹرنل ہرڈلز سے متعلق ہی ایک آیت جو خود رسول سے متعلق یا مومنوں کو خطاب کیا جا رہا ہے کہ اپنے پیغمبر کو اس طرح تکلیف مت پہنچاؤ جس طرح موسیٰ کو اپنے لوگوں نے ستایا۔ تو انٹرنل ہرڈلز میں یہ قارون کا مسئلہ واقعی پہلی دفعہ مجھے لگ رہا تھا یہ آئسولیٹڈ ہے، تھا مطلب یوں مشن سے اس کا زیادہ تعلق نہیں ہے، لیکن آپ کی وضاحت سے آپ نے جو ہے بائبل کے حوالے دیے، اس سے بہت ہی زبردست لگ رہا ہے یہ قصہ جو ہے اس میں بہت سبق ہے کہ ایک ایسا شخص جو مشن کے لیے ایک سپورٹ، سٹرونگ سپورٹر بن سکتا تھا، وہی آدمی کتنا تکلیف پہنچا تھا۔ اس کے علاوہ جو آج آپ نے جو آیت پڑھی، بہت ریلیونٹ لگ رہی ہے کہ قَالَ يَسُدَّنَّكَ عَنْهَا مَنْ لَا يُؤْمِنُ بِهَا اور دوسری یہ بھی کہ ایک قارون کا ماڈل بھی ہمارے پاس سامنے ہے اور ہارون کا ماڈل بھی ہے، ہارون کا ماڈل میں لوگوں اپنے سپورٹرز یا جو مشن کے لوگوں جو کمزور لوگ ہیں إِنَّ الْقَوْمَ إِسْتَضْعَفُونِ لوگوں نے مجھے ہلکا سمجھا، مجھے کمزور سمجھا، تو وہی کمزور لوگ قارون سے متعلق یا اللہ تعالیٰ نہ تو یہ آدمی بہت زبردست بن سکتا، پوٹینشل تھا اس میں، لیکن وہی عبداللہ بن ابی والا معاملہ تو ستایا، بہت سارے لوگوں کو اکسایا۔ تو ہمارے لیے بہت اسباق اس میں کہ ہاؤ وی شوڈ سٹینڈ فار دا مشن، بہت زبردست یہ واقعہ میرے لیے آج پہلی دفعہ جو ہے واضح ہوا۔ جزاک اللہ۔ تفسیر ابن کثیر میں میں نے یہ بھی پڑھا کہ یہ قارون جو تھا، یہ تورات کو بہت سریلی آواز میں گنگناتا تھا، تو یوں تو مومن کے بیس میں پہلے تھا اور پھر جو ہے مشن کے ہی خلاف ۔ تو آپ نے جو درود جدید میں مثالیں بتائیں، کیسے مذہبی گریپ میں لوگ جو ہیں ایک اللہ کے بندے کو جو توحید کا مشن ہے، کیسے ستانے لگے، تو ہمارے لیے یہ بھی ایک صحیح سبق ہے، زبردست سبق ہے۔</w:t>
      </w:r>
    </w:p>
    <w:p>
      <w:pPr>
        <w:jc w:val="right"/>
        <w:bidi/>
      </w:pPr>
      <w:r>
        <w:rPr>
          <w:rFonts w:ascii="Noto Nastaliq Urdu" w:hAnsi="Noto Nastaliq Urdu" w:eastAsia="Noto Nastaliq Urdu" w:cs="Noto Nastaliq Urdu"/>
          <w:sz w:val="26"/>
          <w:rtl/>
          <w:lang w:bidi="ur"/>
        </w:rPr>
        <w:t>حض رت موسیٰ کا جو بہت زیادہ جو ذکر ہے، اس کی وجہ یہ سامنے آئی کہ حضرت موسیٰ نے جو انٹرنل اور ایکسٹرنل جو پرابلمز پیش آئے، اس کو انہوں نے صابرانہ انداز میں فیس کیا۔ اس کے مقابلے میں صاحب الہود کا معاملہ ایسا نہ تھا وَلَا تَكُنْ كَصَاحِبِ الْهُودِ .</w:t>
      </w:r>
    </w:p>
    <w:p/>
    <w:p>
      <w:pPr>
        <w:pStyle w:val="Heading1"/>
      </w:pPr>
      <w:bookmarkStart w:id="181" w:name="vg63"/>
      <w:bookmarkEnd w:id="181"/>
      <w:r>
        <w:t>The Story (Al-Qasas) - 28:78</w:t>
      </w:r>
    </w:p>
    <w:p>
      <w:bookmarkStart w:id="182" w:name="cl117"/>
      <w:bookmarkEnd w:id="182"/>
      <w:r>
        <w:rPr>
          <w:i/>
          <w:color w:val="77786F"/>
          <w:sz w:val="20"/>
        </w:rPr>
        <w:t>02 Sep 2026 (Urdu)</w:t>
      </w:r>
    </w:p>
    <w:p>
      <w:pPr>
        <w:jc w:val="right"/>
        <w:bidi/>
      </w:pPr>
      <w:r>
        <w:rPr>
          <w:rFonts w:ascii="Noto Nastaliq Urdu" w:hAnsi="Noto Nastaliq Urdu" w:eastAsia="Noto Nastaliq Urdu" w:cs="Noto Nastaliq Urdu"/>
          <w:sz w:val="26"/>
          <w:rtl/>
          <w:lang w:bidi="ur"/>
        </w:rPr>
        <w:t>السلام علیکم، قیاس صاحب۔ "على علم عندي" جو کہا گیا ہے ادھر، اس میں آپ نے کہا کہ وہ کچھ اسی قسم کی مذہبی پیشوائی تھی بول کر۔ تو رازی نے اس قسم کی ایک روایت بیان کی—</w:t>
      </w:r>
    </w:p>
    <w:p>
      <w:pPr>
        <w:jc w:val="right"/>
        <w:bidi/>
      </w:pPr>
      <w:r>
        <w:rPr>
          <w:rFonts w:ascii="Noto Nastaliq Urdu" w:hAnsi="Noto Nastaliq Urdu" w:eastAsia="Noto Nastaliq Urdu" w:cs="Noto Nastaliq Urdu"/>
          <w:sz w:val="26"/>
          <w:rtl/>
          <w:lang w:bidi="ur"/>
        </w:rPr>
        <w:t>کیا روایت ہے رازی کی؟</w:t>
      </w:r>
    </w:p>
    <w:p>
      <w:pPr>
        <w:jc w:val="right"/>
        <w:bidi/>
      </w:pPr>
      <w:r>
        <w:rPr>
          <w:rFonts w:ascii="Noto Nastaliq Urdu" w:hAnsi="Noto Nastaliq Urdu" w:eastAsia="Noto Nastaliq Urdu" w:cs="Noto Nastaliq Urdu"/>
          <w:sz w:val="26"/>
          <w:rtl/>
          <w:lang w:bidi="ur"/>
        </w:rPr>
        <w:t>بڑی روایت ہے، وہ اس میں کچھ ہے، وہ ایک ہے "نبوت"، ایک ہے "حبورۃ"۔ حبورہ روایت میں بظاہر یہ آ کر فرعون کے بعد کا واقعہ بتایا جا رہا ہے۔</w:t>
      </w:r>
    </w:p>
    <w:p>
      <w:pPr>
        <w:jc w:val="right"/>
        <w:bidi/>
      </w:pPr>
      <w:r>
        <w:rPr>
          <w:rFonts w:ascii="Noto Nastaliq Urdu" w:hAnsi="Noto Nastaliq Urdu" w:eastAsia="Noto Nastaliq Urdu" w:cs="Noto Nastaliq Urdu"/>
          <w:sz w:val="26"/>
          <w:rtl/>
          <w:lang w:bidi="ur"/>
        </w:rPr>
        <w:t>ہاں، بظاہر تو ایسا ہی ہے۔ دریا پار کرنے کے بعد کا واقعہ ہے۔ بائبل میں ویسے ہی ہے، دریا پار کرنے کے بعد جو ہے، اس طرح ہوا تھا، بائبل کے مطابق۔</w:t>
      </w:r>
    </w:p>
    <w:p>
      <w:pPr>
        <w:jc w:val="right"/>
        <w:bidi/>
      </w:pPr>
      <w:r>
        <w:rPr>
          <w:rFonts w:ascii="Noto Nastaliq Urdu" w:hAnsi="Noto Nastaliq Urdu" w:eastAsia="Noto Nastaliq Urdu" w:cs="Noto Nastaliq Urdu"/>
          <w:sz w:val="26"/>
          <w:rtl/>
          <w:lang w:bidi="ur"/>
        </w:rPr>
        <w:t>حضرت ہارون کو موسیٰ علیہ السلام مذہبی، وہ جو حبورہ جو بھی ہے، مذہب کی جو نظر و نیاز وغیرہ جو بھی، اس قسم کی یعنی مالی ذمہ داری دی تھی، ایسا لگ رہا ہے۔ یعنی کیا "فَارُوْنَ مَا تَرَى مَا سَنَا اللَّهُ لِحَارُوْنَ فَقَالَ وَاللَّهُ مَا هَذَا بِعَجَبَ مِمَّا تَسْنَوْا مِنَ السِّحْرِ" ؟ فَاتَزَلَ هَارُوْنُ وَمَعَهُ نَاسٌ كَثِيرٌ ، وَوَلِيَ هَارُوْنُ الْحَبُورَةَ وَالْمَذْبَحَ وَالْقُرْبَانَ، فَكَانَ بَنُو إِسْرَائِيلِ يَأْتُونَ بِهَدَايَاهُمْ إِلَى هَارُونَ، فَيَزَوْهَا فِي الْمَذْبَحِ وَتَنْزِلُ النَّارُ مِنَ السَّمَاءِ فَتَأْكُلُهَا. وَاتَزَلَ هَارُوْنُ بِأَتْبَاعِهِ، فَكَانَ كَثِيرَ الْمَالِ وَالطَّبَعِ مِنْ بَنِي إِسْرَائِيلِ، فَمَا كَانَ يَأْتِي مُوسَىٰ عَلَيْهِ السَّلَامُ وَلَا يُجَالِسُهُ . ایسا۔ وَرَوَاءُ مَا مَعَ الْبَاهِلِينَ النبي صلى الله عليه وسلم قال: "كَانَ قَارُونٌ مِنَ السَّبْعِينِ الْمُخْتَارَةِ الَّذِينَ سَمِعُوا كَلَامَ اللَّهِ تَعَالَى." ایسا لگتا ہے غلط مذہبی پیشوائی کیا اس نے اس روایت میں ۔</w:t>
      </w:r>
    </w:p>
    <w:p>
      <w:pPr>
        <w:jc w:val="right"/>
        <w:bidi/>
      </w:pPr>
      <w:r>
        <w:rPr>
          <w:rFonts w:ascii="Noto Nastaliq Urdu" w:hAnsi="Noto Nastaliq Urdu" w:eastAsia="Noto Nastaliq Urdu" w:cs="Noto Nastaliq Urdu"/>
          <w:sz w:val="26"/>
          <w:rtl/>
          <w:lang w:bidi="ur"/>
        </w:rPr>
        <w:t>ان آیتوں پر غور کرنے سے ایک بات وہی سمجھ میں آ رہی ہے کہ "علم عندي" کیا تھا ہارون کا۔ ہارون کو جو علم ملا ہوا تھا، تو یہ کہہ رہا ہے کہ جو ہے یہ میرا مخصوص علم ہے، علم عندي ہے میرے پاس ۔ تو آج بھی جو ہے، جو صوفیاء کے جو حلقے ہوتے ہیں، تو لوگ کہتے ہیں علم لدنی ملا ہوا ہے ان کو۔ خضر کا علم ملا ہوا ہے۔ شریعت کا علم الگ ہوتا ہے، اور علم لدنی ایک الگ چیز ہے۔ تو عام طور پر وہ کہتے ہیں کہ علماء کو شریعت دی گئی ہے، یا انبیاء کو شریعت دی گئی ہے، ہم کو علم لدنی دیا گیا ہے۔ اس طرح جو ہے، ہر کمیونٹی میں اس طرح کے لوگ ہوتے ہیں۔ ہر کمیونٹی میں جو ہے، اس طرح کے کلیم کرنے والے ہوتے ہیں۔ صرف مسلمانوں میں نہیں، ہر کمیونٹی میں ہوتے ہیں کہ ان کو ایک خاص مخصوص علم ہے۔ تو عوام جو ہے، ان کو مانتی بھی ہے بہت زیادہ۔ اس طرح کے لوگوں کو ہر کمیونٹی میں۔ ایسا نہیں کہ صرف مسلمانوں میں ایسا ہوتا ہے۔ یہ پراسرار علم، پراسرار علم کی جو بھی دعویداری کرتے ہیں، ان کو بڑا سماج میں بڑا مقام ملتا ہے۔ اس کو آج کل کہتے ہیں اکلٹ سائنس۔ او سی سی یو ایل ٹی۔ اکلٹ سائنس۔ اکلٹ سائنس میں جو ہے، یہی ہوتا ہے۔ سو کالڈ سپرچویلیٹی اور کچھ منتر، چینٹنگ، اس طرح کی چیزیں۔ تو اس میں بڑے بڑے یہ فالوور بنتے ہیں اس میں، انسان کے۔ ایسا بہت ساری جگہ دیکھنے کو ملتا ہے کہ بڑے ہی سماج کے ہیوی ویٹ رکھنے والے لوگ جو ہیں، ان کے ساتھ ہوتے ہیں، ایسے لوگوں کے ساتھ۔ ہمارے ملک میں پولیٹیشن ہے، سب کا ایک اسٹرولوجر ہوتا ہے۔ وہ اسٹرولوجر سے پوچھے بغیر کوئی کام نہیں کرتے وہ۔ جتنے بھی بڑے بڑے ہمارے ملک کے پولیٹیشن بھی ہیں، وہ لوگ بھی جو ہے، انہی سے، انہی کے انڈر میں ہوتے ہیں۔ وہ بتاتے ہیں کہ آپ کا جو زوڈیاک سائنس جو ہے، فی الوقت جو ہے، سوٹ نہیں کر رہا ہے۔ یہ مہینے میں سوٹ نہیں کرے گا، فلاں مہینے میں سوٹ کرے گا، فلاں دن، فلاں وقت میں جو ہے، آپ کا آتھ ٹیکنگ سرمنی کے لیے زیادہ اسپیشیس ٹائم ہے۔ روزانہ اخباروں میں بھی آتا ہے، زوڈیاک کیلنڈر کے نام سے۔ زوڈیاک سائنس یا زوڈیاک کیلنڈر۔ تو 12 جو ہے، زوڈیاک کیلنڈر ہوتے ہیں۔ 12 زوڈیاک سیلری یہ ہوتے ہیں، اسٹار۔ تو آپ کے نام اور ڈیٹ آف برتھ اگر آپ ڈالیں گے اس کے ایپ میں، تو وہ بتاتے ہیں کہ جو ہے، آپ کے ساتھ کیا پیش آنے والا ہے۔ جیسے آپ اپنا نام ڈالیے، ڈیٹ آف برتھ ڈالیے، سن کے ساتھ ۔ تو زوڈیاک سائنس جو ہے، بتاتی ہے کہ جو ہے، ایسا ایسا آپ کے ساتھ ہوگا، آپ ایسے ایسے ہیں، اور ایسا ایسا ہوگا۔ تو یہ علم عندي جو ہے، ہر قوم میں رہا ہے۔ مصریوں میں بھی رہا ہے، غالباً قارون مصریوں سے سیکھا تھا وہ۔ مصر میں جو ہے، زوڈیاک سائنس سب سے پہلے شاید ایجاد ہوئی تھی۔ وہاں سے لوگ کہتے ہیں کہ انڈیا بھی ٹرانسفر ہوئی ہو۔ وہیں سے سیکھا ہندوستانیوں نے۔ زوڈیاک نالج۔ غالباً قارون کا یہ وہی ہے، علم عندي۔ یعنی اس نے مصریوں سے سیکھا، سیکھ کر جو ہے، بنی اسرائیل میں اس نے وہ چلا دیا ہو۔ تو لوگ جو ہے، فالو کرنے لگے اس کو، اور بہت پیسہ جمع ہو گیا اس کے پاس علم عندي سے۔ تو جب موسیٰ کو وحی دی گئی، اور ہارون کو ان کا نائب بنایا گیا، تو یہ تو جو ہے، یہ نہیں تھا۔ یہ تو انذار اور تبشیر تھی۔ توحید اور انذار تھا یہ۔ تو اس کو لگا کہ جو ہے، یہ تو بالکل ڈفرنٹ چیز ہے، موسیٰ جو لے کر آئے ہیں۔ تو اپنی وجہ سے جو ہے، ان کا مخالف ہو گیا۔ غالباً علم عندي سے مراد یہی ہے، جس کو آج کل زوڈیاک سائنس وغیرہ کہتے ہیں۔ ہر روز پیپر میں آتا رہتا ہے، زوڈیاک سائنس کے بارے میں۔ اور ہر بڑا آدمی جو ہے، اسٹرولوجر کو فالو کرتا ہے۔ اس طرح جو ہے، بے حساب پیسہ جمع ہو جاتا ہے آدمی کے پاس۔ تو ہمارے ملک میں بھی جو ہے، اتنا پیسہ جو مذہبی سلسلہ ہے، ان کے پاس اتنا پیسہ جمع ہو جاتا ہے کہ اس کو ان ی عنی کوئی اس کا حساب نہیں رکھتا۔ تو قارون کے خزانے کو، خزانے کی چابیاں جو ہیں، کا مطلب ہی یہ ہے کہ وہ انڈا کو کوئی اس کا ٹیکس نہیں، اور کوئی اس کا حساب کتاب نہیں۔ تو ہمارے ملک میں بھی ہے اس طرح۔ جو لوگ مذہبی گدیوں پر ہیں، گاؤں کے گاؤں جو ہیں، ان کے نام پر انعام، انعام کی زمین کے نام پر ہیں۔ جو عاشور خانے ہوتے ہیں، یا اس طرح کے جو لوگ ہوتے ہیں، ان کے پاس آج بھی 500، 1000 ایکڑ، 2000 ایکڑ، اس طرح زمینیں رہتی ہیں۔ وہ مسلمانوں میں بھی ہے، اور دوسری کمیونٹی میں بھی ایسے لوگ۔ ہمارے ساؤتھ میں بھی جو ہے، ایک بڑا یہ ہے، مذہبی مرکز۔ سارے ملک کے ہمارے لوگ جو ہیں نا، وہاں اپنے دان پرساد بھیجتے ہیں وہاں پر۔ ساؤتھ انڈیا کے اندر۔ تو کہتے ہیں کہ وہاں اتنا پیسہ اور اتنا سونا ہے کہ جو ہے، اس کا ہم اندازہ ہی نہیں لگا سکتے۔ تو یہ سب جو ہے، علم عندي کے نام سے ہوتا ہے کہ ہمارے پاس کچھ مسٹیریس پاور اور ریچ ہے خدا تک۔ ہم اسٹرولوجی کے ذریعے فیوچر جانتے ہیں، اور تمہارے دنیاوی افیئر کو جو ہے، صحیح کر سکتے ہیں۔ تو اس کے نام پر لوگ جو ہے، ٹریپ ہوتے ہیں۔ قیاس صاحب، یہ کیسا لگ رہا ہے؟ علم عندي اور اسٹرولوجی ۔ زوڈیاک سائنس جس کو کہتے ہیں، یہ وہی ہے؟ یہ بات یہ؟</w:t>
      </w:r>
    </w:p>
    <w:p>
      <w:pPr>
        <w:jc w:val="right"/>
        <w:bidi/>
      </w:pPr>
      <w:r>
        <w:rPr>
          <w:rFonts w:ascii="Noto Nastaliq Urdu" w:hAnsi="Noto Nastaliq Urdu" w:eastAsia="Noto Nastaliq Urdu" w:cs="Noto Nastaliq Urdu"/>
          <w:sz w:val="26"/>
          <w:rtl/>
          <w:lang w:bidi="ur"/>
        </w:rPr>
        <w:t>ہاں جی، واقعی میرے لیے یہ واضح ہو گیا ہے۔ میں بھی سوچ رہا تھا یہ اس کا کوئی دوسرا علم ہوگا کہ وہ اکنامکس میں بہت ماہر ہوگا وغیرہ۔ لیکن اقبال صاحب نے جو روایت کی، اور آپ نے جو اس کی وضاحت پیش کی، بہت صحیح لگ رہا ہے یہ۔ کیونکہ ایک طرف وحی الہی آئی ہوئی تھی، ایک طرف زوال کے نتیجے میں ان کے پاس کچھ اس طرح کا علم رائج ہوا تھا۔ تو یہ ایک زبردست تاثر تھا۔ اس میں ایک طرف لوگ ایمانیات سے متعارف ہو رہے تھے، اور اس کو جو معروف جو عقل ہے انسان کے پاس، اس کی حیثیت سے کہہ رہے تھے کہ آپ ایسے ایماندار بنیں وغیرہ۔ دوسری طرف وہ اپنی دولت میں ہی گمسم تھا، کوئی سوچ نہیں پا رہا تھا۔ صحیح لگ رہا ہے؟ جزاک اللہ۔ اور وحی الہی جو تھی، وہ بالکل واضح تھی۔ اور علم عندي جو ہے، پراسرار۔ اور لوگ ظاہر ہے پراسرار علم کی گتھیوں کو سلجھا نہیں پاتے ہیں، تو اس کی طرف لپک کر آتے ہیں۔ کچھ نہ کچھ ہے، راز ہے۔ تو راز کے اس پردے میں ہی لوگوں کو ٹھگایا جاتا ہے۔ اور ٹھگانے والا بھی ظاہر ہے، اس کی انٹینشن بھی پتہ ہے۔</w:t>
      </w:r>
    </w:p>
    <w:p>
      <w:pPr>
        <w:jc w:val="right"/>
        <w:bidi/>
      </w:pPr>
      <w:r>
        <w:rPr>
          <w:rFonts w:ascii="Noto Nastaliq Urdu" w:hAnsi="Noto Nastaliq Urdu" w:eastAsia="Noto Nastaliq Urdu" w:cs="Noto Nastaliq Urdu"/>
          <w:sz w:val="26"/>
          <w:rtl/>
          <w:lang w:bidi="ur"/>
        </w:rPr>
        <w:t>قیاس صاحب، اسی لیے رسول اللہ نے جو ہے، مناتا، کاہن و غیرہ کے بارے میں جو ہے، سختی سے منع کیا۔ کہونت کو جو ہے، کہنونت کو سختی سے منع کیا۔ یعنی اسٹرولوجی کو منع کیا، ایسٹرونومی کو قرآن میں جو ہے، بڑھاوا دیا۔ یعنی علم نجوم جو ہے، نجومی جس کو کہتے ہیں، اس کو رسول اللہ نے پہلے ہی دن کہہ دیا کہ جو ہے، وہ کفر ہے۔ لیکن ایسٹرونومی جو ہے، زمین اور آسمان کی آیات پر غور و فکر، وہ اسلام میں جو ہے، اس کی بڑی اہمیت ہے۔ اسٹرولوجی کے لیے نو ہے، ایسٹرونومی کے لیے یس ہے۔ اسلام میں۔ اسی وجہ سے کہ اس میں لوگوں کو جو ہے، مسٹیریس باتوں کے ذریعے جو ہے، خدا اور صحیح اس سے جو ہے، ڈیویٹ کیا جاتا ہے۔</w:t>
      </w:r>
    </w:p>
    <w:p/>
    <w:p>
      <w:bookmarkStart w:id="183" w:name="cl118"/>
      <w:bookmarkEnd w:id="183"/>
      <w:r>
        <w:rPr>
          <w:i/>
          <w:color w:val="77786F"/>
          <w:sz w:val="20"/>
        </w:rPr>
        <w:t>03 Sep 2026 (English)</w:t>
      </w:r>
    </w:p>
    <w:p>
      <w:pPr>
        <w:jc w:val="right"/>
        <w:bidi/>
      </w:pPr>
      <w:r>
        <w:rPr>
          <w:rFonts w:ascii="Noto Nastaliq Urdu" w:hAnsi="Noto Nastaliq Urdu" w:eastAsia="Noto Nastaliq Urdu" w:cs="Noto Nastaliq Urdu"/>
          <w:sz w:val="26"/>
          <w:rtl/>
          <w:lang w:bidi="ur"/>
        </w:rPr>
        <w:t>شاہ صاحب، سورہ کہف کا یہ جو واقعہ ہے، سورہ کہف میں دو دوستوں کا جو واقعہ ہے— وَذِرِبْ لَهُمْ مَثَلَ الرَّجُلِينَ جَنَّةً مِنْ أَنَاءٍ —تو وہاں جو ہے، اس کے الفاظ بھی جو ہیں، تقریباً قارون کی طرح ہی ہیں۔ قارون جو زبان بول رہا ہے، اس واقعے میں بھی جو ہے، تقریباً وہی زبان نظر آ رہی ہے۔ وَدَخَلَ جَنَّتَهُ وَهُوَ ظَالِمٌ لِّنَفْسِهِ قَالَ مَا أَظُنُّ أَنْ تَبِيدَ هَذِهِ أَبَدًا مَا أَظُنُّ السَّاعَةَ قَائِمَةً وَلَئِن رُدِدْتُ إِلَى رَبِّي لَأَجِدَنَّ خَيْرًا مِنْهَا مُنْقَلَبًا سورہ کہف میں آیت 35۔ تو اس کا مطلب یہ ہوا کہ جو ہے، فراح جس کو کہتے ہیں— لَا تَفْرَحْ إِنَّ اللَّهَ لَا يُحِبُّ الْفَرِيحِينَ —یعنی اوور اسٹیمیشن، اوور جوائے ہونا۔ تو یہ جو ہے، انسانی نفسیات میں ایک کامن چیز ہے۔ عام طور پر جو ہے، کوئی بھی آدمی کے اندر کچھ ایبیلیٹی ہوتی ہے، عام لوگوں کے مقابلے میں۔ تو اس کی وجہ سے جو ہے، انسان فراح میں آتا ہے۔ یعنی فراح جو ہے، صرف مال سے نہیں آتی۔ کوئی بھی ریزن ہو سکتا ہے فراح کا، فراح پیدا ہونے کا آدمی میں۔ تو مولانا نے جو ہے، ایک دو تین آرٹیکل اس پر بھی لکھے ہیں، عزت نفس کے بارے میں۔ تو مولانا کہتے ہیں کہ جو ہے، عزت نفس، سیلف اسٹیم، کسی لیول پر جو ہے، وہ ٹھیک ہے۔ لیکن جو ہے، کہیں جا کر اس سے، اس کے بارڈر جو ہے، تکبر سے ملتے ہیں، ایروگنس سے۔ یعنی پہلے تو آدمی جو ہے، عزت نفس کے عنوان سے وہ کرتا ہے، پھر اس کے اندر وہ صفت بڑھ جاتی ہے۔ تو پھر وہ ایروگنس میں داخل ہو جاتا ہے۔ تو قارون کے کیس میں بھی ایسے ہی لگ رہا ہے کہ قارون جو ہے، فراح کا شکار ہو گیا اپنے کیس میں۔ تو جو چیز اس کو لیڈ ہوئی، وہ اس کا مال نہیں تھا، بلکہ اس کا مائنڈ تھا۔ اس کا تھنکنگ پیٹرن جو ہے، اس کو لیڈ ہوا، نہ کہ مال۔ تو یہ نہیں کہا جائے گا کہ جو ہے، کسی کا جسٹ رچ ہونا اپنے آپ میں کوئی ایول ہے۔ کسی آدمی کے پاس جو ہے، پاور، طاقت، پیسہ آ گیا ، تو بے لوگوں، مذہبی لوگ یہ سمجھتے ہیں کہ ہر پیسے والا اور ہر صاحب حیثیت جو ہے، برا ہی ہوگا۔ اس کا صاحب حیثیت ہونا، اس کے برا ہونے کی علامت سمجھا جاتا ہے۔ گویا کہ کوئی اس سے گناہ ہوا ہے، صاحب حیثیت یا صاحب مال ہونا۔ لیکن جو اصل گناہ جو ہے، وہ فراح ہے۔ یعنی مال کے بعد پیدا ہونے والی ذہنی سوچ، ذہنی حالت۔ تو ذہنی حالت ہے جو قارون کو اور وہ صاحب الجنہ کو لیڈ ہوئی، نہ کہ خود جو ہے، باغ یا مال۔ یعنی کسی کے پاس جو ہے، کوئی بھی چیز جمع ہو جائے، کسی بھی چیز کا ، کی ملکیت اس کے پاس آ جائے، چاہے مال ہو ، پولیٹکس ہو یا کوئی بھی ٹیلنٹ ہو، تو اپنے آپ میں جو ہے، وہ ٹیلنٹ برا نہیں ہے۔ اس ٹیلنٹ کو حاصل ہونے کے بعد جو ذہنی کیفیت بنتی ہے انسان کی، مینٹل ایٹیٹیوڈ، اس کا امپورٹنس بہت زیادہ ہے۔ وہی ہے جو اس کو بنائے گا یا بگاڑے گا۔ تو آدمی کو نظر رکھنا چاہیے اپنے مینٹل ایٹیٹیوڈ پر۔ وہ فراح کا شکار نہ ہو، اوور اسٹیمیشن کا شکار نہ ہو۔ چیزوں کو جو ہے، ایز اٹ از دیکھ سکتا ہو۔ جیسے وہ حدیث میں ہے: اللَّهُ مَا رِضَا الْأَشْيَاءَ كَمَا هِيَ چیزیں جو ہیں، ایز اٹ از دیکھنے کی توفیق۔ اسی طرح وہ جو حدیث ہے: اللَّهُ مَنِّي أَعُوذُ بِكَ مِنْ أَذِلَّ وَأُذَلَّ تو: أَذِلَّ وَأُذَلَّ وَأَذْلِمَ وَأُذْلَمَ وَأَجَالَ وَيُجَالَ تو اس طرح کا مائنڈ سیٹ جو ہے، کسی کو نیک انسان بنائے گا، اور اس طرح کا مائنڈ سیٹ نہ ہونا، وہ اس کو بربادی کی طرف لے جائے گا۔ چاہے وہ کوئی بھی ہو، یعنی رچ ہو یا پور ہو۔ مالی، اس کے پاس مالی نعمت ہو یا کوئی اور نعمت ، تو یہ ساری نعمتوں میں جو امپورٹنٹ چیز ہے، وہ تھنکنگ پیٹرن ہے مائنڈ کا۔ تو گویا کہ آیتیں یہ کہہ رہی ہیں کہ جو ہے، اپنے تھنکنگ پیٹرن پر غور کرو۔ اگر تھنکنگ پیٹرن خراب ہے، تو انجام خراب ہے۔ تھنکنگ پیٹرن اچھا ہے، تو انجام بھی اچھا ہوگا۔</w:t>
      </w:r>
    </w:p>
    <w:p>
      <w:pPr>
        <w:jc w:val="right"/>
        <w:bidi/>
      </w:pPr>
      <w:r>
        <w:rPr>
          <w:rFonts w:ascii="Noto Nastaliq Urdu" w:hAnsi="Noto Nastaliq Urdu" w:eastAsia="Noto Nastaliq Urdu" w:cs="Noto Nastaliq Urdu"/>
          <w:sz w:val="26"/>
          <w:rtl/>
          <w:lang w:bidi="ur"/>
        </w:rPr>
        <w:t>یعنی آپ کے کہنے کے مطابق، کسی صلاحیت یا کسی نعمت کا حاصل ہونا بذاتِ خود اچھا یا برا نہیں ہے، بلکہ اس صلاحیت اور اس نعمت کی وجہ سے جو شخصیت بنتی ہے، وہ اصل ہوتی ہے۔ کہ شخصیت، شاکرانہ شخصیت بنتی ہے، تواضع والی شخصیت بنتی ہے، یا اس کے مقابلے میں پرائیڈ والی، یا اوور اسٹیمیشن والی شخصیت بنتی ہے۔ یہ اصل امپورٹنٹ ہے۔ اس پر ایک بلیور کو نظر رکھنی چاہیے۔ آپ جب یہ گفتگو کر رہے تھے تو مجھے وہ حدیث یاد آ رہی تھی کہ جس میں پیغمبر اسلام نے ان اصحاب رسول سے کہا تھا، جو اصحاب رسول کے دجال کے فتنے کے سلسلے میں گفتگو کر رہے تھے۔ تو پیغمبر اسلام نے کہا کہ کیا میں تمہیں دجال کے فتنے سے کہیں زیادہ بڑا فتنہ نہ بتاؤں؟ تو اصحاب رسول نے کہا: کیوں نہیں؟ تو پیغمبر اسلام نے کہا کہ مجھے سب سے زیادہ ڈر جس چیز سے تمہارے بارے میں لگتا ہے، وہ شرک خفی ہے۔ شرک خفی کو مثال سے پیغمبر اسلام نے یوں سمجھایا کہ کوئی شخص نماز پڑھ رہا ہے، اور وہ اپنی نماز کو طویل کر لیتا ہے، یہ سوچ کر کہ دوسرے لوگ میری نماز کو دیکھ رہے ہیں۔ تو یہ جو شرک خفی ہے، جو پوشیدہ شرک ہے، جو انویزیبل شرک ہے، نظر نہیں آتا۔ تو اس کا ایگزامپل دے کر پیغمبر نے کہا کہ مجھے دجال کے فتنے سے کہیں بڑا فتنہ، یہ میرے نزدیک ہے۔ تو انٹینشن، اصل مسئلہ ہے کہ انسان کی شخصیت کسی بھی صلاحیت یا کسی بھی چیز کے ملنے پر، اس کی شخصیت متواضع شخصیت، ماڈسٹ وہ بن رہا ہے یا وہ پرائیڈ اور اوور اسٹیمیشن والی اس کی شخصیت بن رہی ہے، اس پر کڑی نظر گویا بلیور کو ہونا چاہیے، جہاں تک میں نے سمجھ پایا۔</w:t>
      </w:r>
    </w:p>
    <w:p/>
    <w:p>
      <w:pPr>
        <w:pStyle w:val="Heading1"/>
      </w:pPr>
      <w:bookmarkStart w:id="184" w:name="vg64"/>
      <w:bookmarkEnd w:id="184"/>
      <w:r>
        <w:t>The Story (Al-Qasas) - 28:79-80</w:t>
      </w:r>
    </w:p>
    <w:p>
      <w:bookmarkStart w:id="185" w:name="cl119"/>
      <w:bookmarkEnd w:id="185"/>
      <w:r>
        <w:rPr>
          <w:i/>
          <w:color w:val="77786F"/>
          <w:sz w:val="20"/>
        </w:rPr>
        <w:t>04 Sep 2026 (Urdu)</w:t>
      </w:r>
    </w:p>
    <w:p>
      <w:pPr>
        <w:jc w:val="right"/>
        <w:bidi/>
      </w:pPr>
      <w:r>
        <w:rPr>
          <w:rFonts w:ascii="Noto Nastaliq Urdu" w:hAnsi="Noto Nastaliq Urdu" w:eastAsia="Noto Nastaliq Urdu" w:cs="Noto Nastaliq Urdu"/>
          <w:sz w:val="26"/>
          <w:rtl/>
          <w:lang w:bidi="ur"/>
        </w:rPr>
        <w:t>بہت امپورٹنٹ پوائنٹ پایا صاحب نے بتایا۔ جزاک اللہ۔ تو قرآن میں ایک اور جگہ کئی طرح واقعہ آپ نے کہا قرآن میں کئی طرح آیا ہے۔ تو اس سے بہت ساری انسان کا جو زاویہ فکر آگے اس طرح ہو تو بچ سکتا ہے۔ بہت ساری چیزوں سے، بہت ساری برائیوں سے بچ سکتا ہے اور بہت سارے شکر کا جو احساس وہ بڑھ سکتا ہے۔ جزاک اللہ۔ جزاک اللہ۔</w:t>
      </w:r>
    </w:p>
    <w:p>
      <w:pPr>
        <w:jc w:val="right"/>
        <w:bidi/>
      </w:pPr>
      <w:r>
        <w:rPr>
          <w:rFonts w:ascii="Noto Nastaliq Urdu" w:hAnsi="Noto Nastaliq Urdu" w:eastAsia="Noto Nastaliq Urdu" w:cs="Noto Nastaliq Urdu"/>
          <w:sz w:val="26"/>
          <w:rtl/>
          <w:lang w:bidi="ur"/>
        </w:rPr>
        <w:t>ملی ہوئی چیزوں پر شکر کرنا ایک لیول ہے، لیکن نہ ملی ہوئی چیزوں پر شکر کرنا جو ہے ایک خاص لیول ہے جو عام طور پر بہت کم انسانوں کو ملے گا۔ تو مولانا جو کہہ رہے ہیں یہاں پر وہ یہی بات ہے کہ بہت ساری چیزیں آپ کو نہ ملیں، وہ اس لیے ہے تاکہ آپ کے اندر علم، حکمت اور بصیرت کی نعمت دی جائے۔ آپ کو شاید اگر مال اور دولت جو ہے خوب نوازے جائیں انسان کو تو عام طور پر وہ علم، حکمت، بصیرت یا خدمت دین اس طرح کی چیزوں سے جو ہے وہ محروم ہو جاتا ہے۔ کیونکہ اس کو سنبھالنا اور اس کا مینٹیننس، اس کی بقا اسی میں آدمی اسی غم میں پڑا رہتا ہے۔ جس کو کثرت مال اور اس طرح کے دنیا کی کثرت سے مشغولیتیں ہوں، اس کو پکڑے رکھنا اور اس کو باقی رکھنا اسی غم میں آدمی جو ہے ہلکا ہوتا رہتا ہے۔ باقی تدبر، تفکر اور دین کی خدمت، علم، بصیرت یہ چیزیں عام طور پر جو ہے وہاں نہیں ہوتی ہیں۔ ایسی جگہوں پر تو مولانا کہہ رہے ہیں کہ جو ہے نہ ملے ہوئے پر شکر کیجئے۔ تو بڑی چیزوں کو جو ہے اللہ تعالی آپ کے اوپر اتارے گا۔ مادی چیزوں سے بھی زیادہ بڑی دولت یعنی علم، حکمت، ایمان، انٹلیکچول ڈیولپمنٹ یہ چیزیں اللہ تعالی جو ہے عطا کرے گا۔ اس شکر پر اگر یہ شکر ملا ہوا نہیں ہے، اسی غم میں آدمی مبتلا ہے کہ مجھے وہ نہیں ملا، دنیا سے یہ نہیں ملا تو پھر اس کو علم اور حکمت، بصیرت نہیں ملے گی۔ ایسے آدمی کو وہ جس غم میں ہے، اسی غم میں اللہ تعالی اس کو مشغول رکھے گا۔</w:t>
      </w:r>
    </w:p>
    <w:p>
      <w:pPr>
        <w:jc w:val="right"/>
        <w:bidi/>
      </w:pPr>
      <w:r>
        <w:rPr>
          <w:rFonts w:ascii="Noto Nastaliq Urdu" w:hAnsi="Noto Nastaliq Urdu" w:eastAsia="Noto Nastaliq Urdu" w:cs="Noto Nastaliq Urdu"/>
          <w:sz w:val="26"/>
          <w:rtl/>
          <w:lang w:bidi="ur"/>
        </w:rPr>
        <w:t>بہت صحیح اور بالکل صحیح بات ہے کہ نہیں ملے ہوئے پر شکر ۔ یہ ابھی تک ہم سمجھ رہے تھے ان آیتوں میں جو نئی بات جو بتائی گئی کہ نہ ملنے پر شکر یہ بہت بڑی بات ہے۔ اس کا ریزن یہ ہے کہ اگر وہ چیز ملی ہوتی تو انسان علم و حکمت سے محروم رہتا۔ شاید اسی بات کی طرف اس واقعے میں اشارہ کیا گیا ہے کہ ایک مرتبہ حضرت عمر نے پیغمبر اسلام کو معمولی چٹائی پر لیٹے ہوئے اور اس چٹائی کے نشانات پیغمبر اسلام کے بدن پر دیکھا تو آنکھوں میں آنسو آ گئے اور کہا کہ قیصر و کسری کس قدر عیش و عشرت میں زندگی بسر کرتے ہیں اور آپ کی یہ حالت ہے۔ تو پیغمبر اسلام نے حضرت عمر سے مخاطب ہو کر کہا تھا کہ أما ترضى يا عمر أن تكون لهم الدنيا ولنا الآخرة اے عمر! کیا تمہیں یہ پسند نہیں کہ دنیا انہیں مل جائے اور آخرت ہمیں مل جائے؟ تو تو کسی چیز دنیاوی چیز کا نہ ملنا بھی بہت بڑی نعمت ہے کہ اگر وہ چیز ملی ہوتی تو انسان علم و حکمت اور تدبر ان نعمتوں سے ، معنوی نعمتوں سے محروم ہو جاتا۔</w:t>
      </w:r>
    </w:p>
    <w:p>
      <w:pPr>
        <w:jc w:val="right"/>
        <w:bidi/>
      </w:pPr>
      <w:r>
        <w:rPr>
          <w:rFonts w:ascii="Noto Nastaliq Urdu" w:hAnsi="Noto Nastaliq Urdu" w:eastAsia="Noto Nastaliq Urdu" w:cs="Noto Nastaliq Urdu"/>
          <w:sz w:val="26"/>
          <w:rtl/>
          <w:lang w:bidi="ur"/>
        </w:rPr>
        <w:t>عام طور پر مولانا کہتے ہیں کہ جو ہے چین ، جاپان وغیرہ جو ہے ٹیکنیکل علوم تو بہت ہیں ان لوگوں کے پاس، یعنی ٹیکنالوجی اور مکینیکل سائنس جو ہے بہت ہے، لیکن آئیڈیالوجی آف لائف نہیں، کوئی زندگی کا جو ہے کوئی بہت بڑا میپ اور بہت بڑی سوچ مقصد حیات کو لے کر اسے عام طور پر اس طرح کی قومیں جو ہیں بہت پریشان ہیں۔ مولانا کئی آرٹیکلز میں اس کا ذکر کیا، مشینوں کی طرح جو ہے کام کرتے ہیں اور دولت میں اضافہ کرتے ہیں، لیکن دنیا کو جو ہے اس کے آگے دینے کے لیے کچھ نہیں ہے ان کے پاس، پروڈکٹ یا اس طرح کی چیزیں، آئیڈیالوجی نہیں ہوتی۔ تو یہ جو ہے ٹیکنیکل لائف کا جو ہے قیمت ہے، انسان کو جو ادا کرنا پڑتا ہے۔</w:t>
      </w:r>
    </w:p>
    <w:p/>
    <w:p>
      <w:bookmarkStart w:id="186" w:name="cl120"/>
      <w:bookmarkEnd w:id="186"/>
      <w:r>
        <w:rPr>
          <w:i/>
          <w:color w:val="77786F"/>
          <w:sz w:val="20"/>
        </w:rPr>
        <w:t>05 Sep 2026 (English)</w:t>
      </w:r>
    </w:p>
    <w:p>
      <w:pPr>
        <w:jc w:val="right"/>
        <w:bidi/>
      </w:pPr>
      <w:r>
        <w:rPr>
          <w:rFonts w:ascii="Noto Nastaliq Urdu" w:hAnsi="Noto Nastaliq Urdu" w:eastAsia="Noto Nastaliq Urdu" w:cs="Noto Nastaliq Urdu"/>
          <w:sz w:val="26"/>
          <w:rtl/>
          <w:lang w:bidi="ur"/>
        </w:rPr>
        <w:t>شاہ صاحب، اس پیراگراف میں ایک اہم بات معلوم ہو رہی ہے۔ وہ اہم بات یہ ہے کہ تھنکنگ کے دو پیٹرن ہیں، ایک سرفیس پیٹرن یعنی ظاہری سوچ، اور ایک ہے ڈیپر تھنکنگ۔ کسی بات کو جو ہے گہرائی سے دیکھنا ، ایک ہے ظاہری طور پر دیکھنا چیزوں کو، اور ایک ہے اس کا ڈیپر لیئر دیکھنا اس کی۔ تو یہاں بتایا جا رہا ہے کہ جو ہے وہ طل علم کی ذمہ داری کیا ہے۔ صاحب علم یا ون ہو گیون نالج ۔ تو اس آیت کے مطابق جو ہے اصحاب علم کی ذمہ داری ہے لوگوں کو جو ہے سطحی سوچ سے نکال کر گہری سوچ کی طرف لے جانا ہمیشہ ، نہ کہ اس کا الٹا کرنا۔ یعنی صاحب علم کی ذمہ داری یہ نہیں ہے کہ جو ہے لوگوں نے جو دیکھا اور وہ ریپیٹ کرنے لگے سارے لوگ کہ قارون کو جس طرح دیکھا انہوں نے، تو سارے لوگوں نے سمجھا کہ یہی کام ہے اصل زندگی کا کہ ہم بھی قارون کی طرح بنے۔ لیکن جن کو علم دیا گیا تھا، جو ظاہری سطح سے اوپر اٹھ کر ڈیپر سطح پر چیزوں کو دیکھ سکتے تھے، تو انہوں نے سمجھایا ان کو یہ تھنکنگ صحیح نہیں ہے تم لوگوں کی۔ تو اس سے جو ہے یہ بات نکلتی ہے کہ جو ہے اصحاب علم کی ذمہ داری کیا ہے۔ واٹ از دا ریسپانسبیلٹی اف گائیڈ اسلامک گائیڈ؟ تو اس کی ذمہ داری یہ ہے کہ جب لوگ سب سطحی چیزیں دیکھ رہے ہوں، بول رہے ہوں، تو وہ ان کو حقیقت کی طرف لے جائے، گہری سچائیاں بتائے ان کو ، نہ کہ وہ بھی وہی ریپیٹ کرے جو سارے لوگ ریپیٹ کر رہے ہیں۔ تو آج کے جو وطل علم ہیں، ان کے اندر یہی کمی ہے۔ سارے لوگ جو بولتے ہیں، وہی وہ بھی بولنے لگتے ہیں۔ سارے لوگ جو چیز دیکھتے ہیں، ان کی بھی سطح دیکھنے کی وہی ہے۔ تو مولانا یہ کہتے ہیں کہ جو ہے گائیڈ وہ ہے جو لوگوں کو روک دے، لوگوں کو جو ہے فرسٹریشن سے نکالے، لوگوں کی سطحی سوچ سے جو ہے ان کو گہری سوچ کی طرف لے جائے۔ تو گائیڈ تو اس کو کہیں گے، نہ کہ وہ بھی وہی کہنے لگے جو سارے لوگ کہہ رہے ہیں۔ وہی سطحی باتیں کرے جو سارے لوگ کر رہے ہیں۔ تو یہ آیت جو ہے وہ تو علم کی ذمہ داری کو بتا رہی ہے کہ ان کی ریسپانسبیلٹی کیا ہے۔ ان کی ریسپانسبیلٹی یہ ہے کہ وہ سطحی سوچ سے اوپر اٹھ کر دیکھے چیزوں کو تاکہ لوگوں کو صحیح گائیڈنس دے سکے۔ تو مولانا جو ہے ایک اچھا واقعہ لکھتے ہیں رسالہ میں کہیں کہ 70 کی یہ بات ہے، غالباً 70 کہ دلی میں جو ہے ہر سال انڈیا ٹریڈ فیئر ہوتا ہے، انڈیا انٹرنیشنل ٹریڈ فیئر ہوتا ہے۔ تو اس میں ایک مرتبہ جو ہے فیوچر کی کار کے عنوان سے ایک کار کو جو ہے یہ کیا گیا تھا، ڈیمو کیا گیا تھا وہاں پر مستقبل کی کار۔ تو اس کار کے بارے میں جو ہے یہ بتایا گیا تھا کہ یہ زمین پر بھی چل سکتی ہے اور اڑ بھی سکتی ہے ہوا میں۔ ایک وقت میں دو اس کے فیچر ہیں، ایک زمین پر چلنا اور دوسرا ہوا میں اڑنا۔ تو مولانا کہتے ہیں کہ جو ہے سارے اسٹالز اور پویلین دیکھتے ہوئے ایک نوجوان ہندو سادھو، لمبے بال، بکھرا ہوا چہرہ اور جو ہے گھر ہوئے کپڑے میں جو ہے سارا ٹریڈ فیئر کے اسٹالز دیکھتا ہوا وہ اس کار کے پاس پہنچا ہوا، فیوچر کی کار کے پاس ۔ تو بس وہاں وہ سکتے میں رہ گیا، ایک دم انسٹنٹ رہ گیا دیکھ کر اس کار کو اور گہری سوچ میں پڑ گیا۔ تو اسٹال پر جو لوگ یہ تھے ذمہ دار، وہ اس کے پاس آئے کہ جو ہے آپ اس کار کو دیکھ کر ایسا کیا گہری سوچ میں پڑ گئے آپ؟ تو اس نے کہا کہ اس کار کو دیکھنے کے بعد جو ہے میں اس گہری سوچ میں پڑا ہوں کہ کیا میں اس دنیا کو اپناؤں یا اس دنیا کو جس میں آپ لوگ ہیں؟ یعنی میری دنیا جو ہے تپسیا اور میڈیٹیشن وغیرہ وغیرہ ہے۔ ایک اسپرچول ورلڈ میں میں رہتا ہوں اور آپ لوگ مٹیریل ورلڈ میں رہتے ہیں۔ تو اب مجھے جو ہے فیصلہ کرنے میں جو ہے پرابلم ہو رہا ہے کہ کیا میں اس دنیا کو اپناؤں یا اس دنیا کو اپناؤں۔ تو گائیڈ وہ ہے جو باتوں کو جو ہے گہرائی سے جانتا ہو، اس کو اس طرح شک نہ ہو اپنے معاملے میں کہ میں عوام کے پیچھے جاؤں یا حقیقتوں کے پیچھے جاؤں، لوگوں کو میں پلیٹ کروں یا لوگوں کی خوشی ناخوشی سے اوپر اٹھ کر چیزوں کو دیکھوں اور بتاؤں۔ تو وہ تو علم تو وہ ہوگا، وہ تو علم وہ نہیں ہے جس کو شک ہو جائے دنیا کی گہما گہمی اور ظاہری چمک دمک، بھیڑ ، سجے ہوئے گھر، سجے ہوئے سواریاں، سجے ہوئے اجتماع گاہ۔ اگر یہ سب دیکھ کر آدمی جو ہے یہ سوچنے لگے کہ میں سچائی بتاؤں یا عوام کے پیچھے چلوں تو وہ جو ہے معاملہ جو ہے وہ تو علم کا معاملہ نہیں کہا جائے گا۔ اس صورت میں وہ تو علم وہ ہے کہ سارے لوگ قارون کی شان و شوکت دیکھ کر جو ہے امپریس ہوئے ہوں، لیکن وہ یہ کہیں کہ یہ کوئی امپریس ہونے کی بات نہیں ہے۔ اس سے اوپر اٹھ کر وہ دیکھ سکے۔ تو قرآن جو ہے آدمی کو یہی بتاتا ہے، بناتا ہے اصل میں سطحی لیول سے نکال کر ڈیپر لیول کی طرف لے جانا۔ موسی اور خضر کے واقعے میں جو ہے اس کو بہت اچھا غالباً ڈیمو کیا گیا ہے اس بات کو۔ یعنی یہ بات کہ جو ہے کوئی کمی رہ جانا زندگی میں وہ بلیسنگ ان ڈسگائز ہے۔ یعنی حضرت موسی اور خضر جا رہے ہیں تو وہ جس سفینے میں بیٹھے ہوئے تھے، جس بوٹ میں، بوٹ یا شپ میں بیٹھے ہوئے تھے، وہ ایک پرفیکٹ شپ تھی۔ وہ تو حضرت خضر نے اس کو ڈیمج کر دیا۔ تو حضرت موسی کو اعتراض ہوا کہ جو ہے یہ اچھی شپ کو جو ہے ڈیمج کیوں کر رہا ہے؟ تو کہتے ہیں کہ جو ہے بعد میں اس کی ایکسپلینیشن دیتے ہوئے بتاتے ہیں کہ سمندر کے اس پار ظالم جو ہے بادشاہ ہے جو اچھی شپس کو یہ کر لیتا ہے، گریب کر لیتا ہے۔ تو میں نے ان غریبوں کو جو ہے اس ظلم سے بچانے کے لیے ڈیمج کر دیا۔ تو بعد میں حضرت خضر کہتے ہیں تو میں نے جو ہے اپنی طرف سے نہیں کیا یہ کوئی بھی کام یہ خدا کی پلاننگ کے تحت اس کے حکم کے تحت کیا میں نے بچے بچے کو قتل کرنا اور دیوار کو بنانا اور شپ کو ڈیمج کرنا۔ تو آدمی جو ہے اچھی شپ کو تو دیکھ پاتا ہے لیکن ڈیمج شپ کے فائدے اس کو دیکھنے کی صلاحیت نہیں ہوتی۔ تو وہ تو علم وہ ہے جو ڈیمج شپ کے فائدے کو دیکھے نہ کہ پرفیکٹ شپ کے فائدے کو دیکھے۔ تو عام طور پر جو ہے ہم پرفیکٹ شپ کو دیکھتے ہیں لیکن قرآن یہ کہتا ہے کہ جو ہے ڈیمج شپ شپ کو دیکھو اس کے اندر تمہارے لیے کیا فائدے رکھے گئے۔ یعنی دولت کی کمی یا کسی بھی چیز کی جو کمیاں ہیں زندگی میں وہ جو ہے خدا کی بلیسنگ ہے اس میں بلیسنگ ان ڈسگائز ہے۔ تو وہ اگر سمجھنے کی کسی کے اندر صلاحیت پیدا ہوئی تو وہ ریڈر اف دا قرآن ہے، ریڈر اف دا قرآن حقیقی قاری قرآن۔ تو حقیقی قاری قرآن جو ہے وہ ہوتا ہے جو یہ سب باتوں کو سمجھے۔ اگر وہ قرآن پڑھ کر بھی اس کی سوچ گہری نہیں ہوئی، اس کی سطحیت دور نہیں ہوئی اور وہ بھی سب لوگوں کی طرح ہی چیزوں کو دیکھتا ہے تو وہ نہ خود ہدایت پایا نہ لوگوں کو ہدایت دے پائے گا جو کہ آج عام طور پر ہم دیکھ رہے ہیں۔ تو اللہ کے فضل سے مولانا اس سے اوپر اٹھے ہوئے تھے ہر معاملے میں۔ لوگ جو دیکھ رہے تھے وہ نہیں دیکھتے تھے مولانا سطحی چیزیں نہیں ڈیپر چیزیں اور لوگوں کی بھیڑ اور پاپولیرٹی ہر چیز سے اوپر اٹھ کر لوگوں کو باتیں بتاتے تھے۔ تو وہ تو علم وہی ہے جس کے اندر یہ صلاحیت ہو جو لوگوں کی سطح سے اوپر اٹھ کر دیکھے اور بولے نہ کہ وہی بات ریپیٹ کرے جو سب لوگ ریپیٹ کر رہے ہیں۔</w:t>
      </w:r>
    </w:p>
    <w:p>
      <w:pPr>
        <w:jc w:val="right"/>
        <w:bidi/>
      </w:pPr>
      <w:r>
        <w:rPr>
          <w:rFonts w:ascii="Noto Nastaliq Urdu" w:hAnsi="Noto Nastaliq Urdu" w:eastAsia="Noto Nastaliq Urdu" w:cs="Noto Nastaliq Urdu"/>
          <w:sz w:val="26"/>
          <w:rtl/>
          <w:lang w:bidi="ur"/>
        </w:rPr>
        <w:t>اب ایسا بہت بڑا لیسن ہے کہ وہ تو علم کون ہے اور ان کی ذمہ داری کیا ہے۔ سب سے بڑی چیز ہے سطحیت سے اوپر اٹھیں۔ یہ تو ہمارے لیے بہت بڑی ذمہ داری ہے اور ہمارے لیے ایک گول بھی ہے ہم کیسے سوچیں۔ آپ نے پرسوں ایک ایگزامپل یاد دلائی تھی وہ ایک کہف میں دو آدمیوں کا قصہ اس میں بھی وہی ہے کہ اپنی ایسنس کو جانے اخ کیا تم اس کو بھول گئے جس نے اس کو پیدا تم کو پیدا کیا پانی سے وغیرہ تو یہ بہت بڑی چیز ہے اس کے بعد یہ دیکھنا ہے جو رزق اس کو سمجھنا اور عظمت رب کی عظمت کو سمجھنا اور ذمہ داری سب سے بڑی چیز ہے مولانا کا ہمارے پاس ایک ماڈل ہے بہت ہی زبردست لگ رہا ہے ہر چیز ہر واقعہ اس کو کیسے وہ ڈیل کرتے ایک واقعہ سنایا مولانا نے لکھا کہ کوئی صحابہ آئے تھے کہ کسی سے ستائے ہوئے تھے وہ کہہ رہے تھے میں اس کو اب قتل کروں گا تو مولانا نے اس کو کیسے مولڈ کیا تو فرسٹریشن سے لوگوں کو نکالا اور جزاک اللہ بہت زبردست یعنی وہ تو علم جو ہے نا امیدی میں امید دیتے ہیں جیسے حضرت موسی سے سارے لوگ کہہ رہے تھے کہ انا لمدر ہم تو اب بری طرح پھنسے پیچھے فرعون اور سامنے سمندر تو لیکن حضرت موسی جو ہے اس لیول کے آدمی نہیں تھے جیسے سب لوگ ہوتے ہیں ان کا لیول دوسرا تھا تو انہوں نے کہا کلہ ہرگز ایسا نہیں ہے تو وہ تو علم وہ ہے جب پیچھے سمندر اور سامنے سمندر پیچھے فوج ہو تب بھی وہ چیزوں کی حقیقت کو دیکھ رہے ہیں ان کی ایمان اور ان کا یقین اور ان کی سوچ جو ہے اس کا انکار کر رہی ہو تو مولانا بھی وہی کرتے ہیں یعنی سارے لوگ ہمارے ملک میں مسلمانوں کو جو ہے فرسٹریشن یہ کر رہے ہیں سکھا رہے ہیں ایسے ویسے لیکن اس وقت مولانا لکھتے ہیں کہ جو ہے ظلم جو ہے جب اپنی انتہا کو پہنچتا ہے تو وہ ندامت بن جاتا ہے ایک رسالے کے فرسٹ پیج پر مولانا کا قول تھا جب حرارت بڑھتی ہے تو وہ بارش میں کنورٹ ہوتی ہے جب ٹمپریچر ہائی ہوتا ہے تو وہ انڈیکیشن ہوتا ہے کہ جو ہے اب بارش ہونے والی ہے اور انسانی غصہ جو ہے اپنی انتہا کو پہنچ کر وہ ندامت بنتا ہے تو ریئل گائیڈ جو ہے نا وہی ہے جو اس طرح بتائے لوگوں کو نہ کہ وہ جو یہ کہے کہ ہم پھنس گئے پچھلی ایتوں اور ان ایتوں پر غور کرتے ہوئے ایک اور چیز سامنے آتی ہے ایک سیلف ایکلیمڈ نالج لیکن ایک ہے گاڈ گفٹڈ نالج جو واقعی ڈیپ تھنکنگ دعاؤں سے آئے گا وہ تو علم جی بہت صحیح۔</w:t>
      </w:r>
    </w:p>
    <w:p/>
    <w:p>
      <w:pPr>
        <w:pStyle w:val="Heading1"/>
      </w:pPr>
      <w:bookmarkStart w:id="187" w:name="vg65"/>
      <w:bookmarkEnd w:id="187"/>
      <w:r>
        <w:t>The Story (Al-Qasas) - 28:81-82</w:t>
      </w:r>
    </w:p>
    <w:p>
      <w:bookmarkStart w:id="188" w:name="cl121"/>
      <w:bookmarkEnd w:id="188"/>
      <w:r>
        <w:rPr>
          <w:i/>
          <w:color w:val="77786F"/>
          <w:sz w:val="20"/>
        </w:rPr>
        <w:t>06 Sep 2026 (Urdu)</w:t>
      </w:r>
    </w:p>
    <w:p>
      <w:pPr>
        <w:jc w:val="right"/>
        <w:bidi/>
      </w:pPr>
      <w:r>
        <w:rPr>
          <w:rFonts w:ascii="Noto Nastaliq Urdu" w:hAnsi="Noto Nastaliq Urdu" w:eastAsia="Noto Nastaliq Urdu" w:cs="Noto Nastaliq Urdu"/>
          <w:sz w:val="26"/>
          <w:rtl/>
          <w:lang w:bidi="ur"/>
        </w:rPr>
        <w:t>ایک منٹ، امام صاحب، اس پیراگراف میں اس بات کا پتہ چلتا ہے کہ جگہ اور عوام میں کیا فرق ہونا چاہیے؟ یعنی قوت العلم کے اندر جو ہے، دور اندیشی ہونی چاہیے۔ یعنی عوام نے جب قارون کو دیکھا زمین میں دھنستے ہوئے، تو تب انہوں نے توبہ کی۔ تب ان کو لگا کہ جو ہے، ہماری جو خواہش تھی، وہ خواہش صحیح نہیں تھی، وہ تو بربادی تھی۔ جس کو ہم کامیابی سمجھ رہے تھے، وہ تو بربادی تھی۔ عوام کو جو ہے، دھنسنے کے واقعے کے بعد سمجھ میں آیا کہ اچھا ہی ہوا کہ ہم جو ہے، قارون یا قارون کے راستے پر نہیں تھے۔ تو عوام کو کوئی چیز جو ہے، وہ واقعہ ہونے کے بعد سمجھ میں آتی ہے۔ قوت العلم وہ ہیں جن کو پہلے ہی سے یہ بات سمجھ میں آئے۔ یعنی قوت العلم نے جو دیکھا، عوام نے اس کو بہت بعد میں دیکھا۔ جس کو کہتے ہیں، "It's too late"۔ دیکھا انہوں نے، لیکن بہت تاخیر سے دیکھا۔ لیکن قوت العلم وہ تھے جنہوں نے پہلے ہی دیکھا تھا اس کو۔ کہ اس طرح کا جو کریکٹر ہے، اور اس طرح کا جو کردار ہے، اس کی اینڈنگ کیا ہوتی ہے؟ اس کا فائنل انجام کیا ہوتا ہے؟ اس کو قوت العلم نے جو ہے، پہلے ہی دیکھا اور پہلے ہی وارننگ بھی کر دی۔ تو گویا کہ جو ہے، یہ پیراگراف یہ کہہ رہا ہے کہ جو ہے، قوت العلم کے اندر جو ہے، ویژن ہونا چاہیے۔ وہ اپنے آپ کو اس طرح تیار کریں کہ وقت سے پہلے لوگوں کو وارننگ دے سکیں، بتا سکیں کہ فلاں بات کا انجام جو ہے، یہ ہونے والا ہے۔ اگر ویژن ہوگا تو جو ہے، قوت العلم اس طرح کر پائیں گے۔ اگر قوت العلم بھی جو ہے، عوامی سطح پر ہو، وہ چیزوں کو جو ہے، واقع ہونے کے بعد دیکھتے ہوں، تو اس وقت کا دیکھنا جو ہے، کوئی فائدہ نہیں ہوگا۔ ان کا قوت العلم ہونا جو ہے، کوئی فائدے کی بات نہیں ہوگی عوام کے لیے۔ تو گویا کہ آیت یہ کہہ رہی ہے کہ جو ہے، اپنے اندر ویژن پیدا کرو۔ اور مولانا جس کو کہتے ہیں، "As it is thinking" یا "Ground realities" پر ٹھہرنا، کوئی کام کرنے سے پہلے، نہ کہ جو ہے، افسانوی ذہن۔ افسانوی ذہن کے تحت جو ہے، کوئی کام کرنا۔ تو افسانوی ذہن کے تحت جو ہے، کوئی کام جب شروع کیا جاتا ہے تو وہ بڑا ہمالین لگتا ہے۔ لیکن جب اس کو واقعی معنی میں جب کرنے کے لیے نکلتے ہیں تو کچھ ہوتا نہیں اس کے اندر۔ تو ہمارے اس دور کے جو لوگ ہیں، لیڈرز، ان کو دیکھنے سے لگتا ہے کہ جو ہے، ان کے اندر کوئی ویژن ہے نہیں۔ بلکہ عوام کے ویژن کو لوگ خراب کرتے ہیں۔ عوام ریئلٹیز پر ہیں تو وہ ان کو جو ہے، اس طرح کی ذہنیت کی طرف لے جاتے ہیں، جس کا انجام بربادی اور ناکامی کے علاوہ کچھ ہے نہیں۔ جیسے قارون کے واقعے میں لگتا ہے کہ جو ہے، وہ حضرت موسیٰ کے خلاف بھی جو ہے، ایک پیرالل نیریٹو چلاتا تھا۔ یعنی حضرت موسیٰ اور ہارون کا کیس جو ہے، وہی کا کیس تھا۔ خدا کے حکم سے انہوں نے مشن شروع کیا تھا، نہ کہ کوئی ان کی اپنی اوپچ تھی۔ ذہنی۔ کسی ذہنی خیال کے تحت وہ لوگ نکلنے پڑے تھے، موسیٰ اور ہارون۔ تو قارون جو ہے، ان کا اپوزیشن بن کے کھڑا ہو گیا۔ تو تبری وغیرہ کے اندر ہے کہ جو ہے، حضرت موسیٰ اور ہارون کو بدنام کرنے کے لیے اس نے جو ہے، بہت سارے ایکٹیویٹیز کیں۔ اس میں سے ایک ایکٹیویٹی یہ تھی کہ جو ہے، جب حضرت موسیٰ نے زکوٰۃ مانگا، اور احکامات بتائے لوگوں کو کہ مال پر یہ زکوٰۃ ہے، اور چوری پر جو ہے، یہ سزا ہے۔ زنا کا جو ہے، یہ پنشمنٹ ہے۔ تو روایتوں میں ہے، تفسیری روایتوں میں، کہ اس نے ایک لیڈی کو تیار کیا، قارون نے، اور اسے کہا کہ جو ہے، ہم موسیٰ پر جو ہے، الزام لگائیں گے زنا کا۔ اور لوگ پوچھیں گے جو ہے، کس کے ساتھ زنا ہوا تھا؟ تو تم پیش ہونا میرے ساتھ۔ تو انہوں نے ایسے ہی کیا۔ حضرت موسیٰ پر جو ہے، یہ الزام لگایا زنا کا۔ تو حضرت موسیٰ نے پوچھا، کس کے ساتھ؟ تو وہ خاتون کو جو ہے، حاضر کیا گیا۔ تو حضرت موسیٰ نے اس سے پوچھا کہ کیا یہی بات ہے؟ تو اس خاتون نے کہا کہ جو ہے، ان لوگوں نے مجھے جو ہے، اتنے اتنے پیسوں کا وعدہ کیا کہ میں آپ کے خلاف میں ایسے ایسے کہوں۔ لیکن میں جو ہے، آپ کو خدا کا رسول سمجھتی ہوں، اور یہ لوگ جو ہیں، جھوٹے ہیں۔ تو اس وقت جو ہے، حضرت موسیٰ نے جو ہے، بد دعا کی۔ کہتے ہیں روایتوں میں، قارون کے خلاف ہے۔ تو اس بد دعا کے بعد جو ہے، وہ زمین میں دھنسنے لگا، وہ اور اس کی ٹیم۔ تو اس سے یہ پتہ چلتا ہے کہ جو ہے، ایک ہوتا ہے خدائی مشن۔ واقعی آدمی جو ہے، خدا کے کام پر کھڑا ہوا ہو۔ اور دوسرا کام وہ ہے جو پیرالل نیریٹیو کے طور پر چلایا جا رہا ہو۔ ایک الٹرنیٹو نیریٹیو دیا جا رہا ہو لوگوں کو، جو کہ قرآن و حدیث کے لحاظ سے صحیح نہیں۔ تو اس کا انجام کیا ہوتا ہے؟ ایسے پیرالل نیریٹیوز کا انجام کیا ہوتا ہے؟ اس واقعے میں جو ہے، بہت ہی زیادہ واضح ہے کہ حضرت موسیٰ کا مشن کامیاب ہوا، اور پیرالل نیریٹیو جو ہے، ناکام ہوا۔ اگرچہ کہ وہاں مال، دولت، اور سب کچھ تھا قارون کے ساتھ، لیکن پھر بھی وہ کامیاب نہیں ہو سکا۔ تو اس دور میں بھی جو ہے، ہمارے مسلم لیڈرز جس طرح کے یہ چلاتے ہیں، نیریٹیوز چلاتے ہیں، جس طرح کے مومنٹ چلاتے ہیں، وہ بھی ایسے ہی سارے جو ہے، خود ساختہ ہی لگتے ہیں۔ یعنی کوئی بھی اس نے کریشن پلان کے لیے لوگوں کو جو ہے، خدا کے منصوبہ تخلیق سے واقف کرانے کے لیے اس کی دلچسپی نہیں ہے۔ موجودہ مسلمانوں میں ہر ایک کو دلچسپی ہے جھوٹے ملی ایشوز کی، اور وہ بڑے زور و شور کے ساتھ اس کو پروموٹ کرتے ہیں۔ لیکن جو ہے، کوئی ریٹرن نہیں ملتا کسی بھی معاملے میں۔ جو بھی وہ شروع کرتے ہیں، کوئی اس کا فائدہ ان کو نہیں ملتا، بلکہ الٹا کاؤنٹر پروڈکٹیو بنتا ہے۔ کاؤنٹر پروڈکٹیو ایکٹیویٹیز کو جو ہے، مومنٹ کے نام سے چلاتے ہیں، لیکن سارے ہی وہ فیل ہوتے ہیں۔ کیونکہ وہ جو ہے، اسلام کے نام پر چلائے جاتے ہیں، لیکن وہ دراصل اسلام نہیں ہوتا۔ وہ ایک پیرالل نیریٹیو کے طور پر چلاتے ہیں۔ تو وہ سارے ہی جو ہے، غور کرنے سے لگتا ہے کہ سارے زمین میں دھنستے ہی رہتے ہیں روز بروز۔ ہر دن اس کی مثالیں ملتی ہیں ہم کو۔ کہ جتنے مومنٹ مسلمانوں نے جو ہے، اسلام کے نام پر چلائے، وہ سارے فیل ہو گئے۔ سارے وہ زمین میں قارون کی طرح دھنس گئے۔ لیکن شروع کرتے ہوئے انہوں نے جو ہے، بہت ہی دھوم کے ساتھ شروع کیا اس کو۔ جیسے قارون اپنی زینت کے ساتھ باہر نکلا، قرآن کہتا ہے۔ تو وہ سارے ایسے ہی بڑی دھوم اور بڑے اس کے ساتھ بڑے بڑے جلسے اور بڑی بڑی ایکٹیویٹی، بڑے بڑے افیسرز اور بڑی بھیڑ کے ساتھ شروع کرتے ہیں۔ تو دیکھنے والوں کو یہ لگتا ہے کہ جو ہے، ہم بھی اس کا پارٹ بنے تو بڑا نام ہو جائے گا ہمارا بھی۔ اور بڑی جو ہے نا، شان و شوکت ملے گی۔ لیکن آخری انجام جو ہے، کچھ ہوتا نہیں اس کے اندر۔ لیڈر اور عوام دونوں جو ہے، ناکام اور نامراد جو ہے، ختم ہو جاتے ہیں۔ غالباً جو ہے، اس پیراگراف کو جو ہے، "The difference between vision and delusion" کہہ سکتے ہیں۔ ویژن اور ڈیلیوژن کا فرق۔ کیا چیز جو ہے، ویژن ہے اور کیا چیز ڈیلیوژن ہے؟ "The difference between vision and delusion"۔</w:t>
      </w:r>
    </w:p>
    <w:p/>
    <w:p>
      <w:bookmarkStart w:id="189" w:name="cl122"/>
      <w:bookmarkEnd w:id="189"/>
      <w:r>
        <w:rPr>
          <w:i/>
          <w:color w:val="77786F"/>
          <w:sz w:val="20"/>
        </w:rPr>
        <w:t>07 Sep 2026 (English)</w:t>
      </w:r>
    </w:p>
    <w:p>
      <w:pPr>
        <w:jc w:val="right"/>
        <w:bidi/>
      </w:pPr>
      <w:r>
        <w:rPr>
          <w:rFonts w:ascii="Noto Nastaliq Urdu" w:hAnsi="Noto Nastaliq Urdu" w:eastAsia="Noto Nastaliq Urdu" w:cs="Noto Nastaliq Urdu"/>
          <w:sz w:val="26"/>
          <w:rtl/>
          <w:lang w:bidi="ur"/>
        </w:rPr>
        <w:t>شاہ صاحب ، یہاں جو اس پیراگراف میں جو بات بتائی گئی ہے، "یا اللہ تعالیٰ" نام اس لمحہ ہوتی ہے، قارون اس سے پہلے کی آیت میں، یعنی عوام جو ہے قارون اور قارون کے دنیاوی شان و شوکت کو دیکھ کر یہ کہتے تھے کہ "یا اللہ تعالیٰ" اس لمحہ ہوتی ہے قارون۔ اور آج وہ کہہ رہے ہیں کہ جو ہے لولا أن من الله علينا لخسف بنا ان کی رائے بدل گئی۔ تو اس پر غور کرنے سے یہ لگتا ہے کہ ہم جو ہے صرف یہ نہیں کہہ رہے تھے کہ ہمیں قارون کی طرح دولت ملے، بلکہ اس سے مراد یہ تھا کہ جو ہے ایک ہے حضرت موسیٰ کا لائف پیٹرن، آخرت اورینٹڈ اور جو ہے خدا ترسی، اور اپنے آپ کو ڈیلیوژن سے بچا کر حقائق پر کھڑا کرنا۔ یہ جو ہے موسیٰ اور ہارون کا ماڈل تھا۔ قارون کا ماڈل جو ہے یہ والا نہیں تھا، یعنی صرف وہ دولت میں جیتا یہ بات نہیں تھی، بلکہ جو ہے پورا جو لائف پیٹرن جو بنا تھا قارون کا وہ ڈیلیوژن ٹائپ کا تھا سارا، یعنی دولت اور کیئرلیس تھنکنگ اور بے باکانہ طرز حیات جس کو ہم کہیں گے، اس سے لوگ متاثر ہو رہے تھے۔ یعنی دولت سے متاثر ہو رہے تھے، مطلب فیئرلیس لائف کا ماڈل جو ہے ان کو اٹریکٹ کرتا تھا قارون کا۔ اس کے بجائے موسیٰ کا جو ماڈل جو تھا وہ آخرت اورینٹڈ اور بہت ہی جو ہے سوچ سمجھ کر زندگی گزارنا۔ تو یہ دو ماڈل جو ہے بنی اسرائیل کے سامنے آ رہے تھے، ایک آخرت اورینٹڈ ماڈل یا باشعور زندگی، اور قارون کا ماڈل وہ تھا کہ جو ہے بے شعور زندگی اور کیئرلیس ایٹیٹیوڈ۔ تو عوام اس کو بہت زیادہ اہم سمجھ رہے تھے، اس طرح زندگی گزارنا۔ تو گویا کہ جو ہے عوام کو جو ہے ان کے صحیح ماڈل سے وہ یہ کر رہا تھا قارون، رکاوٹ ڈال رہا تھا۔ صحیح ماڈل یا صحیح تھنکنگ یا ایک بامقصد زندگی، اس کے بجائے ایک بے مقصد زندگی کی طرف جو ہے وہ لے جانا چاہتا تھا۔ تو اس کا مطلب یہ تھا کہ جو ہے وہ ڈائریکٹ جو پرافٹ ہٹ کی جو جاب ہے، اس کے اگینسٹ میں آ گیا تھا ایز اے ماڈل۔ یعنی ایک پرافٹک ماڈل تھا، اس کے مد مقابل جو ہے ایک دنیاوی ماڈل تھا۔ تو عوام کے لیے جو ہے وہ دنیاوی ماڈل کا پروموٹر بن کے سامنے آ رہا تھا، پرافٹک ماڈل کے مقابلے میں۔ تو اس پر اس کو سزا دی گئی، یعنی سزا اس لیے نہیں تھی کہ جو ہے اس کے پاس خوشحالی اور پراسپیریٹی تھی، سزا اس لیے تھی کہ جو ہے وہ لوگوں کے لیے غلط ماڈل بن کے ابھر رہا تھا۔ پیغمبرانہ ماڈل کے مقابلے میں ایک دنیا دارانہ ماڈل۔ تو اور باقاعدہ جو ہے وہ ایک اپوزیشن ماڈل کے طور پر اس کو پروموٹ کر رہا تھا۔ تو اس کو اس کی سخت سزا دی گئی ، اس مقابلے پر یا اس اپوزیشن پر اس کو سخت سزا دی گئی۔ تو اس کا مطلب یہ ہوا کہ جو ہے انفرادی طور پر اگر کوئی آدمی دنیا دارانہ زندگی گزار رہا ہے تو وہ ایک انفرادی غلطی ہے، انڈیویجول مسٹیک ہے۔ لیکن اگر آدمی جو ہے پرافٹک ماڈل کے مقابلے میں اس کو پروموٹ کرے اور اس کا داعی بن کر رہے، اس کی ایڈوکیسی کرے، تو گویا کہ وہ اب جو ہے وہ ایک بڑے جرم کا شکار ہوا۔ انفرادی شخص تو جو ہے انفرادی غلطی کا شکار ہوا، لیکن جس نے پرافٹک ماڈل کے مقابلے میں اس ماڈل کو پروموٹ کیا، اس کی غلطی جو ہے کئی گنا بڑھ گئی۔ تو غالباً جو ہے قارون کی غلطی یہی ہوئی، قارون سے اس نے موسوی ماڈل کے مقابلے میں ایک قارونی ماڈل پیش کیا زندگی کا، اور لوگ جو ہے دیکھ کر بہت ہی اس کی طرف یہ ہوتے تھے، فیسینیٹ ہوتے تھے۔ تو چونکہ یہ ڈائریکٹ ڈسٹربنس تھا موسیٰ کے مشن میں، تو اس کو جو ہے اس کی سزا دی گئی باقاعدہ، اس کو اور اس کے ساتھیوں کو جو ہے اس غلطی پر جو ہے سخت پنشمنٹ دیا گیا۔ اگر ہم اس کا توسیع مفہوم دیکھیں گے تو ہمارے جو سارے لوگ ہیں آج کے جن کو ہم لیڈر کہتے ہیں، وہ سارے جو ہے یہی غلطی کر رہے ہیں۔ یعنی ایک ہے خدا رخ ماڈل، داعیانہ ماڈل، انظار اور تبشیر کی زندگی، خلق خدا کے ساتھ جو ہے نرمی کے ساتھ پیش آنا، یہ جو ہے خدائی ماڈل ہے زندگی کا۔ اس کے مقابلے میں ہم لوگ جو مومنٹ چلا رہے ہیں فی الوقت پوری دنیا میں، وہ جو ہے غیر پیغمبرانہ ماڈل کی نشانیاں ہیں۔ تو ان کا بھی جو ہے یہی انجام ہو رہا ہے، جو قارون کے ماڈل کا جو انجام ہوا ناکامی کا، سارے ہمارے مومنٹ کا جو ہے انجام، اینڈنگ جو ہے ایسے ہی ہو رہی ہے، چاہے کسی بھی مومنٹ کو ہم دیکھیں، موجودہ مسلمانوں کی وہ اسی انجام سے گزر رہی ہے۔ کسی کو بھی جو ہے کوئی صحیح کامیابی یا کوئی صحیح ریٹرن نہیں ہے۔ تو قریش سے یہی کہا جا رہا تھا کہ قریش بھی جو ہے محمد رسول اللہ کے مقابلے میں قارونی ماڈل پر چل پڑے ہیں۔ قارون وہاں موسیٰ کے اپوزیشن میں تھا، اور قریش کے بڑے بڑے لوگ جو ہے اسی قارونی ماڈل پر چل پڑے ہیں۔ تو ان کو بھی جو ہے یہی انجام سے دوچار ہونا پڑے گا، قریش کے قارونوں کو بھی۔ تو اور ایسا ہی ہوا، بدر، احد، اور یہ سارے واقعات میں جو ہے جیسے قارون کی پکڑ ہوئی، ابوجہل، ابو لہب، اور عقبہ بن معید، امیہ بن خلف، یہ جتنے بھی لوگ ہیں، اسی قارون کے انجام سے دوچار ہوئے۔ تو سورہ میں جو ہے قارون کا ذکر اسی لیے کیا گیا ہے، قریش کو یہ بتانے کے لیے کہ جو ہے تم جس راستے پر چل پڑے ہیں، وہ پرافٹک ماڈل کے مقابلے میں ایک دنیا دارانہ ماڈل ہے، اور اس کو ایز اے الٹرنیٹو کے پروموٹ کرنا چاہتے ہیں پیغمبر کے مقابلے میں۔ تو قارون نے بھی ایسا کیا تھا تم سے پہلے، تو اس کا انجام جو ہے واضح ہے، بنی اسرائیل سے پوچھ سکتے ہیں کہ اس کا کیا انجام ہوا تھا۔ تو اسی انجام سے تم لوگ بھی دوچار ہوں گے، اور اور اس انجام سے وہ سب دوچار ہوئے بھی قارون کے۔ یعنی کچھ لوگوں کو بدر میں سزا دی گئی، کچھ لوگوں کو احد میں، اور کچھ لوگوں کو احزاب میں، اور کسی کو حنین میں۔ تو سارے قارون کے انجام سے دوچار ہوئے، اور ان میں سے کسی کو بھی کامیابی نہیں ملی۔ جو لوگ ان کے ساتھ چل رہے تھے، وہ لوگ یا تو توبہ کیے، یا وہ بھی جو ہے ان کے ساتھ سارے اس سزا سے دوچار ہوئے۔ قریش کے اندر بھی رسول اللہ کے دور میں بہت سارے لوگوں نے توبہ کی، اس ماڈل کو چھوڑا، اور بہت سارے لوگ اپنے سرداروں کے ساتھ جو ہے گویا کہ وہ بھی زمین میں دھنسا دیے گئے۔</w:t>
      </w:r>
    </w:p>
    <w:p>
      <w:pPr>
        <w:jc w:val="right"/>
        <w:bidi/>
      </w:pPr>
      <w:r>
        <w:rPr>
          <w:rFonts w:ascii="Noto Nastaliq Urdu" w:hAnsi="Noto Nastaliq Urdu" w:eastAsia="Noto Nastaliq Urdu" w:cs="Noto Nastaliq Urdu"/>
          <w:sz w:val="26"/>
          <w:rtl/>
          <w:lang w:bidi="ur"/>
        </w:rPr>
        <w:t>جزاک اللہ، فیض صاحب، بہت ہی صحیح گائیڈنس ہے یہ کہ یہ صرف مادیت کا معاملہ نہیں ہے، بلکہ ایک دیوتی ماڈل جو ڈیوائن جو ہے اصل مشن ہے، اس میں رکھنا ڈالنے والا معاملہ ہے۔ ایک نیا ماڈل پیش کرتے ہوئے، ایک ایسا ڈیلیوژن جس میں بہت سارے ایسے کمزور لوگ شامل ہو سکیں، ان کو اپنے ڈائیلاگ میں پھنس جائیں گے، تو وہ اللہ کے ہاں بہت ہی خطرناک کھیل ہے۔ تو اپنے آپ کو بہت ہی محتاط روش اپانی ہے، یعنی ہمارے لیے آج کل اس میں بہت ساری رہنمائی ہے۔ کہیں ہم ایسے اس قارونی ماڈل کو فالو کرنے والے لوگوں کے جال میں نہ پھنسیں، تو اپنے آپ کو بچانا ہے۔ بہت زبردست ہے، جزاک اللہ۔</w:t>
      </w:r>
    </w:p>
    <w:p>
      <w:pPr>
        <w:jc w:val="right"/>
        <w:bidi/>
      </w:pPr>
      <w:r>
        <w:rPr>
          <w:rFonts w:ascii="Noto Nastaliq Urdu" w:hAnsi="Noto Nastaliq Urdu" w:eastAsia="Noto Nastaliq Urdu" w:cs="Noto Nastaliq Urdu"/>
          <w:sz w:val="26"/>
          <w:rtl/>
          <w:lang w:bidi="ur"/>
        </w:rPr>
        <w:t>یعنی عوام یہ کہتے تھے کہ میں نے جب آنکھ کھولی تو ہر طرف ہمالین موومنٹ چل رہی تھی۔ تو مولانا کہتے ہیں کہ میں نے مسلمانوں کے کیس کی سٹڈی کی تو پتہ چلا کہ جو ہے 200 سال سے مسلمان جو ہے ہمالین موومنٹ چلاتے ہیں، لیکن کوئی نتیجہ نہیں حاصل کر پاتے۔ تو میں نے اس کیس کی سٹڈی کی کہ کیوں ایسا ہے کہ 200 سال سے جو ہے سلطان ٹیپو سے مولانا عام طور پر کہتے ہیں، سلطان ٹیپو سے لے کر جو ہے یاسر عرفات تک یا مولانا علی میاں تک مسلمانوں نے جو ہے ہمالین موومنٹ چلائی، لیکن کوئی بھی موومنٹ اس میں سے کامیاب نہیں ہوئی۔ تو اس کا ریزن کیا ہے؟ یعنی ٹو نیشن تھیوری پیش کیا اور فلاں کیا، فلاں کیا، اور اب جو ہے نا ملی گڑبڑ اتنی مچاتے ہیں، لیکن پھر بھی کوئی فائدہ نہیں نکلتا اس کا۔ تو میں نے کیس کی سٹڈی کی تو مولانا کا کہنا یہ ہے کہ مسلمانوں کا جو اورینٹیشن ہے، اسی میں بگاڑ آ گیا ہے۔ وہ اسلام کو جو ہے اس کے ٹیکسٹ سے عکس کرنے کے بجائے اپنی تاریخ سے عکس کرتے ہیں، اور اس کی واپسی کی کوشش کرتے ہیں اپنی تاریخ کی۔ تو اس کے پیچھے بھیڑ کی بھیڑ چلی جاتی ہے، اور کوئی بھی جو ہے حقیقی بات کی طرف دیکھتا نہیں پلٹ کر۔ تو یہی ناکامی کا ریزن ہے مسلمانوں کی۔ تو مولانا نے گویا کہ اسی غلطی کو بتایا جو قارون اور قارون کے فالوورز کر رہے تھے، یعنی موسیٰ کے ماڈل کے مقابلے میں ایک دوسری کوشش۔ تو قارون ناکام ہوا، اس کے فالوورز ناکام ہوئے۔ اسی طرح جو ہے قریش بھی ناکام ہوئے، اور ہمارے اس دور میں ہم بھی ناکام ہیں اسی ماڈل کی غلطی کی وجہ سے۔ لیکن بظاہر جو ہے لوگوں کو یہ لگ رہا تھا کہ جو ہے ایک طرف فالوورز کی بھیڑ ہے، اور ایک طرف کچھ بھی نہیں ہے۔ مولانا ایک تنہا آواز ہے، لیکن انجام کے لحاظ سے جو ہے اس بھیڑ کا کوئی فائدہ نہیں ملا لوگوں کو، نہ لیڈرز کو، نہ وہ مومنٹس کو۔ سارے جو ہے رسوائی اور ذلت کے ساتھ جو ہے خاموش ہو جاتے ہیں، وہ چاہے کوئی بھی ایشو ہو۔ ہر معاملے میں جو ہے ذلت کے ساتھ مسلمان جو ہے آخر میں خاموش ہوتے ہیں۔ تو گویا کہ وہ قارون اور اس کی ٹیم کی جو حالت ہوئی، وہی حالت ہے شکل بدل کر۔ اب وہ قرآن کو اس طرح پڑھیں کہ کیوں قرآن نے موسیٰ کے قصے کو اتنا تکرار کے ساتھ ذکر کیا۔ وہاں سامریوں کا ذکر ہے، قارونوں کا ذکر ہے، کیوں اتنا زیادہ اس بات کو بتایا جا رہا ہے؟ تو سمجھیں گے تو بچ پائیں گے، ورنہ جو ہے یہی ماڈل پر چلیں گے اور ہر بار منہ کی کھائیں گے۔ تو قارونی ماڈل سے مراد یہی ہوا کہ جو ہے غیر پیغمبرانہ ماڈل زندگی کا۔ نہ قارون کبھی کامیاب ہوا، نہ بعد کے لوگ، نہ اب کے لوگ، کسی کے لیے بھی اس میں کوئی رزلٹ ملنے والا نہیں ہے۔ تو اس لیے شاید جو ہے موسیٰ کی زندگی کے واقعے کی قرآن میں اتنا زیادہ تکرار ہے تاکہ بعد کے لوگوں کو یہ سمجھایا جا سکے۔ انفرادی ملاقاتوں میں ہر ذہین آدمی اس کا اعتراف کرتا ہے۔ آج ہماری ملت کا کوئی بھی بڑا آدمی ہے، اس کو بھیڑ میں جب پوچھیں گے تو اعتراف نہیں کرتا۔ مولانا کا یا مولانا کے مشن کا، لیکن تنہائی میں 99 پرسنٹ اعتراف کرتے ہیں لوگ۔ ہر بڑا آدمی اعتراف کرتا ہے کہ مولانا کی بات ہی صحیح تھی، وہ مان لیتے تو ہم کو جو ہے ذلت سے، کم سے کم ذلت سے بچ جاتے ہیں۔ نہ مان کر ہم اتنا زیادہ ذہنی ٹارچر کا شکار ہیں۔ سارے ہی لوگ مانتے ہیں یہ بات کو۔</w:t>
      </w:r>
    </w:p>
    <w:p/>
    <w:p>
      <w:pPr>
        <w:pStyle w:val="Heading1"/>
      </w:pPr>
      <w:bookmarkStart w:id="190" w:name="vg66"/>
      <w:bookmarkEnd w:id="190"/>
      <w:r>
        <w:t>The Story (Al-Qasas) - 28:83-84</w:t>
      </w:r>
    </w:p>
    <w:p>
      <w:bookmarkStart w:id="191" w:name="cl123"/>
      <w:bookmarkEnd w:id="191"/>
      <w:r>
        <w:rPr>
          <w:i/>
          <w:color w:val="77786F"/>
          <w:sz w:val="20"/>
        </w:rPr>
        <w:t>08 Sep 2026 (Urdu)</w:t>
      </w:r>
    </w:p>
    <w:p>
      <w:pPr>
        <w:jc w:val="right"/>
        <w:bidi/>
      </w:pPr>
      <w:r>
        <w:rPr>
          <w:rFonts w:ascii="Noto Nastaliq Urdu" w:hAnsi="Noto Nastaliq Urdu" w:eastAsia="Noto Nastaliq Urdu" w:cs="Noto Nastaliq Urdu"/>
          <w:sz w:val="26"/>
          <w:rtl/>
          <w:lang w:bidi="ur"/>
        </w:rPr>
        <w:t>امام صاحب، اس آیت کے اندر قل كدّار الآخرة نجعلها للذين لا يريدون علواً في الأرض ولا فساداً.</w:t>
      </w:r>
    </w:p>
    <w:p>
      <w:pPr>
        <w:jc w:val="right"/>
        <w:bidi/>
      </w:pPr>
      <w:r>
        <w:rPr>
          <w:rFonts w:ascii="Noto Nastaliq Urdu" w:hAnsi="Noto Nastaliq Urdu" w:eastAsia="Noto Nastaliq Urdu" w:cs="Noto Nastaliq Urdu"/>
          <w:sz w:val="26"/>
          <w:rtl/>
          <w:lang w:bidi="ur"/>
        </w:rPr>
        <w:t>لا یریدون علواً فی الأرض، علو فی الأرض کیا ہے؟ یعنی زمین میں بڑائی چاہنا کیا چیز ہے؟ اور زمین میں فساد کرنا کیا چیز ہے؟ وہ بہت امپورٹنٹ ہے، اس کو سمجھنا۔ علو فی الأرض اور فساد فی الأرض، قرآن کس کو کہتا ہے؟ وہ کیا بات ہے جس کو کہا جائے گا کہ جو ہے، یہ عمل، یہ ایکٹ جو ہے، زمین میں بڑا بننا اور فساد کرنا کہا جائے گا؟ تو وہ سمجھنا بہت امپورٹنٹ ہے اس میں، کیونکہ آیت میں بتایا گیا ہے کہ آخرت کا گھر اس انسان کو ملے گا جس میں یہ دو چیزیں نہ ہوں: علو اور فساد۔ تو پیچھے جو ہے، جو قارون کا قصہ جو آیا، اور اس سے پہلے فرعون کا، تو وہ جو ہے اس میں ہیلپ کرتے ہیں کہ علو فی الأرض کیا ہے؟ زمین میں بڑائی کرنا کیا چیز ہے؟ تو سورہ کے شروع میں کہا گیا تھا: إِنَّ فِرْعَوْنَ عَلَىٰ فِي الْأَرْضِ فرعون جو ہے، زمین میں بہت زیادہ بڑائی حاصل کر چکا ہے۔ اور بتایا گیا تھا کہ اس کی بڑائی یہ ہے کہ کچھ لوگوں کو وہ حقیر کرنا چاہتا تھا، اور کچھ لوگوں کو بڑائی اور سپریمیسی دینا چاہتا تھا۔ اس خواہش کی وجہ سے اس نے جو ہے، بنی اسرائیل کے مردوں کو قتل کیا، اور عورتوں کو چھوڑ دیا اس نے۔ اور اس کے بعد جو ہے، قارون کی مثال دی گئی کہ علو فی الأرض کی ایک دوسری مثال جو ہے، قارون ہے، کہ حضرت موسیٰ پر جب وحی نازل ہوئی، اور خدا اور آخرت اور اس کی باتیں آئیں، ڈوز اینڈ ڈونٹس کی، تو موسیٰ علیہ السلام کے سامنے سرنڈر ہونے کے بجائے، موسیٰ کے خلاف جو ہے، وہ سازشیں کرتا بنی اسرائیل میں۔ اور موسیٰ پر اس نے الزام بھی لگایا، زنا وغیرہ وغیرہ کا۔ تو یہ دو واقعات سے جو ہے، سمجھا جا سکتا ہے کہ جو ہے، علو فی الأرض کیا ہے؟ یا فساد فی الأرض کیا ہے؟ یعنی آدمی جو ہے، اس کے سامنے حق اور انصاف کی بات پہنچے، وہ حق اور انصاف پر کھڑے نہ ہوں، بلکہ جو ہے، اپنی خواہش کے مطابق کھڑے ہونا پسند کرے وہ۔ تو رسول اللہ سے جو ہے، لوگوں نے سوال کیا، صحابی رسول نے: اے اللہ کے رسول، کیا اچھی ڈریسنگ اور اچھے نعل، یعنی اچھے چپل وغیرہ پہننا، کیا یہ بھی کبر ہے؟ تو یہ مسلم کی روایت ہے کہ اللہ کے رسول نے کہا کہ نہیں، یہ کبر نہیں ہے۔ اس طرح کی چیزیں، یعنی آدمی جو ہے، مناسب پہنے، مناسب کھائے، یا مناسب گھر میں رہے، اس کو کبر نہیں کہا جاتا ہے۔ رسول اللہ نے اس کے بارے میں کہا کہ إِنَّ اللَّهَ جَمِيلٌ يُحِبُّ الْجَمَالَ ۔ اللہ تعالیٰ جو ہے، خوبصورت ہے اور خوبصورت رہنے کو پسند کرتا ہے۔ کبر تو یہ ہے کہ جو ہے، آدمی غَمْتُ الْحَقِّ وَبَطْرُ النَّاسِ ۔ لوگوں پر فخر کرے، اور حق کی بات آئے تو اس کو دبا دے۔ حق کو جو ہے، پنپنے نہ دے، ابھرنے نہ دے، بلکہ اپنے ڈیزائر کے حساب سے دنیا میں جینا چاہے۔ انصاف کی بات آئے تو وہ اس کو دبائے، اور لوگوں کو حقیر سمجھے۔ یہ جو ہے، کبر ہے۔ تو گویا کہ قارون اور فرعون جو ہے، ان کا خوشحال ہونا، یا ان کا پولیٹیکلی یا کسی بھی لحاظ سے اوپر ہونا جو ہے، یہ کبر نہیں تھا۔ کبر یہ تھا کہ جو ہے، لوگوں کو دبانا اور حقیر سمجھنا، اور حق کے سامنے آنے پر اپنے سوچ یا اپنے عمل کی غلطی سامنے آنے کے بعد جو ہے، اس کو سپریس کرنے کی کوشش کرنا۔ یہ ان کا کبر تھا۔ تو اس سلسلے میں اس آیت میں بتایا گیا ہے کہ ایسے لوگوں کو جنت نہیں ملے گی، جو لوگوں کو حقیر سمجھے اور حق کو دبائے۔ تو قل كدّار الآخرة نجعلها للذين لا يريدون علواً فی الأرض ولا فساداً ۔ علو فی الأرض اور فساد فی الأرض جو ہے، یہی ہے۔ یہ نہیں ہے کہ جو ہے، لوگ بزنس نہ کریں، پیسہ نہ کمائیں، گھر نہ بنائیں، اور اچھی سواریاں نہ خریدیں۔ یہ اس سے منع نہیں ہے اس آیت میں۔ اس آیت میں جو چیز منع ہے، مسلم کی حدیث کے مطابق، حق کو دبانا اور لوگوں کو حقیر سمجھنا۔ یا روایتوں میں آیا ہے کہ جو ہے، لوگوں کا مال ناحق چھیننا، ناحق لینا، غلط طریقے سے کسی کا مال ہڑپ کر لینا۔ تو ایسے لوگوں کے لیے جو ہے، آخرت کا گھر نہیں ہے۔ تو علو فی الأرض جو ہے، متعین کرنے میں لوگوں سے جو ہے، غلطی ہو سکتی ہے۔ یعنی کوئی اس آیت کو لے کر یہ کہہ سکتے ہیں کہ جو ہے، آدمی دنیا کے اندر کوئی اچھی زندگی ہی نہ گزارے، یعنی کھائے نہ پیے، نہ صحیح سے رہے۔ تو یہ مفہوم نکالنا جو ہے، غیر اسلامی ہوگا یہ۔ یعنی راہبانہ مفہوم ہوگا یہ۔ سینٹس اور جو دنیا کو چھوڑ کر اس کی زندگی گزارتے ہیں، رہبانیت کی۔ تو اللہ کے رسول نے کہا: لا رَهْبَانِيَّةَ فِي الْإِسْلَامِ ۔ اسلام میں رہبانیت نہیں ہے۔ اور قرآن کی دوسری آیتوں میں کہا گیا ہے کہ جو ہے، یہ خدا کی نعمتیں ہیں جو اللہ نے اپنے بندوں کے نیچے نکالی ہیں۔ قل من حرم زينة الله ا خرج لعباده ۔ یعنی لباس، گھر، سواریاں، اور اچھے ماقولات اور مشروبات، کھانے پینے کی چیزیں۔ یہ ایسا نہیں ہے کہ جو ہے، مومنین اس کو استعمال نہ کریں۔ اس طرح کا مفہوم نہیں ہے آیت کا۔ آیت کا مفہوم یہ ہے کہ ناحق لوگوں کا مال چھیننا ، حق کو دبانا، اور اپنے گول کے حساب سے جو ہے، نا توڑ مروڑ کرنا چیزوں کو۔ جو کہ عام طور پر انڈیویجول میں بھی ہوتا ہے یہ، اور کسی کمیونٹی میں بھی، اور پولیٹیکل پاور والوں کے پاس بھی۔ کہ چیزوں کو اپنے حساب سے توڑ مروڑ کر دے کرنا، تاکہ وہ اپنے مناسب حل لگے۔ تو اس ٹائپ کی چیزوں سے اس میں منع کیا گیا ہے۔ یعنی کرپٹڈ مائنڈ کو پکڑا گیا ہے اس میں، نہ کہ رائٹ تھنکنگ کو۔ اگر آدمی رائٹ تھنکنگ سے جو ہے، دنیا کی نعمتوں سے فائدہ اٹھا رہا ہے، اور دنیا میں جو ہے، اپنا قدم آگے بڑھا رہا ہے، تو وہ اس میں شامل نہیں ہے۔ شامل یہ ہے کہ آدمی کرپٹڈ مائنڈ کے ساتھ دنیا اور لوگوں کو ڈیل کرے۔ تو علو اور فساد کے تعین میں جو ہے، ڈیفینیشن میں رہبانیت اور اس طرح کی چیزیں داخل نہیں ہیں۔ وہ چیزیں داخل ہیں جو ذہنی فساد اور عملی فساد سے تعلق رکھتی ہیں۔ اس کی مثال جو ہے، فرعون اور قارون ہے۔ تو قارون کو بھی، قارون اور فرعون کو بھی جو ہے، زمین میں بالادستی ملی۔ اور داؤد اور سلیمان کو بھی ملی۔ تو فرعون اور قارون کے لیے سزا کا اعلان ہے، داؤد اور سلیمان کے لیے۔ يَا دَاوُودُ إِنَّا جَعَلْنَاكَ خَلِيفَةً فِي الْأَرْضِ وَاحْكُمْ بَيْنَ النَّاسِ بِالْقِسْطِ ۔ اے داؤد، ہم نے تمہیں زمین میں جو ہے، پولیٹیکل پاور دیا ہے، تو لوگوں میں انصاف کرو، حق کو نہ دباؤ۔ تو داؤد اور سلیمان کے لیے جو ہے، عفو اور انعام کا وعدہ ہے۔ فرعون اور قارون کے لیے جو ہے، غلط استعمال کی وجہ سے دنیا کے پاور کا۔ عذاب نار کا واقعہ ہے، آخرت کی بربادی کا اعلان ہے۔ داؤد اور سلیمان کے لیے انعام ہے، اگرچہ کہ وہ سب کچھ دنیا کی چیزیں ان کو ملی ہوئی تھیں۔ تو اس پر ان کو سزا نہیں دی جا رہی ہے، انعام دیا جا رہا ہے۔ فرعون اور قارون کو جو ہے، دنیا کی چیزیں دی گئیں، اور آخرت کی محرومی کا اعلان ہے، کیونکہ انہوں نے غلط استعمال کیا اس کا۔ تو یہ دو مثالوں سے، سلیمان اور داؤد، اور فرعون اور قارون، اس سے جو ہے، علو فی الأرض کیا ہے، وہ ڈیفائن کر سکتے ہیں۔ اس میں رہبانیت اور زہد کو داخل نہیں کرنا چاہیے۔ یعنی غیر ضروری دنیا سے بیزاری، یہ اسلامی تعلیمات نہیں ہیں۔</w:t>
      </w:r>
    </w:p>
    <w:p>
      <w:pPr>
        <w:jc w:val="right"/>
        <w:bidi/>
      </w:pPr>
      <w:r>
        <w:rPr>
          <w:rFonts w:ascii="Noto Nastaliq Urdu" w:hAnsi="Noto Nastaliq Urdu" w:eastAsia="Noto Nastaliq Urdu" w:cs="Noto Nastaliq Urdu"/>
          <w:sz w:val="26"/>
          <w:rtl/>
          <w:lang w:bidi="ur"/>
        </w:rPr>
        <w:t>یہ عبداللہ بن مسعود سے جو روایت آئی، مسلم میں ہے، وہ اس آیت کو غالباً جو ہے، بہت اچھا ایکسپلین کرتی ہے۔ أَنَا عَبْدُ اللَّهِ بِنِ مَسْعُودٍ رَضِيَ اللَّهُ عَنْهُ عَنِ النَّبِيِّ قَالَ: لَا يَدْخُلُ الْجَنَّةَ مَن كَانَ فِي قَلْبِهِ مِثْقَالُ ذَرَّةٍ مِنْ كِبْرٍ ۔ عبداللہ بن مسعود کہتے ہیں کہ جو ہے، رسول اللہ نے فرمایا: جنت میں داخل نہیں ہوگا جس کے دل میں پارٹیکل کے برابر بھی جو ہے، کبر ہو، یعنی ایروگنس یا فخر ہو۔ فَقَالَ رَجُلٌ ایک آدمی نے کہا: إِنَّ الرَّجُلَ يُحِبُّ أَنْ يَكُونَ ثَوْبَهُ حَسَنًا وَنَعْلَهُ حَسَنًا ایک آدمی نے کہا کہ آدمی چاہتا ہے کہ اس کے کپڑے اور اس کے فٹ ویئر جو ہے، اچھے ہوں۔ فَقَالَ رَسُولُ اللَّهِ: إِنَّ اللَّهَ جَمِيلٌ يُحِبُّ الْجَمَالَ رسول اللہ نے جواب دیا کہ اللہ خوبصورت ہے، خوبصورتی کو پسند کرتا ہے۔ الْكِبْرُ بَطْرُ الْحَقِّ وَغَمْتُ النَّاسِ کبر یہ ہے کہ حق کو دبائے، اور لوگوں کو حقیر سمجھے۔ رَوَاهُ مُسْلِمٌ یہ حدیث جو ہے، عبداللہ بن مسعود کی، بہت اچھا اس آیت کا ڈیفینیشن دیتی ہے۔ تو اس حدیث کی مدد سے جو ہے، علو اور فساد فی الأرض، جس پر جنت کی محرومی کی بات اس آیت میں کی گئی ہے، وہ سمجھنے میں بہت مددگار ہے۔ یہ عبداللہ بن مسعود کی حدیث۔ یعنی داؤد اور سلیمان بنو، اگر اللہ نے صاحب حیثیت بنایا ہے۔ فرعون اور قارون نہ بنو۔ گویا کہ آیت کا مطلب یہ نکلا ۔</w:t>
      </w:r>
    </w:p>
    <w:p/>
    <w:p>
      <w:bookmarkStart w:id="192" w:name="cl124"/>
      <w:bookmarkEnd w:id="192"/>
      <w:r>
        <w:rPr>
          <w:i/>
          <w:color w:val="77786F"/>
          <w:sz w:val="20"/>
        </w:rPr>
        <w:t>09 Sep 2026 (English)</w:t>
      </w:r>
    </w:p>
    <w:p>
      <w:pPr>
        <w:jc w:val="right"/>
        <w:bidi/>
      </w:pPr>
      <w:r>
        <w:rPr>
          <w:rFonts w:ascii="Noto Nastaliq Urdu" w:hAnsi="Noto Nastaliq Urdu" w:eastAsia="Noto Nastaliq Urdu" w:cs="Noto Nastaliq Urdu"/>
          <w:sz w:val="26"/>
          <w:rtl/>
          <w:lang w:bidi="ur"/>
        </w:rPr>
        <w:t>شاہ صاحب، رسول اللہ جو ہے، باقاعدہ جو ہے، علو اور فساد کیا ہے اور علو اور فساد کیا نہیں ہے، اس کی بہت اچھی مثالیں قائم کرتے تھے اصحاب رسول۔ یعنی یہ جو پچھلی آیت میں کہا گیا کہ "وَإِلَكُمْ ثَوَابُ اللَّهِ خَيْرٌ لِمَنْ آمَنَ وَعَمِلَ صَالِحًا" کہ قارون کی زینت اور شان و شوکت دیکھ کر لوگ اس کے خواہش مند ہو گئے کہ ہمیں بھی ایسی خواہش ملے، ہماری بھی ایسی خواہش پوری ہو، قارون کی طرح۔ تو جس طرح وہاں مطلع علم نے جو ہے، کلیرٹی دی ان کو کہ قارون جیسا بننے کی خواہش جو ہے، ہلاکت خیز ہے۔ تو مطلع علم نے جو ہے، گویا کہ وہاں موجود لوگوں کا جو ہے، انٹلیکچول ڈیولپمنٹ کیا، ان کی آنکھوں کو کھولا کہ جو ہے، یہ سطحیت ہے، سطحی سوچ ہے کہ جو ہے، آدمی اس طرح سوچے، قارون کی طرح بننے کا۔ تو رسول اللہ بھی جو ہے، اپنے اصحاب کو جو ہے، وقتاً فوقتاً اس طرح کی تربیت دیتے تھے، یہ سمجھاتے تھے کہ جو ہے، کون سی چیز جائز دائرے میں ہے اور کون سی چیز جو ہے، اس سے باہر شمار کی جائے گی۔ تو بخاری میں ایک روایت ہے، کتاب الجمعہ میں وہ روایت ہے کہ ایک مرتبہ حضرت عمر نے دیکھا کہ جو ہے، مسجد نبوی کے باہر ایک ریشمی کپڑا بک رہا ہے، جس کو جو ہے، عطارد کہتے تھے، عطارد برانڈ شاید، اس دور میں اس کو کہا جاتا تھا عطارد. یعنی عطارد جو ہے، ایک سلک کا کپڑا تھا، ریشمی کپڑا۔ تو مسجد نبوی کے جو ہے، گیٹ کے باہر کوئی بیچ رہے تھے اس کو۔ تو حضرت عمر نے دیکھا، اس کو تو بہت پسند آیا ان کو، اور حضرت عمر نے سوچا کہ جو ہے، یہ خرید لیں تاکہ رسول اللہ جو ہے، اس کو پہنیں ڈیلیگیشنز یا کسی سے ملاقات کے موقع پر، جمعہ یا ڈیلیگیشنز جب آتے ہیں تو اس وقت پہن لیں رسول اللہ۔ تو اس مقصد سے جو ہے، وہ خریدنا چاہا۔ لیکن جب رسول اللہ نے دیکھا اس کو تو کہا کہ جو ہے، یہ تو ان لوگوں کا لباس ہے جن کا آخرت میں کوئی انٹرسٹ نہیں ہے، آخرت میں جن کا کوئی حصہ نہیں ہے، وہ لوگ پہنیں گے یہ کپڑا تو۔ تو منع کر دیا اس کپڑے سے۔ تو اسی روایت میں ہے، کتاب الجمعہ بخاری میں کہ کچھ دنوں کے بعد جو ہے، یہی کپڑا رسول اللہ کے پاس کہیں سے آیا، تحفۃ وغیرہ وغیرہ۔ تو حضرت عمر کو دے دیا رسول اللہ نے وہ کپڑا۔ تو حضرت عمر نے کہا، اے اللہ کے رسول، آپ نے تو اس سے مجھے منع کیا تھا یہ کپڑا خریدنے سے، تو آپ مجھے ہی پھر یہ گفٹ کیوں کر رہے ہیں؟ تو رسول اللہ نے حضرت عمر سے کہا کہ یہ تمہارے اپنے ذاتی استعمال کے لیے نہیں دے رہا ہوں، کسی کو بھی دے دینا۔ تو حضرت عمر نے جو ہے، مکے میں ان کے ایک مشرک بھائی تھے، ان کو وہ کپڑا گفٹ کر دیا۔ تو اس طرح کے واقعات کے ذریعے جو ہے، رسول اللہ لوگوں کے جو ہے، یہ پیدا کرتے تھے سوچ میں اعتدال۔ یعنی کسی نے یہ سمجھا کہ جو ہے، یہ ہے کہ جو ہے، آدمی اچھا کپڑا ہی نہ پہنے، اچھا شوز ہی استعمال نہ کرے۔ تو وہاں رسول اللہ نے کریکشن کیا کہ یہ چیزیں جو ہے، کبر میں نہیں آتی ہیں۔ کبر تو یہ ہے کہ حق کو دبائے اور لوگوں کو حقیر سمجھے۔ وہاں اس طرح تربیت کی رسول اللہ نے۔ اور یہاں جو ہے، یہ تربیت کی کہ جو ہے، اچھا پہننا یا اچھی چیزیں استعمال کرنے کا مطلب یہ نہیں ہے کہ آدمی اس میں اسراف کی حد تک جائے۔ یعنی حد سے زیادہ وہ لگژریس بن جائے۔ سلک پہنے، سونا پہنے، اسے رسول اللہ نے منع کیا، کہا کہ جو ہے، اس کی اجازت نہیں ہے۔ تو ایک طرف جو ہے، اس بات کی اجازت دی کہ آدمی اچھا پہنے، اچھا رہے۔ دوسری طرف اس سے منع کیا کہ اس میں آدمی لمٹ کو کراس کرے۔ اور پھر جو ہے، قارون کی طرح ایسی زینت اختیار کرے جو زینت جو ہے، وہ علو میں شمار ہو گی، ایگریشن اور فساد میں شمار ہو گی۔ حضرت عمر کے یہ حلیہ عطارد، عطارد کا کپڑا کے واقعے میں جو ہے، اس کی اچھی مثال ملتی ہے کہ اس کی لمٹ کیا ہے۔ دنیا کی چیزوں کی زینت کی جو ہے، ایک مومن کے لیے لمٹ کیا ہے اور کون سی چیز لمٹ کے باہر شمار ہو گی۔ لیکن قرآن کی جو دوسری آیتوں میں ہے، جب وار وغیرہ کی جو ہے، تیاری کی بات کہی گئی تو جو ہے، یہ نہیں کہا گیا کہ معمولی گھوڑے رکھو یا معمولی چیزیں تیار رکھو۔ یہ نہیں کہا گیا۔ اس میں یہ کہا گیا ہے کہ جو ہے، گھوڑے زبردست ہونے چاہیے اس موقع کے لیے۔ تو گویا کہ جو ہے، ہر جگہ سمپلیسٹی اور سادگی کی تعلیم نہیں ہے۔ کہیں تعلیم ہے کہ آپ جو ہے، سمپل رہیں۔ کسی جگہ کے لیے جو ہے، سمپلیسٹی نہیں بتائی گئی۔ یہ کہا گیا کہ اس میں بہت ہی کوالٹی کا خیال رکھنا ہے۔ مولانا کی زندگی میں جو ہے، اس کی اچھی یہ ملتی ہے ایکسپلینیشن۔ امریکہ کے سفر وغیرہ میں مولانا نے لکھا ہے کہ کسی نے جو ہے، بہت ہی کوئی اچھی عباء یا کوئی چیز مولانا کو یہ کی گفٹ کی، تو مولانا نے لینا پسند نہیں کیا اس کو اپنے لیے۔ لیکن کسی نے اچھا جو ہے، ریکارڈنگ کا کوئی ڈیوائس دیا، کوالٹی والا، تو اس کو مولانا نے قبول کر لیا۔ تو مولانا جو ہے، اپنی مجلسوں میں بھی اس کا اہتمام کرتے تھے کہ آپ ریکارڈنگ یا مشن کی اس طرح کی جو چیزیں ہیں، وہ ایک دم بالکل کوالٹی کی ہونا چاہیے۔ ایسے معمولی کیمرہ یا معمولی ریکارڈنگ، اس کو مولانا پسند نہیں کرتے۔ کہتے تھے کہ اس کا کوئی فائدہ نہیں۔ ہم مولانا کی مجلسوں میں جو ہے، ریکارڈنگ کرتے تو کہتے تھے، اس کا کوئی فائدہ نہیں۔ کوالٹی والا ہے تو کیجیے، ورنہ چھوڑ دیجیے۔ تو گویا کہ جو ہے، مشن کے لیے جو ہے، کوالٹی چیز چاہنا، دعوت اور اس کے لیے کوالٹی چیز یہ کرنا، یا بہترین دلائل کے ذریعے جو ہے، فکری غلطیوں کو بتانا، لوگوں کو ایکسپوز کرنا، ان کے تھاٹس کے ویگ کو، یہ کبر میں نہیں آتا۔ یہ سب وہ تو عین مطلوب ہے۔ امر بالمعروف نہیں، یعنی المنکر، یہ کبر میں نہیں آئے گا۔ وہ تو عین یہ ہے کہ جو ہے، آپ دلائل کی روشنی میں جو ہے، اس کو ایکسپوز کریں، آپ بتائیں کیا غلطی ہے۔ اسی طرح جو ہے، ریکارڈنگ کی چیزیں یا جیسا وَإِلَكُمْ فَسَادٌ، وہ چیزوں میں کوالٹی یہ کرنا، وہ علو میں نہیں شمار ہو گا، علو اور فساد میں۔ اسی طرح اپنی ذاتی حد کے اندر جو ہے، لمیٹڈ اس میں رہنا، اچھی چیزوں کا استعمال کرنا، اس کو بھی جو ہے، منع نہیں کیا گیا۔ اور پھر وہ عطارد کی جو بات آئی، تو وہاں کہا گیا کہ یہ تو ان لوگوں کا لباس ہے جن کا آخرت میں کوئی حصہ نہیں ہے۔ وہاں منع کر دیا گیا ذاتی دائرے میں۔ تو یہ سب باتوں سے جو ہے، بات کلیئر ہوتی ہے کہ علو اور فساد کس چیز کو اسلام کہتا ہے اور کس چیز کو نہیں کہتا۔ یعنی اس کو علو اور فساد نہیں کہا جائے گا اگر کسی نے جو ہے، شرک کو ایکسپوز کرنے کے لیے یہ کہا کہ تم جن چیزوں کی عبادت کرتے ہو، لَا يَخْلُقُونَهُمْ، وہ مکھی بھی نہیں بنا سکتے۔ اور مکھی ان سے کوئی چھین کر لے جائے، کوئی کوئی چیز، تو وہ اس کو بچا بھی نہیں سکتے۔ ضَعُوفَ الطَّالِبُ وَالْمَطْلُوبُ، عابد اور معبود، ورشپر اور آئیڈل، دونوں جو ہے، کمزور ہیں۔ تو اس میں یہ نہیں کہا جائے گا کہ یہ حرش میں لابد ہے یا یہ کبر ہے، یہ نہیں کہا جائے گا اس موقع سے۔ تو علو اور فساد میں جو ہے، کیا چیز داخل ہے، کیا چیز داخل نہیں ہے۔ قرآن، حدیث اور سیرت کے واقعات سے جو ہے، اس کا بہت اچھا یہ ڈیفینیشن سامنے آتی ہے کہ کس چیز کو ہم علو اور فساد کہیں، کس چیز کو نہ کہیں۔</w:t>
      </w:r>
    </w:p>
    <w:p>
      <w:pPr>
        <w:jc w:val="right"/>
        <w:bidi/>
      </w:pPr>
      <w:r>
        <w:rPr>
          <w:rFonts w:ascii="Noto Nastaliq Urdu" w:hAnsi="Noto Nastaliq Urdu" w:eastAsia="Noto Nastaliq Urdu" w:cs="Noto Nastaliq Urdu"/>
          <w:sz w:val="26"/>
          <w:rtl/>
          <w:lang w:bidi="ur"/>
        </w:rPr>
        <w:t>جزاک اللہ خیر صاحب۔ علو اور فساد کے جو حدود ہیں، ان کو آپ نے سیرت سے بہت ہی اچھی طرح واضح کیا۔ یعنی ارادہ جو ہے، وہ بہت ہی امپورٹنٹ ہے اس میں۔ من ارادہ۔ سورہ اعراف کی آیت 26 کو میں دیکھ رہا تھا، وہاں بھی ایک طرح کی جو، بسا اوقات کنفیوژن ہو سکتا ہے کہ انسان کے لیے جو جائز چیزیں ہیں، وہ کہیں ان کو بھی مانا نہ جائے، تو اس کی بھی وضاحت کی آپ نے ۔ تو مجھے وہ حدیث بھی یاد آئی جس میں شاید ابوبکر صدیق سے حضور صلی اللہ علیہ وسلم نے فرمایا: "إِنْ لَسْتَ مِنَ الْخُوَيْلَةِ" ابوبکر، تم ایسے نہیں ہو۔ ان کا بھی شاید اظہار نیچے، تہبند نیچے جاتی تھی۔ اور جو میں سورہ اعراف کی آیت کا تذکرہ کر رہا تھا، وہ دوسرے کنٹیکسٹ میں تھی، لیکن یہی چیز وہاں بھی نکل آتی ہے: "قُلْ مَنْ حَرَّمَ زِينَةَ اللَّهِ الَّتِي أَخْرَجَ لِبَادِهِ" تو اس کے بعد جو آیت آتی ہے: "قُلْ إِنَّ مَحَرَّمَ رَبِّ الْفَوَاحِ مَا زَهَرَ مِنْهَا مَعَ مُعَبَّدًا وَالْإِسْمَ وَالْبَاقِيَ بِغَيْرِ الْحَقِّ" وَأَنْ تُشْرِكُوا بِاللَّهِ مَا لَمْ يُنَزِّلْ بِهِ سُلْطَانًا وَأَنْ تَقُولُوا عَلَى اللَّهِ مَا لَا تَعْلَمُونَ ۔ سی: "مائی لارڈ ہیز فاربیڈن ان ڈیسنسی بوتھ اوپن اینڈ ہڈن، سن اینڈ رونگ فل اپریشن اینڈ دیٹ وِتَوْت ہِز سینکشن یو ایسوسیٹ تھنگز وِد ہِم ، اینڈ دیٹ یو سٹے تھنگز اباؤٹ ہِم وِتَوْت نالج" بہت صحیح آپ نے بتایا، دونوں چیزیں اس میں بہت ہی محتاط رہنے کی ہیں۔ جزاک اللہ۔ اس صورت میں ہمیں فساد سے متعلق اور علو سے متعلق بہت ہی صحیح گائیڈنس مل رہی ہے۔</w:t>
      </w:r>
    </w:p>
    <w:p/>
    <w:p>
      <w:pPr>
        <w:pStyle w:val="Heading1"/>
      </w:pPr>
      <w:bookmarkStart w:id="193" w:name="vg67"/>
      <w:bookmarkEnd w:id="193"/>
      <w:r>
        <w:t>The Story (Al-Qasas) - 28:85-88</w:t>
      </w:r>
    </w:p>
    <w:p>
      <w:bookmarkStart w:id="194" w:name="cl125"/>
      <w:bookmarkEnd w:id="194"/>
      <w:r>
        <w:rPr>
          <w:i/>
          <w:color w:val="77786F"/>
          <w:sz w:val="20"/>
        </w:rPr>
        <w:t>10 Sep 2026 (Urdu)</w:t>
      </w:r>
    </w:p>
    <w:p>
      <w:pPr>
        <w:jc w:val="right"/>
        <w:bidi/>
      </w:pPr>
      <w:r>
        <w:rPr>
          <w:rFonts w:ascii="Noto Nastaliq Urdu" w:hAnsi="Noto Nastaliq Urdu" w:eastAsia="Noto Nastaliq Urdu" w:cs="Noto Nastaliq Urdu"/>
          <w:sz w:val="26"/>
          <w:rtl/>
          <w:lang w:bidi="ur"/>
        </w:rPr>
        <w:t>عبدالسلام مولانا کا جو فٹ نوٹ ہے، اس میں جو پہلے جو بات بتائی گئی ہے، وہ یہ ہے کہ آدمی یہ چیک کرے کہ بے آمیز سچائی پر وہ کھڑا ہوا ہے، اسی کی طرف بلا رہا ہے یا نہیں۔ یعنی اگر داعی بے آمیز سچائی پر کھڑا ہوا ہے اور اپنی دعوت میں جو ہے کسی بھی دوسری چیز کو شامل نہیں کرتا جو ان آیتوں میں جن کا ذکر ہے، یعنی قل ربی اعلم بمن جاب الہدی، یعنی لوگ کنفیوژن میں ڈالیں گے اپنے قول سے عمل سے، تو اس کنفیوژن سے اپنے آپ کو بچائے رکھنا۔ اسی طرح جو ہے کسی بھی غلط سوچ اور غلط ایکٹیویٹی کو سپورٹ نہ کرنا، فلانا کون ضعیرا للمجرم۔ جو اس ٹائپ کی جو ہے باتیں ان آیتوں کے اندر جو ہے اسی طرح جو ہے یعنی دوسروں کی جو ہے باتیں اور کمنٹس اور رکاوٹوں کو جو ہے رکاوٹیں نہ سمجھنا، اور اسی طرح جو ہے خدا کے ساتھ کسی کو شریک نہ کرنا، اور یہ ماننا کہ جو ہے فیصلہ اسی کے ہاتھ میں ہے اور اسی کی طرف لوٹنا ہے۔ اگر اس مائنڈ سیٹ کے ساتھ جو ہے داعی نے کام میں لگا رہے، اسی کو بے آمیز سچائی کہیں گے۔ بے آمیز سچائی پر کھڑا ہونا جن کا ان آیتوں میں ذکر ہے کہ لوگوں کے برے کمنٹس اور اپنی کوئی ذاتی خواہش یا شرک کی طرف مائلان، یہ سب باتوں سے اگر آدمی اپنے آپ کو بچائے رکھے، جیسا کہ رسول اللہ نے بچائے رکھا، تو اللہ نے وعدہ کیا ہے کہ جو ہے آپ کا مشن ہم کامیاب کریں گے اور آپ کو واپس جو ہے مکہ کی طرف لوٹائیں گے۔ تو رسول اللہ نے جو ہے اس بات کی کامل پاسداری کی، اس پر کامل طور پر رسول اللہ جو ہے یہاں جو ڈوز اینڈ ڈونٹس بتائے گئے ہیں، ایک داعی کے لیے اس کا کامل ریاض رکھا رسول اللہ نے۔ تو اللہ نے جو ہے کامل طور پر اپنا وعدہ پورا کیا۔ وہ سارے آداب اور وہ ساری چیزیں ذہن میں رکھ کر رسول اللہ جو ہے اپنی مشن کے آخر تک اس پر قائم رہے، کسی بھی چیز کو اس میں شامل نہیں کیا خدا کے پیغام میں۔ تو اللہ نے بھی جو ہے اپنا وعدہ پورا کیا کہ ہم آپ کو مکہ کی طرف واپس لوٹائیں گے اور پھر آپ اپنے شہر میں دوبارہ جو ہے پرامن طور پر داخل ہو سکیں گے۔ تو وہ وعدہ اللہ تعالی نے پورا کیا اور تاریخ کا وہ ایک پارٹ ہے کہ جو بات کہی گئی تھی اور جو ڈوز اینڈ ڈونٹس بتائے گئے تھے، اس کا رسول اللہ نے لحاظ رکھا اور خدا نے جو ہے اپنا وعدہ پورا کیا۔ تو مولانا دوسرے پیراگراف میں یہ کہہ رہے ہیں کہ جو ہے بعد کے داعی بھی، بعد کے داعی جو قیامت تک پیدا ہوں گے، اگر انہوں نے بھی ان باتوں کا لحاظ رکھا، بے آمیز سچائی پر کھڑا ہونا اور لوگوں کے کمنٹس سے جو ہے غمگین نہ ہونا اور اپنے آپ کو شرک اور ہر ٹائپ کے جو ہے الیوژن سے بچانا، اپنے ذہنی اس سے بچانا، ذہنی بگاڑ سے اپنے آپ کو ۔ اگر بعد کے داعی بھی اس کا لحاظ رکھیں گے تو مولانا کہتے ہیں کہ جتنا رسول اللہ سے فالونگ میں جو ہے جتنی زیادہ سمیلیرٹی ہوگی، اتنا ہی زیادہ جیسے رسول اللہ کے ساتھ وعدے پورے ہوئے، فالووروں فالوورز کے ساتھ بھی وہ وعدے پورے ہوں گے۔ یعنی ان کے بھی مشن کو تکمیل ملے گی، ان پر بھی جو ہے خدا کی رحمتیں نازل ہوں گی، ان کو بھی جو ہے سپورٹ دیا جائے گا، ان کو بھی ان کے زمانے کے لوگوں پر جو ہے مخالفین پر سکسیس ملے گی، اور وہ بھی جو ہے اس کا لائیو ایکسپیرینس کر سکیں گے، جیسے رسول اصحاب رسول نے زندہ ایکسپیرینس کیا خدا کے وعدوں کا۔ تو بعد کے فالووروں فالوورز کے لیے بھی جو ہے یہ وعدہ اور لائیو ایکسپیرینس کا چانس ہے، اگر وہ بھی جو ہے ان سب باتوں کا خیال رکھیں ڈوز اینڈ ڈونٹس کا۔ یعنی پچھلی آیت کے اندر جو کہا گیا تھا کہ اور فساد سے بچنا، یعنی جس طرح دوسرے لوگ الو اور فساد میں پڑ گئے تو ان کے لیے ناکامی ہے، اسی طرح فالوور اف اسلام ان کے اندر بھی یہ چیزیں آ گئیں تو ان کے لیے بھی جو ہے وہی سزائیں ہوں گی، اور انہوں نے اس کا خیال رکھا تو ان کے لیے بھی وہی ریوارڈ ملے گا جو اصحاب رسول کے لیے ملا، یعنی دنیا کی کامیابی اور آخرت کی فلاح دونوں جو ہے دی جائے گی۔ یعنی وہی جو قرآن ہمیشہ کرتا ہے کہ تاریخ کو لے کر جو ہے تذکیر کرتا ہے، تاریخ کے واقعات کو بتا کر قرآن جو ہے ذہن میں یہ بات بٹھاتا ہے کہ جو ہے یہ پیٹرن جو ہے قابل اتباع ہے، ریپیٹ کیا جا سکتا ہے۔ اس کو وہی ذہن اور وہی سوچ اور وہی مشن کسی کا ہوگا تو اس کو وہی وعدے، وہی سکسیس، وہی بلیسنگز ملیں گی۔ اور اس میں اگر فرسٹریشن، بگاڑ، بے آمیزی کے بجائے جو ہے لوگوں کی خواہش کے مطابق چلنا، یہ سب اگر داعی نے شامل کیا تو اس کے لیے یہ وعدے نہیں جو وعدے رسول اور اصحاب رسول کے لیے کیے گئے تھے۔ یعنی ڈوز اینڈ ڈونٹس میں اس طرح ہم کہہ سکتے ہیں کہ ایک ایک ہوتی ہے قومی امانی ، ایک کمیونٹی کی اپنی وش فل تھنکنگ اور ایک فرد کی اپنی وش فل تھنکنگ۔ ان دونوں سے جو ہے آدمی بچے، نہ وہ کسی غلط امانی کا ساتھ دے، نہ اپنے اندر کوئی غلط امانی پیدا کرے۔ اسی طرح لوگوں کے فرسٹریشن، اسی طرح جو ہے لوگوں کے بیڈ کمنٹ سے بھی اس کے اندر فرسٹریشن نہ آئے۔ تو وش فل تھنکنگ ایک کمیونٹی کی یا ایک سماج کی، اور اپنی وش فل تھنکنگ اور لوگوں کے بیڈ کمنٹس، ان سب سے بچا کر آدمی اپنے آپ کو پیور رکھے تو اس کے لیے جو ہے کامیابی خدا کا وہ وعدہ ہے، وہ اس کا لائیو ایکسپیرینس کرے گا زندگی میں۔</w:t>
      </w:r>
    </w:p>
    <w:p>
      <w:pPr>
        <w:jc w:val="right"/>
        <w:bidi/>
      </w:pPr>
      <w:r>
        <w:rPr>
          <w:rFonts w:ascii="Noto Nastaliq Urdu" w:hAnsi="Noto Nastaliq Urdu" w:eastAsia="Noto Nastaliq Urdu" w:cs="Noto Nastaliq Urdu"/>
          <w:sz w:val="26"/>
          <w:rtl/>
          <w:lang w:bidi="ur"/>
        </w:rPr>
        <w:t>جس شخص کا کنسرن اللہ اور اس کی رضا ہو، وہی شخص اتنا بڑا کام کر سکتا ہے کہ وہ اپنی اور قوم کی وش فل تھنکنگ کی ایڈوکیسی نہ کرے، ایڈوکیسی نہ کرے، صرف اور صرف بے آمیز سچائی پر کھڑا ہو اور سچائی کی وہ ایڈوکیسی کرے۔ یہ وہی شخص کر سکتا ہے جو جس کو صرف جس کا کنسرن صرف اللہ ہو اور اس کی رضا ہو۔ شاید اسی لیے اول العزم کہا گیا پیغمبروں کو: "وَاسْبِرْ كَمَا صَبَرَ أَوْلُ الْعَزْمِ مِنَ الرُّسُلِ وَلَا تَسْتَعْجِلْ لَهُمْ" ۔ یعنی یہ بہت بڑی ہمت والا کام ہے کہ آدمی کسی چیز کی پرواہ کیے بغیر سچائی پر کھڑا ہونا اور سچائی کی وکالت کرنا ، یہ بڑی ہمت کا کام ہے اور یہ اسی سے یہ کام ہو سکتا ہے جس کو اللہ توفیق دے۔</w:t>
      </w:r>
    </w:p>
    <w:p>
      <w:pPr>
        <w:jc w:val="right"/>
        <w:bidi/>
      </w:pPr>
      <w:r>
        <w:rPr>
          <w:rFonts w:ascii="Noto Nastaliq Urdu" w:hAnsi="Noto Nastaliq Urdu" w:eastAsia="Noto Nastaliq Urdu" w:cs="Noto Nastaliq Urdu"/>
          <w:sz w:val="26"/>
          <w:rtl/>
          <w:lang w:bidi="ur"/>
        </w:rPr>
        <w:t>بہت صحیح لگ رہا ہے اول العزم کا جو آپ نے یہ بتایا، بہت صحیح ہے۔ یعنی قومی امانی اور ذاتی امانی، ان دونوں سے اپنے آپ کو بچائے رکھنا واقعی اول العزم کی ہی بات ہے۔</w:t>
      </w:r>
    </w:p>
    <w:p/>
    <w:p>
      <w:bookmarkStart w:id="195" w:name="cl126"/>
      <w:bookmarkEnd w:id="195"/>
      <w:r>
        <w:rPr>
          <w:i/>
          <w:color w:val="77786F"/>
          <w:sz w:val="20"/>
        </w:rPr>
        <w:t>11 Sep 2026 (English)</w:t>
      </w:r>
    </w:p>
    <w:p>
      <w:pPr>
        <w:jc w:val="right"/>
        <w:bidi/>
      </w:pPr>
      <w:r>
        <w:rPr>
          <w:rFonts w:ascii="Noto Nastaliq Urdu" w:hAnsi="Noto Nastaliq Urdu" w:eastAsia="Noto Nastaliq Urdu" w:cs="Noto Nastaliq Urdu"/>
          <w:sz w:val="26"/>
          <w:rtl/>
          <w:lang w:bidi="ur"/>
        </w:rPr>
        <w:t>شاہ صاحب، اس پیراگراف میں دو جگہ یہ کہا گیا ہے: "فلا تكونن ظهيرا للكافرين" اور "فلا تكونن من المشركين" ۔ تو اس پر غور کرنے سے جو ہے، اس کے مثل آیتیں بھی ہیں قرآن میں، جیسے سورہ القلم میں کہا گیا کہ "وَادُوا لَهُ تُدْهِينُوا فَيُدِينُونَ"۔ اگر تم جو ہے، پیغام کے اندر فلیکسیبلٹی دکھاؤ گے تو وہ بھی جو ہے، تمہارے ساتھ عمل میں یا ری ایکشن میں فلیکسیبلٹی دکھائیں گے۔ اسی طرح دوسری جگہ ہے: "وَلَا تَرْكَنُوا إِلَى الَّذِينَ ظَلَمُوا فَتَمَسَّكُمُ النَّارُ" کہ تم جو ہے، تھوڑا سا اپنے پہلو کو نرم کر لو گے پیغام کے معاملے میں تو وہ بھی تمہارے ساتھ نرم پڑیں گے۔ تو غالباً جو ہے، " فلا تكونن ظهيرا للكافرين" کا مطلب یہی ہے، یعنی پیغمبر جو ہے، کبھی انکار کرنے والوں کا جو ہے، یہ نہیں بنتا ہے سپورٹر یا خود شرک میں نہیں پڑتا ہے۔ لیکن جو ہے، فارم بدل کر کوئی دوسرا خیال آ سکتا ہے کہ اتنا زیادہ جو ہے، سختی کی کیا ضرورت ہے پیغام کے اندر، یا اتنا زیادہ پیورٹی مینٹین کرنے کی کیا ضرورت ہے۔ تھوڑا سا ایڈجسٹ کر لیں، تھوڑا سا نرم کر لیں اپنے پیغام کی پیورٹی کو، تو لوگوں کے لیے جو ہے، ماننے اور سمجھنے میں جو ہے، ایک ان کو اسکوپ ملے گی۔ تو اس سلسلے سے جو ہے، اس میں ممانعت ہے کہ ایسا نہیں کرنا چاہیے، یعنی پیغام کے پیورٹی کے معاملے میں جو ہے، کوئی کمپرومائز نہ کریں، کسی سے بھی نہ کریں۔ تو اس کی اس سورہ میں دو مثالیں دی گئی: ایک سامری اور ایک قارون۔ سامری نے جو ہے، جبرائیل کے پیر کی مٹی سے جو ہے، ایک کنفیوژن پیدا کیا اور لوگوں میں جو ہے، یہ مشہور کر دیا کہ جو ہے، "ھذا إلهكم وإله موسى" یہی جو ہے، تمہارا معبود اور تمہارے موسیٰ کا معبود ہے۔ تو گویا کہ جو ہے، ایک کنفیوژن تھا لوگوں کے لیے کہ پاک مٹی سے بنایا گیا بت ہے۔ اسی طرح قارون نے بھی جو ہے، ایسے ہی کیا، فرعون اور مصریوں کے اثر سے جو ہے، اس نے اپنا جو بنی اسرائیل کا جو مذہب تھا، توحید کا مذہب، اس میں اس نے ملاوٹ کر لی۔ اسی طرح جو ہے، مکے کے مشرکین اور مدینے کے عبداللہ بن ابی وغیرہ کی ٹیم، یہ چاہتے تھے کہ جو ہے، رسول اللہ اپنا مشن نہ چھوڑیں، لیکن اپنے مشن میں جو ہے، یہ اختیار کر لیں۔ ہماری خواہشات یا ہمارے سجیشنز کو جو ہے، شامل کر لیں تو ہم مل کر آگے بڑھیں گے۔ تو رسول اللہ کو جو ہے، ان آیتوں میں اس سے منع کیا جا رہا ہے کہ کامیابی جو ہے، خدا کی طرف سے آئے گی، وہی آپ کو کامیاب کرے گا، سکسیس فل اینڈ وہی دینے والا ہے۔ پیغام کے اندر کسی بھی قسم کا ایڈجسٹمنٹ، وہ جو ہے، قابل قبول نہیں ہے۔ توحید اور شرک کا معاملہ ہے، یا جو ہے، انظار آخرت کا معاملہ ہے، اس میں کسی بھی قسم کا دنیاوی مفاد شامل نہ کریں کہ لوگوں کے ساتھ ایڈجسٹ کیا جائے گا تو وہ بھی ایڈجسٹ کر لیں گے۔ تو اس طرح نہ کریں، بلکہ پیورٹی کو پوری طرح باقی رکھیں اور کسی بھی قسم کے دباؤ میں نہ آئیں۔ آپ باقی کامیابی ناکامی خدا کے ہاتھ میں ہے، وہی جو ہے، آپ کو یہ مشن دیا ہے۔ آپ تو آپ کو تو پتہ بھی نہیں تھا اس مشن کا، نہ کوئی آپ کا ارادہ تھا اس طرح کا مشن چلانے کا۔ تو خدا کے ذاتی فیصلے سے، یونی لیٹرل فیصلے سے جو ہے، آپ کو اپوائنٹ کیا گیا ہے اس کام کے لیے۔ تو خدا کے لیے ہی یہ رائٹ ہے اور حق ہے کہ جو ہے، اس کا پیغام کیا ہے، وہ بتائے، نہ کہ بیچ میں میڈی ایٹر جو ہے، خود ہی ایڈجسٹ کرنے لگے چیزوں کو۔ میڈی ایٹر کو جو ہے، اس کی ذمہ داری نہیں کہ وہ اس کا رائٹ نہیں ہے کہ وہ جو ہے، پیغام میں کسی قسم کی کمی زیادتی کرے۔ اس کا کام تو جو ہے، ایز اٹ از پہنچانا ہوتا ہے۔ تو گویا کہ آیتیں یہ کہہ رہی ہیں کہ آپ تو اپنے فیصلے سے پیغمبر نہیں بنے، یہ تو خدا کا فیصلہ ہے۔ تو خدا کو ہی اس کا رائٹ ہے کہ وہ کیا پیغام ہے، اس کا بتائے۔ آپ کو اس کا کوئی رائٹ نہیں ہے کہ اپنی طرف سے اس میں کمی زیادتی کریں۔ باقی رہی کامیابی، وہ تو خدا اپنے فضل سے دے گا، نہ کہ ایڈجسٹمنٹ سے وہ ملنے والی ہے۔ یعنی اگر موجودہ پس منظر میں دیکھا جائے تو اس طرح کہا جا سکتا ہے کہ مسلمان یہ چاہتے ہیں کہ جو ہے، داعی جو ہے، ان کے ملی ایشوز کی ایڈوکیسی کرے۔ یعنی مسلمان جو ہے، بالعموم اس کو اپنا لیڈر مانتے ہیں جو ان کی جو ملی ایشوز ہے یا کمیونٹی تھنکنگ ہے، اس کی جو ایڈوکیسی کریں۔ تو اس کو اپنا بڑا یہ مانتے ہیں، لیڈر مانتے ہیں۔ اسی طرح جو بدو کمیونٹیز جو ہیں، وہ جو ہے، منوتھزم کے بجائے مونزم کو بڑا پسند کرتے ہیں کہ ایک ہی خدا کی عبادت ہے، لیکن خدا تو ہر چیز میں ہے۔ اگر کوئی آدمی مونزم کی بات کرے تو اس کو بہت زیادہ پاپولیرٹی ہے، بہت وہ ایکسیپٹیبل ہے لوگوں کے لیے۔ تو اب اسی صورت میں داعی کے لیے جو ہے، بڑا ٹف فیصلہ ہے کہ اس کی خود اپنی کمیونٹی کو جو ہے، ان کا اپنا ایک ایڈوکیٹ چاہیے، خدا کا ایڈوکیٹ نہیں چاہیے۔ مدعو کو جو ہے، منوتھزم نہیں چاہیے، منوتھزم کے نام پر مونزم چاہیے۔ تو آدمی دیکھتا ہے کہ جو ہے، میں کیا کروں، کس کے خدا کا لحاظ کروں یا اپنی کمیونٹی اور مدعو کمیونٹی ۔ تو یہ آیتیں کہہ رہی ہیں کہ جو ہے، ایسی سچوئیشن میں آپ کو خدا کا ہی لحاظ کرنا ہے، کیونکہ اگر آپ خدا کی ایڈوکیسی کر رہے ہیں تو پھر خدا نے جو بتایا ہے، وہی بتائیے۔ اپنی طرف سے اس میں الٹر یا ایڈجسٹمنٹ کرنا یہ صحیح نہیں ہوگا۔ ہر حال میں آپ یہی کہیے، چاہے آپ کی کمیونٹی کا سپورٹ ملے نہ ملے، چاہے مدعو آپ کے پیغام کو پسند کرے یا نہ کرے، آپ کو اسی پر رہنا ہے، یعنی پیور انظار کرنا ہے اور ملی ایڈوکیسی سے بچنا ہے۔ اگر ملی ایڈوکیسی کرنے کے لیے نکلیں گے تو لوگ خدا کی ایڈوکیسی کرنے نہیں دیں گے کبھی بھی۔ تو یہ دونوں باتوں سے جو ہے، موجودہ دور میں بچنا پڑے گا، اپنی کمیونٹی کی ایڈوکیسی اور مدعو کے خواہش کے مطابق جو ہے، پیغام کو الٹر کر لینا۔ یہ دونوں سے اگر کوئی بچے تو اس کے لیے جو ہے، سکسیس فل اینڈ کا وعدہ ہے۔ جو خود ہی سکسیس کا ایک راستہ نکال لے، اس کے لیے کوئی سکسیس نہیں ہے۔</w:t>
      </w:r>
    </w:p>
    <w:p/>
    <w:p>
      <w:bookmarkStart w:id="196" w:name="cl127"/>
      <w:bookmarkEnd w:id="196"/>
      <w:r>
        <w:rPr>
          <w:i/>
          <w:color w:val="77786F"/>
          <w:sz w:val="20"/>
        </w:rPr>
        <w:t>12 Sep 2026 (Urdu)</w:t>
      </w:r>
    </w:p>
    <w:p>
      <w:pPr>
        <w:jc w:val="right"/>
        <w:bidi/>
      </w:pPr>
      <w:r>
        <w:rPr>
          <w:rFonts w:ascii="Noto Nastaliq Urdu" w:hAnsi="Noto Nastaliq Urdu" w:eastAsia="Noto Nastaliq Urdu" w:cs="Noto Nastaliq Urdu"/>
          <w:sz w:val="26"/>
          <w:rtl/>
          <w:lang w:bidi="ur"/>
        </w:rPr>
        <w:t>شاہ صاحب، وہ وصل القول میں یہ بات بھی شامل کی جا سکتی ہے، یعنی نبوت تو رسول اللہ پر ختم کر دی گئی، رسول اللہ کے بعد اب کوئی پیغمبر نہیں ہے۔ مگر جو ہے رسول اللہ پر جو کتاب اتاری گئی، اس کا ایکسٹینڈڈ ایپلیکیشن وہ جو ہے ابھی بھی وصل القول کے طور پر باقی ہے، قیامت تک باقی رہے گا۔ یعنی ان باتوں کا آپ توسیع، انطباق کیجئے، ایکسٹینڈڈ ایپلیکیشن کیجئے، اور سیم ریوارڈ اور سیم نصرت خدا سے پاتے رہیے قیامت تک۔ یعنی توسیع، انطباق بھی وصل القول ہے، اور وہی نصرت پانا جو نصرت رسول اللہ صاحب رسول پائے، وہ بھی وصل القول کی شکل میں قیامت تک باقی ہے۔ تو توسیع، انطباق یا کریٹیو تھنکنگ، اور پھر اس پر نصرت کا پانا، وہ وصل القول کی یہ شکل جو ہے قیامت تک باقی ہے، اور ہر مومن اور ہر اہل ایمان کے گروپ کو وہ حاصل رہے گی قیامت تک۔</w:t>
      </w:r>
    </w:p>
    <w:p>
      <w:pPr>
        <w:jc w:val="right"/>
        <w:bidi/>
      </w:pPr>
      <w:r>
        <w:rPr>
          <w:rFonts w:ascii="Noto Nastaliq Urdu" w:hAnsi="Noto Nastaliq Urdu" w:eastAsia="Noto Nastaliq Urdu" w:cs="Noto Nastaliq Urdu"/>
          <w:sz w:val="26"/>
          <w:rtl/>
          <w:lang w:bidi="ur"/>
        </w:rPr>
        <w:t>فیض صاحب، یہ وصل القول کے بعد جو آیت ہے کہ مرت اجر مرتین بما صبر، تو توسیع، انطباق بھی قابل اجر معلوم ہو جاتا ہے۔ اجر مرتین کہا گیا ہے، تو توسیع، انطباق کے لیے بھی ہے۔</w:t>
      </w:r>
    </w:p>
    <w:p>
      <w:pPr>
        <w:jc w:val="right"/>
        <w:bidi/>
      </w:pPr>
      <w:r>
        <w:rPr>
          <w:rFonts w:ascii="Noto Nastaliq Urdu" w:hAnsi="Noto Nastaliq Urdu" w:eastAsia="Noto Nastaliq Urdu" w:cs="Noto Nastaliq Urdu"/>
          <w:sz w:val="26"/>
          <w:rtl/>
          <w:lang w:bidi="ur"/>
        </w:rPr>
        <w:t>یعنی جنہوں نے روایتی مفہوم پڑھا اور سمجھا اس کو، اس پر ایک اجر ، اور توسیع، انطباق کیا، ایکسٹینڈڈ ایپلیکیشن کیا، اس پر ایک اجر۔ اور بہت صحیح بات ہے، یعنی پہلے آپ روایتی مفہوم اچھی طرح سمجھیے، ٹریڈیشنل جو باتیں ہیں، اس کو اچھی طرح سمجھیے، پھر اس کو توسیع طور پر انطباق کیجئے، تو اس پر دو اجر ملیں گے۔ لٹرلی وہ بخاری کی حدیث میں وہ بات موجود ہے، شاید: "اذا اصحاب اجر ، اذا اصحاب اجر، واذا اخطا اجر"۔ غلطی ہوئی تو ایک اجر، اور ایکوریسی سے رائے بنا پائے تو اس پر دو اجر۔ تو وہ بخاری کی حدیث جو ہے آپ کی بات کو سپورٹ کرتی ہے۔</w:t>
      </w:r>
    </w:p>
    <w:p>
      <w:pPr>
        <w:jc w:val="right"/>
        <w:bidi/>
      </w:pPr>
      <w:r>
        <w:rPr>
          <w:rFonts w:ascii="Noto Nastaliq Urdu" w:hAnsi="Noto Nastaliq Urdu" w:eastAsia="Noto Nastaliq Urdu" w:cs="Noto Nastaliq Urdu"/>
          <w:sz w:val="26"/>
          <w:rtl/>
          <w:lang w:bidi="ur"/>
        </w:rPr>
        <w:t>قارون کی معیشت کا راز کیا تھا، اس بارے میں وہی کچھ اسٹونومی یا اس قسم کی باتیں رہی ہوں گی، یہ بھی قابل غور چیز تھی۔ بس وہ صرف فرعون کی کسی سیکشن کی ٹھیکے داری کا مسئلہ نہیں تھا، اس میں انسان اتنا زیادہ کماتا نہیں ہے، بلکہ کسی نہ کسی طریقے سے وہ مذہبی اس کا ہی معاملہ تھا، ایکسپلائٹیشن کا ہی معاملہ تھا۔ ان ڈاکومنٹ یہ بھی قابل غور بات تھی۔</w:t>
      </w:r>
    </w:p>
    <w:p>
      <w:pPr>
        <w:jc w:val="right"/>
        <w:bidi/>
      </w:pPr>
      <w:r>
        <w:rPr>
          <w:rFonts w:ascii="Noto Nastaliq Urdu" w:hAnsi="Noto Nastaliq Urdu" w:eastAsia="Noto Nastaliq Urdu" w:cs="Noto Nastaliq Urdu"/>
          <w:sz w:val="26"/>
          <w:rtl/>
          <w:lang w:bidi="ur"/>
        </w:rPr>
        <w:t>ایک اچھی بات وہ بھی تھی، فیاض صاحب نے اس کا ہیڈنگ چڑھائی تھی: "ویژن اینڈ ڈیلیوژن" ۔ تو ظاہر ہے ویژنری انسان جو ہے، اللہ کی ہدایت سے اس سے استفادہ کرتے ہوئے وہ چیزیں سمجھتا ہے جو آنے والی ہیں۔ مطلب اس طرح وہ اندازہ صحیح اندازہ ہوتا ہے، اس کا حق سے متعلق وہ اس کا اسی پر زیادہ سیریس ہوتا ہے۔ اور کچھ لوگ ایسے ہوتے ہیں جو ایسے لیڈر، جھوٹے لیڈر، جو وقتی فائدے کا اندازہ کرتے ہیں، لیکن وہ صحیح جو ہے ہدایت سے بھی فیضیاب نہیں ہوتے ہیں۔ اپنے احوا کی پیروی کرتے ہوئے اپنی قوم کو گمراہ کرتے ہیں، اور ان کا ان کا وہ انجام بھی فرعون کی طرح یا قارون کی طرح ہوتا ہے۔ یہ بھی مجھے لگ رہا ہے بہت ہی امپورٹنٹ ہمارے لیے گائیڈنس ہے کہ ہاؤ ٹو بیکم ویژنری ۔ فار اٹ، وی ہیو ٹو فالو ورڈ اف گاڈ۔ اس سلسلے میں میں جب اس سورت کی آج تلاوت کر رہا تھا، مجھے دو آیت بہت ہی خوبصورت لگی، جس میں موسی علیہ السلام بھی کہتے ہیں کہ جو ظالم ہو، وہ گائیڈنس، وہ کامیاب نہیں ہوتا۔ اور اللہ تبارک و تعالی کی کیا قابلیت ہے کہ جو ظالم ہے، اس کو اللہ ہدایت نہیں کرتے۔ یعنی یہ پورا یقین ہونا چاہیے کہ اللہ اسی کو گائیڈنس کرے گا جو ظالم نہ ہو۔ تو ظلم ظاہر ہے وہ ایک واضح چیز ہے، یہ بہت سوچنے کی چیز ہے۔ جزاک اللہ۔</w:t>
      </w:r>
    </w:p>
    <w:p>
      <w:pPr>
        <w:jc w:val="right"/>
        <w:bidi/>
      </w:pPr>
      <w:r>
        <w:rPr>
          <w:rFonts w:ascii="Noto Nastaliq Urdu" w:hAnsi="Noto Nastaliq Urdu" w:eastAsia="Noto Nastaliq Urdu" w:cs="Noto Nastaliq Urdu"/>
          <w:sz w:val="26"/>
          <w:rtl/>
          <w:lang w:bidi="ur"/>
        </w:rPr>
        <w:t>قارون کا جو واقعہ اس میں ہے، وہ بھی اس میں بھی بڑے ایسی باتیں ہیں کہ جو سبق ہے اس میں ہمارے لیے۔ قارون کہتا ہے کہ یہ جو سب مال و دولت ہے، وہ ایک میری نالج کی وجہ سے ہے۔ قال: "إنما أوتيته على علم عندي" ۔ یعنی قارون اپنے آپ کو کریڈٹ دے رہا ہے کہ یہ میری نالج ہے جس کے بنا پر میں نے یہ سب حاصل کیا ہے۔ لیکن پیغمبروں کو دیکھیں اگر تو وہاں ہر موقع پہ پیغمبر اللہ کو ایکنالج کرتے ہیں، اللہ کو کریڈٹ دیتے ہیں۔ هذا من فضل ربي۔ حضرت سلیمان نے کہا جب کوہین شیبہ کا تھرون ان کے سامنے آ گیا، ایسے ہی ابراہیم علیہ السلام نے بڑے اچھے الفاظ بولے : "الذی خلقني فهو يهدين"۔ اس نے مجھے پیدا کیا اور ہدایت دی۔ والذی هو يطعمني ويسقين۔ وہی ہے جو مجھے کھلاتا ہے، پلاتا ہے۔ وإذا مرضت فهو يشفين۔ اور جب میں بیمار ہوتا ہوں تو وہ مجھے شفا عطا فرماتا ہے۔ تو یہ چیز سارے پیغمبروں میں ملتی ہے، اور خاص طور سے یوسف علیہ السلام کے قصے میں بہت ہی زیادہ نمایاں ہے۔ ہر چیز کو حضرت یوسف علیہ السلام اللہ سے جوڑتے ہیں کہ اللہ نے مجھے پریزن سے نکالا، مجھے نالج دی، ڈریم انٹرپریٹ کرنے کی صلاحیت دی، اور مجھے اقتدار دیا۔ علمتنی من تاویل الحدیث۔ ڈریمز کو انٹرپریٹ کرنے کی نالج دی۔ تو یہ بڑا کنٹراسٹ ہے۔ جیل سے نکالا، إذ أخرجني من السجن۔ اور کہا کہ اللہ تعالی بھائیوں کو اور پیرنٹس کو گاؤں سے لایا یہاں۔ ہر چیز کا کریڈٹ اللہ کو دے رہے ہیں۔ حالانکہ بہت ساری چیزیں یوسف علیہ السلام کی اپنی ذاتی کوالٹیز بھی تھیں اس میں، لیکن وہ بھی اللہ کی طرف منسوب کیا۔ تو یہ بڑا کنٹراسٹ ہے پیغمبروں کی سوچ میں اور قارون جیسے لوگوں کی سوچ میں ۔</w:t>
      </w:r>
    </w:p>
    <w:p>
      <w:pPr>
        <w:jc w:val="right"/>
        <w:bidi/>
      </w:pPr>
      <w:r>
        <w:rPr>
          <w:rFonts w:ascii="Noto Nastaliq Urdu" w:hAnsi="Noto Nastaliq Urdu" w:eastAsia="Noto Nastaliq Urdu" w:cs="Noto Nastaliq Urdu"/>
          <w:sz w:val="26"/>
          <w:rtl/>
          <w:lang w:bidi="ur"/>
        </w:rPr>
        <w:t>جی ڈاکٹر صاحب، بہت امپورٹنٹ یہ یعنی ایک ہے علم ہندی کا مزاج اور ایک ہے هذا من فضل ربی کا مزاج۔ تو یہ واقعی جو ہے عجیب کنٹراسٹ ہے دونوں کے بیچ میں۔ تو اور خود یہ بھی ہے اس میں رہنمائی کہ قاری قرآن کو جو ہے کیا ہونا چاہیے، وہ علم ہندی والی، علم ہندی والا نہ ہو بلکہ هذا من فضل ربی والا ہو۔ بہت عجیب یہ ہے۔ شاہ صاحب، یہ جو آیت تھی: "ویلکم ثواب اللہ خیر لمن آمن وعمل صالح"۔ قارون کے واقعے میں تو اس پر غور کرتے ہوئے جو ہے ایک حدیث میں جو ہے یہی بات کہی گئی ہے: "ثواب اللہ خیر لمن آمن وعمل صالح"۔ مشہور حدیث ہے، غالباً مسلم کی ہے: "قد أفلح من أسلم"۔ قد أفلح من أسلم و رزق کفافا وقنعہ اللہ بما أتاه۔ یعنی وہ شخص کامیاب ہوا جس کو ایمان کی توفیق ملی اور اس کو ضرورت بھر روزی ملی ، اور جو اس کو ملا دنیا سے تو اس پر جو ہے وہ راضی ہو گیا۔ قنعہ اللہ بما أتاه۔ اللہ نے اس کو راضی کر دیا جو کچھ اس کو مٹیریل ملا تھا۔ تو رسول اللہ کہتے ہیں کہ جو ہے وہ آدمی سکسیس فل آدمی ہے جس کو ایمان اور ضرورت بھر روزی ملی، اور پھر قناعت، قناعت کی یہ بھی ملی، اس کو توفیق ملی۔ تو اس حدیث میں جو تین پوائنٹ بتائے گئے ہیں، وہی اس آیت میں بھی ہے: "ویلکم ثواب اللہ خیر لمن آمن وعمل صالح"۔ گویا کہ وہ حدیث اور یہ آیت ایک ہی ایک ہی بات ہے، الفاظ بدل کر۔</w:t>
      </w:r>
    </w:p>
    <w:p>
      <w:pPr>
        <w:jc w:val="right"/>
        <w:bidi/>
      </w:pPr>
      <w:r>
        <w:rPr>
          <w:rFonts w:ascii="Noto Nastaliq Urdu" w:hAnsi="Noto Nastaliq Urdu" w:eastAsia="Noto Nastaliq Urdu" w:cs="Noto Nastaliq Urdu"/>
          <w:sz w:val="26"/>
          <w:rtl/>
          <w:lang w:bidi="ur"/>
        </w:rPr>
        <w:t>اس سلسلے میں بہت خوبصورت بات آپ نے کہی تھی کہ نہ ملے ہوئے پر بھی شکر کرنا۔ ظاہر ہے جو سورہ کہف میں بھی جو دو لوگوں کا تذکرہ ہے، ایک صاحب باغ ہے، باغ والا، دوسرا نہیں ہے۔ تو ظاہر ہے اس کی نظر آخرت پر ہے، اور وہ حدیث بھی آپ نے یاد دلائی تھی جس میں حضرت عمر اور حضور صلی اللہ علیہ وسلم کے درمیان مکالمہ ہوا تھا جب چٹائی کے نشان تھے بدن پر، تو انہوں نے آخرت کا حوالہ دیا تھا۔ تو یہاں بھی یہی ہے کہ وہ تو العلم کہتے ہیں کہ ثواب اللہ خیر۔ بہت صحیح بات ہے، جزاک اللہ۔</w:t>
      </w:r>
    </w:p>
    <w:p>
      <w:pPr>
        <w:jc w:val="right"/>
        <w:bidi/>
      </w:pPr>
      <w:r>
        <w:rPr>
          <w:rFonts w:ascii="Noto Nastaliq Urdu" w:hAnsi="Noto Nastaliq Urdu" w:eastAsia="Noto Nastaliq Urdu" w:cs="Noto Nastaliq Urdu"/>
          <w:sz w:val="26"/>
          <w:rtl/>
          <w:lang w:bidi="ur"/>
        </w:rPr>
        <w:t>ویلکم ثواب اللہ خیر لمن آمن وعمل صالح۔ اگر توسیع طور پر اس کو دیکھیں تو سی پی ایس والوں کے لیے جو ہے اس میں بہت زیادہ سبق ہے۔ یعنی سبق اس معنی میں ہے کہ جو ہے دنیا میں جو ہے یہ جو کرتے ہیں لوگ آج کل موبیلائزیشن، یعنی عوام کو جو ہے اکٹھا کرنا اور اجتماع کرنا اور بھیڑ جمع کرنا اور شاندار ادارے اور سینٹر بنانا، یہ سب جو ہے سب کا یہی کام ہے۔ مولانا اس کو کہتے ہیں جو ہے نا خارجی تفکیر کے طور پر کہا مولانا نے اس کو۔ مولانا کہتے ہیں کہ ایک ہے داخلی تفکیر اور ایک ہے خارجی تفکیر۔ یہ جو مولانا کا جو کتابچہ ہے "خلیج ڈائری"، اس کے آخر میں جو ہے خلیج کی جنگ کے سبق خاموش پہلو، خلیج ڈائری، اس کے آخر میں مولانا نے واضح کیا ہے اس مسئلے کو کہ ڈیموکریسی، آئیڈیل سسٹم اور اچھا نظام، اسی سے متاثر ہو کر جو ہے مسلمانوں میں بھی یہی ذہن آیا خارجی ایکٹیویٹیز کا۔ تو مسلمان بھی جو ہے ایسی تحریکیں اٹھاتے ہیں جس میں خارجی ایکٹیوزم بہت زیادہ ہوتا ہے۔ مولانا کہتے ہیں کہ یہ جو ہے اس سے کچھ بھی ہونے والا نہیں ہے۔ پیغمبر کا جو ماڈل ہے وہ ہے داخلی تفکیر کا ماڈل۔ یعنی آدمی کو جو ہے اندرونی تعمیر پر لگانا، تعمیر خواہش پر لگانا، نہ کہ تعمیر خارج پر۔ تو اس دور میں جو بھی اٹھتا ہے، کوئی بھی تحریک اٹھتی ہے تو وہ اس کا سارا زور ہوتا ہے۔ کتنے برانچز ہیں، کتنے اسکول ہیں، کتنے ہاسپٹلز ہیں، کتنے جو ہے یتیم خانے ہیں، اسی میں سارے پھنسے رہتے ہیں۔ کسی کے پاس بھی جو ہے داخلی تفکیر کا کوئی نہ مواد ہے، نہ کوئی آئیڈیالوجی ہے ان کے پاس۔ تو جو بھی آدمی اٹھتا ہے اس دور میں، اسی میں پھنستا ہے وہ۔ یا لیتنا مثل ما ہوتی ہے قارون والا معاملہ۔ اور جس کے ساتھ جو ہے بھیڑ نہیں ہے اور مادی دھوم نہیں ہے، لوگ اس کو سمجھتے ہیں کہ یہ کچھ نتھنگ ہے، اور خود وہ آدمی بھی اسی میں پڑتا ہے۔ تو ویلکم ثواب اللہ خیر لمن آمن وعمل صالح۔ ہم اس طرح کہہ سکتے ہیں: خارجی تفکیر کو دیکھ کر اس پر مت رجو، اس پر مت جو ہے فدا ہو جاؤ۔ داخلی تفکیر پر فدا رہو ہمیشہ۔ یعنی ایمان، عمل صالح، اس پر فدا ہو ہونا چاہیے آدمی کو، نہ کہ خارجی تفکیر کے ماڈل کو دیکھ کر فدا ہونا چاہیے۔ تو سی پی ایس والے اگر اس آیت کو دیکھیں تو ان کو بہت زیادہ سکون ملے گا۔ سارے لوگ خارجی تفکیر میں پڑے ہوئے ہیں۔ واحد مشن ہے جو داخلی تفکیر کا کام کر رہا ہے اور بہت ہی رچ ڈیٹا ہے اس کے پاس اس کے لیے۔ یہ خارجی تفکیر اور داخلی تفکیر کے بعد مولانا نے خلیج ڈائری اس میں بہت اچھا واضح کیا ہے اس کو۔ آخر کے تین چار صفحات خارجی تفکیر اور داخلی تفکیر بہت زبردست یہ پوائنٹ ہے۔ شاید اسی سے ملتی جلتی بات اس آیت میں بھی ہے کہ وربک یخلق ما یشاء یختار ما کان لہ الخیر۔ تو ان اس آیت میں یہ بتایا گیا تھا کہ انسان کو اپنی لمٹ جاننا چاہیے کہ وہ اپنے ڈومین میں رہے اور خدا کے ڈومین میں وہ انٹرفیئر نہ ہو۔ کہ خدا کے فیصلے دور اندیشی پر مبنی ہوتے ہیں۔ بس وہ فرمانبردار بنا رہے تو کراس کوسچننگ نہ کرے کہ پیغمبر محمد کے بجائے عروہ بن مسعود کو پیغمبر بنایا جاتا یا ولید بن مغیرہ کو بنایا جاتا، موسی کے بجائے ہارون کو پیغمبر بنایا جاتا۔ اس طرح سے وہ النصری انٹرفیرنس سے بچے اور اپنی لمٹ کو وہ جانے۔ تو اسی میں یہ بات آئی تھی کہ میرٹ اور ڈی میرٹ ، اگرچہ کہ وہ مقدار میں کتنا ہی زیادہ کیوں نہ ہو، دونوں برابر نہیں ہو سکتے۔ قل لا یستوی الخبیث والطیب ولو اعجبک کثرت الخبیث۔ یعنی کسی بھی بات کو ماننے اور نہ ماننے کا جو کرائٹیریا ہونا چاہیے وہ میرٹ اور ڈی میرٹ ہونا چاہیے۔ تو میرٹ اس کے ساتھ کوئی نہ ہو تب بھی وہ اپنے آپ میں ویلڈ ہے۔ میرٹ کے ساتھ بھیڑ ہے یا فرد ہے یہ نہیں دیکھا جائے گا۔ جوہر کی بنیاد پر دیکھا جائے گا۔ اگر میرٹ پر وہ بات اترتی ہے، اگرچہ کہ اس کے ساتھ زیرو پاپولیشن ہو، تب بھی وہ ویلڈ ہے۔ داخلی اور خارجی تفکیر کا معاملہ جو ہے بہت ہی وہ گمبھیر معاملہ ہے۔ کوئی بھی اس سے بچ نہیں سکا ہمارے اس دور میں جبکہ اور ہر چیز کی فراوانی ہو گئی ہے۔ تو فخرج علی قومہ فی زینت ہی کا ہی معاملہ ہے ہر ایک کا۔ یعنی ہر آدمی جہاں پھنستا ہے وہ خارجی تفکیر ہے، خارجی ایکٹیوزم ہے۔ ایک ہی آدمی ہے جن کو اللہ تعالی نے اس سے بچایا خارجی تفکیر میں پھنسنے سے اور داخلی تفکیر پر لگا دیا۔ وہ مولانا ہے۔ عالم عرب اور عالم عجم میں کوئی دوسرا ایسا آدمی نہیں ہے۔ ہر ایک فخرج علی قومی فی زینت ہی پھنسا ہوا ہے۔ لیکن اللہ تعالی نے جو ہے مولانا کو عجیب و غریب طور پر اس سے بچا لیا۔ یعنی مولانا بھی وہ ساری جگہوں پر گئے اور وہ سارے ریسورسز تک پہنچے جہاں لوگ پہنچتے ہیں۔ لیکن کہیں بھی مولانا جو ہے ٹریپ نہیں ہوئے۔ مشرق اور مغرب دونوں جگہ مولانا کا تعلق بھی تھا، جانا آنا بھی تھا۔ تو کہیں بھی ایسا نہیں ہوا کہ جو ہے خارجی تفکیر میں مولانا پھنس گئے ہوں۔ کوئی بھی واقعہ ایسا نہیں آیا جو مولانا کو داخلی تفکیر سے نکال کر جو ہے خارجی تفکیر میں ڈال دیا ہو۔ تو یہ بہت ہی عصر حاضر کا جو ہے عجیب یہ ہے خدا کا خدا کی ایک عنایت ہے۔ سمجھیے اگر ایسا نہیں ہوتا تو ہمارے پاس کچھ بھی نہیں ہوتا۔ یعنی روایتی لٹریچر تو خوب ہوتا تو اسی انتباہ کچھ بھی نہیں نہیں ہوتا ہمارے پاس کیونکہ کوئی ہے نہیں دوسرا تو اسی انتباہ میں اتنا سکسیس فل سب کا گول جو ہے خارجی ایکٹیوزم ہی رہا۔ تو واقعی جو ہے مولانا کو اللہ تعالی نے بچا لیا اس سے کہ وہ وقت کے قارونوں کو دیکھ کر ان کے پیچھے جانے لگے یا اسی پیٹرن کو اپنائے۔ تو مولانا کو اللہ نے جو ہے رسول پر کھڑے ہونے کی جو ہے توفیق دی اور استقامت بھی دی۔ یہ بہت ہی عجیب بات ہے۔ جتنا اس پر حیرت ہو کم ہے۔</w:t>
      </w:r>
    </w:p>
    <w:p>
      <w:pPr>
        <w:jc w:val="right"/>
        <w:bidi/>
      </w:pPr>
      <w:r>
        <w:rPr>
          <w:rFonts w:ascii="Noto Nastaliq Urdu" w:hAnsi="Noto Nastaliq Urdu" w:eastAsia="Noto Nastaliq Urdu" w:cs="Noto Nastaliq Urdu"/>
          <w:sz w:val="26"/>
          <w:rtl/>
          <w:lang w:bidi="ur"/>
        </w:rPr>
        <w:t>السلام علیکم ایا صاحب۔ آپ بتا رہے تھے اتفاق سے میں ایک آیت پڑھ رہا تھا بالکل مجھے لگا جیسے واقعی بتایا جا رہا ہے کہ مولانا کا قصہ کیا ہے اصل میں مولانا کے پیچھے بھیڑ کیوں نہیں یہ آیت نمبر 50 ہے سورہ قصص کی واقعی اکثر لوگ جو ہے اتباع ہوا میں ہی لگے رہے چاہے وہ مذہبی طبقہ ہو ان کے ارد گرد بھیڑ جمع ہوئی ظاہر ہے باقی لوگوں کے احوال ان کے ساتھ ان کا تعامل ہوا یہاں مولانا ہے جو داخلی تفکیر پر زور دیے ہوئے ہیں یہ بہت ہی زبردست سوچنے کی بات ہے اپنی جزاک اللہ شاہ صاحب کل بھی ایسا کریں سورہ نیا شروع کرنے کے بجائے کل بھی ایسا کرتے ہیں حافظ عبدالسلام صاحب سے ہم پوری ایک مرتبہ سورہ القصص کی تلاوت سنتے ہیں شاید 15 منٹ میں ہو جائے گی 15 سے 20 منٹ میں اور پھر باقی وقت جو ہے اسی طرح کا ریویژن کرتے ہیں کل بھی کیا بھئی ٹھیک ہے اقبال صاحب صحیح رہ گئے انشاءاللہ ہاں ٹھیک ہے ایک مرتبہ کل عبدالسلام صاحب جو ہے سورہ القصص شروع سے آخر تک تلاوت کر دیں پھر بعد میں ہم جو ہے اور کچھ ریویژن والی ائٹم لیں پرسوں شروع کرتے ہیں سورہ الق بول۔</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