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- 26:116-122</w:t>
      </w:r>
    </w:p>
    <w:p>
      <w:pPr>
        <w:jc w:val="center"/>
      </w:pPr>
      <w:r>
        <w:rPr>
          <w:color w:val="77786F"/>
          <w:sz w:val="22"/>
        </w:rPr>
        <w:t>خلاصہ · 28 Apr 2026</w:t>
      </w:r>
    </w:p>
    <w:p/>
    <w:p>
      <w:pPr>
        <w:jc w:val="right"/>
        <w:bidi/>
      </w:pPr>
      <w:r>
        <w:rPr>
          <w:rFonts w:ascii="Noto Nastaliq Urdu" w:hAnsi="Noto Nastaliq Urdu" w:eastAsia="Noto Nastaliq Urdu" w:cs="Noto Nastaliq Urdu"/>
          <w:sz w:val="28"/>
          <w:rtl/>
          <w:lang w:bidi="ur"/>
        </w:rPr>
        <w:t>قرآنِ مجید اور کتبِ سابقہ کے مطالعے سے معلوم ہوتا ہے کہ ابتدائی دورِ تاریخ میں انسانوں کی عمریں غیر معمولی حد تک طویل ہوتی تھیں۔ حضرت نوح علیہ السلام کی بابت خود قرآن کا بیان ہے کہ وہ اپنی قوم کے درمیان ساڑھے نو سو برس تک رہے، اور بائبل کی تاریخی روایات بھی بتاتی ہیں کہ طوفان کے بعد بھی ان کی حیات کا ایک طویل سلسلہ جاری رہا اور اس دور کے دیگر افراد بھی سینکڑوں سال جیا کرتے تھے۔ اس زمانے میں انسان کو نہ صرف طویل مدتِ حیات میسر تھی، بلکہ ان کے اجسام بھی غیر معمولی طور پر قوی اور زمین کے مادی وسائل بکثرت تھے۔ یہ گویا ابتدائی مرحلے میں انسان کے لیے ایک طویل مدتِ امتحان (period of trial) تھی، جس میں اسے غورو فکّر اور حق شناسی کے وسیع مواقع دیے گئے تھے۔</w:t>
      </w:r>
    </w:p>
    <w:p>
      <w:pPr>
        <w:jc w:val="right"/>
        <w:bidi/>
      </w:pPr>
      <w:r>
        <w:rPr>
          <w:rFonts w:ascii="Noto Nastaliq Urdu" w:hAnsi="Noto Nastaliq Urdu" w:eastAsia="Noto Nastaliq Urdu" w:cs="Noto Nastaliq Urdu"/>
          <w:sz w:val="28"/>
          <w:rtl/>
          <w:lang w:bidi="ur"/>
        </w:rPr>
        <w:t>لیکن انسانی نفسیات کا یہ منفی پہلو سامنے آیا کہ طویل عمر، جسمانی قوت اور وسائل کی فراوانی نے انسان کو سنجیدہ بنانے کے بجائے اپنے بارے میں غلط تخمینہ (overestimation) اور باطل تخیل (false imagination) میں مبتلا کر دیا۔ انسان اپنی توانائی اور دراز دستی کے نشے میں معروضی حقیقت سے بے خبر ہو گیا اور یہ سمجھ بیٹھا کہ یہ حالات سدا برقرار رہیں گے۔ تاریخ کے مسلسل شواہد بتاتے ہیں کہ قومِ نوح ہو، قومِ عاد ہو یا قومِ ثمود، ان تمام اقوام نے اپنے پیغمبروں کی دعوت کا انکار اور تکذیب (denial) کیا۔ ان کی یہ سرکشی دراصل اس طویل مہلت کا غلط استعمال تھی، جس نے انھیں حق پسندی کے بجائے خوش فہمی اور غفلت کی وادی میں دھکیل دیا۔</w:t>
      </w:r>
    </w:p>
    <w:p>
      <w:pPr>
        <w:jc w:val="right"/>
        <w:bidi/>
      </w:pPr>
      <w:r>
        <w:rPr>
          <w:rFonts w:ascii="Noto Nastaliq Urdu" w:hAnsi="Noto Nastaliq Urdu" w:eastAsia="Noto Nastaliq Urdu" w:cs="Noto Nastaliq Urdu"/>
          <w:sz w:val="28"/>
          <w:rtl/>
          <w:lang w:bidi="ur"/>
        </w:rPr>
        <w:t>چنانچہ نوح کے واقعے کے بعد خالقِ کائنات نے انسان کے لیے مدتِ امتحان کے اس نظام میں ایک بنیادی تبدیلی فرمائی۔ انسانی رویے کے گہرے مشاہدے کے بعد انسان کی اوسط عمر کو گھٹا کر بہت مختصر (reduce) کر دیا گیا۔ ہزار اور نو سو سال کے بجائے انسان کی کل مہلت کو عموماً ستر، اسی یا سو سال کے دائرے میں سمیٹ دیا گیا، تاکہ طویل عمر اور غیر معمولی طاقت کا وہ زعم ختم ہو جائے جو انسان کے حق میں حجاب بن جاتا تھا، اور انسان اپنی بے بسی کا ادراک کر کے حقیقت پسند بن سکے۔</w:t>
      </w:r>
    </w:p>
    <w:p>
      <w:pPr>
        <w:jc w:val="right"/>
        <w:bidi/>
      </w:pPr>
      <w:r>
        <w:rPr>
          <w:rFonts w:ascii="Noto Nastaliq Urdu" w:hAnsi="Noto Nastaliq Urdu" w:eastAsia="Noto Nastaliq Urdu" w:cs="Noto Nastaliq Urdu"/>
          <w:sz w:val="28"/>
          <w:rtl/>
          <w:lang w:bidi="ur"/>
        </w:rPr>
        <w:t>موجودہ دور میں عمر کی اس کمی کے سبب انسان کی پوزیشن یکسر بدل چکی ہے۔ انسان ابھی سیکھنے کے دور (learning period) ہی میں ہوتا ہے اور اپنی زندگی اور دنیوی معاملات کو سنوارنے کی تدبیریں کر رہا ہوتا ہے کہ موت کا وقت آ پہنچتا ہے۔ کوئی شخص علم کی معراج کو پہنچنے سے پہلے ہی بڑھاپے کا شکار ہو جاتا ہے، تو کوئی سیاست یا تجارت میں اپنی کامیابیوں کو پایۂ تکمیل تک پہنچانے سے قبل ہی دنیا سے رخصت کر دیا جاتا ہے۔ ہر شخص کے منصوبے اور تمنائیں نامکمل رہ جاتی ہیں، جو اس بات کا کھلا ثبوت ہیں کہ یہ دنیا انسان کے لیے مستقل قیام گاہ نہیں بلکہ ایک عارضی امتحان گاہ ہے۔</w:t>
      </w:r>
    </w:p>
    <w:p>
      <w:pPr>
        <w:jc w:val="right"/>
        <w:bidi/>
      </w:pPr>
      <w:r>
        <w:rPr>
          <w:rFonts w:ascii="Noto Nastaliq Urdu" w:hAnsi="Noto Nastaliq Urdu" w:eastAsia="Noto Nastaliq Urdu" w:cs="Noto Nastaliq Urdu"/>
          <w:sz w:val="28"/>
          <w:rtl/>
          <w:lang w:bidi="ur"/>
        </w:rPr>
        <w:t>تاریخ کے اس تغیر میں اہلِ بصیرت کے لیے ایک عظیم خدائی نشانی (divine sign) موجود ہے۔ عمروں کا یہ اختصار انسان کو یہ انتباہ دیتا ہے کہ وہ وقت کی قیمت کو سمجھے اور کسی جھوٹے گھمنڈ میں مبتلا ہوئے بغیر اپنے رب کی معرفت حاصل کرے۔ انسان کی کامیابی کا راز طویل زندگی پانے میں نہیں، بلکہ اس قلیل مہلت کے اندر حقیقت کا اعتراف کر کے خود کو آخرت کے ابدی دور کے لیے تیار کرنے میں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